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60454" w14:textId="0FFB7E4F" w:rsidR="00304B36" w:rsidRDefault="00FB4164" w:rsidP="00DE2DE0">
      <w:pPr>
        <w:pStyle w:val="Heading1"/>
        <w:spacing w:before="0" w:after="0" w:line="240" w:lineRule="auto"/>
      </w:pPr>
      <w:bookmarkStart w:id="0" w:name="_Toc227840041"/>
      <w:r>
        <w:t xml:space="preserve">Public Consultation on </w:t>
      </w:r>
      <w:r w:rsidR="009870BF">
        <w:t>a</w:t>
      </w:r>
      <w:r w:rsidR="009E460F">
        <w:t xml:space="preserve"> </w:t>
      </w:r>
      <w:r w:rsidR="00DE2DE0">
        <w:t>d</w:t>
      </w:r>
      <w:r w:rsidR="009E460F">
        <w:t xml:space="preserve">raft </w:t>
      </w:r>
      <w:r w:rsidR="3EC594A6">
        <w:t>I</w:t>
      </w:r>
      <w:r w:rsidR="009E460F">
        <w:t xml:space="preserve">nterim </w:t>
      </w:r>
      <w:r w:rsidR="41B15381">
        <w:t>P</w:t>
      </w:r>
      <w:r w:rsidR="009E460F">
        <w:t xml:space="preserve">olicy for </w:t>
      </w:r>
      <w:r w:rsidR="00A27D21">
        <w:t xml:space="preserve">Community Benefit </w:t>
      </w:r>
      <w:r w:rsidR="004F3A62">
        <w:t xml:space="preserve">Contributions </w:t>
      </w:r>
      <w:r w:rsidR="00A27D21">
        <w:t xml:space="preserve">and Community Shared </w:t>
      </w:r>
      <w:r w:rsidR="004F3A62">
        <w:t>Ownership</w:t>
      </w:r>
      <w:r w:rsidR="00925F84">
        <w:t xml:space="preserve"> for </w:t>
      </w:r>
      <w:r w:rsidR="7C825426">
        <w:t>L</w:t>
      </w:r>
      <w:r w:rsidR="00925F84">
        <w:t xml:space="preserve">ow </w:t>
      </w:r>
      <w:r w:rsidR="5A52DD1C">
        <w:t>C</w:t>
      </w:r>
      <w:r w:rsidR="00925F84">
        <w:t>arbon/</w:t>
      </w:r>
      <w:r w:rsidR="1292E610">
        <w:t>E</w:t>
      </w:r>
      <w:r w:rsidR="00925F84">
        <w:t xml:space="preserve">nergy </w:t>
      </w:r>
      <w:r w:rsidR="59C67308">
        <w:t>P</w:t>
      </w:r>
      <w:r w:rsidR="00925F84">
        <w:t>rojects in Oxfordshire</w:t>
      </w:r>
      <w:bookmarkEnd w:id="0"/>
    </w:p>
    <w:p w14:paraId="1CE15D0E" w14:textId="77777777" w:rsidR="00DE2DE0" w:rsidRDefault="00DE2DE0" w:rsidP="00DE2DE0">
      <w:pPr>
        <w:spacing w:after="0" w:line="240" w:lineRule="auto"/>
      </w:pPr>
    </w:p>
    <w:p w14:paraId="3FEAF445" w14:textId="1EA9B89B" w:rsidR="00F31469" w:rsidRPr="00CA69B7" w:rsidRDefault="00F31469" w:rsidP="00F31469">
      <w:pPr>
        <w:rPr>
          <w:rFonts w:eastAsia="Times New Roman"/>
          <w:b/>
          <w:bCs/>
          <w:lang w:eastAsia="en-GB"/>
        </w:rPr>
      </w:pPr>
      <w:r w:rsidRPr="47B9D685">
        <w:rPr>
          <w:rFonts w:eastAsia="Times New Roman"/>
          <w:b/>
          <w:bCs/>
          <w:lang w:eastAsia="en-GB"/>
        </w:rPr>
        <w:t xml:space="preserve">Help shape how </w:t>
      </w:r>
      <w:r w:rsidR="7D6C9015" w:rsidRPr="47B9D685">
        <w:rPr>
          <w:rFonts w:eastAsia="Times New Roman"/>
          <w:b/>
          <w:bCs/>
          <w:lang w:eastAsia="en-GB"/>
        </w:rPr>
        <w:t xml:space="preserve">renewable </w:t>
      </w:r>
      <w:r w:rsidRPr="47B9D685">
        <w:rPr>
          <w:rFonts w:eastAsia="Times New Roman"/>
          <w:b/>
          <w:bCs/>
          <w:lang w:eastAsia="en-GB"/>
        </w:rPr>
        <w:t>energy projects benefit Oxfordshire communities</w:t>
      </w:r>
    </w:p>
    <w:p w14:paraId="12293EAF" w14:textId="77777777" w:rsidR="00F31469" w:rsidRDefault="00F31469" w:rsidP="00F31469">
      <w:pPr>
        <w:rPr>
          <w:rFonts w:eastAsia="Times New Roman"/>
          <w:lang w:eastAsia="en-GB"/>
        </w:rPr>
      </w:pPr>
      <w:r w:rsidRPr="47B9D685">
        <w:rPr>
          <w:rFonts w:eastAsia="Times New Roman"/>
          <w:lang w:eastAsia="en-GB"/>
        </w:rPr>
        <w:t>We are asking for your views on a proposed policy that will guide how communities benefit from new renewable energy projects such as solar farms, wind turbines and battery storage.</w:t>
      </w:r>
    </w:p>
    <w:p w14:paraId="3962AA8C" w14:textId="77777777" w:rsidR="00F31469" w:rsidRPr="00CA69B7" w:rsidRDefault="00F31469" w:rsidP="00F31469">
      <w:pPr>
        <w:rPr>
          <w:rFonts w:eastAsia="Times New Roman"/>
          <w:lang w:eastAsia="en-GB"/>
        </w:rPr>
      </w:pPr>
      <w:r w:rsidRPr="47B9D685">
        <w:rPr>
          <w:rFonts w:eastAsia="Times New Roman"/>
          <w:lang w:eastAsia="en-GB"/>
        </w:rPr>
        <w:t>As Oxfordshire moves towards cleaner energy, it is important that local people and communities:</w:t>
      </w:r>
    </w:p>
    <w:p w14:paraId="19358B50" w14:textId="77777777" w:rsidR="00F31469" w:rsidRPr="00CA69B7" w:rsidRDefault="00F31469" w:rsidP="00F31469">
      <w:pPr>
        <w:numPr>
          <w:ilvl w:val="0"/>
          <w:numId w:val="58"/>
        </w:numPr>
        <w:spacing w:after="0" w:line="240" w:lineRule="auto"/>
        <w:rPr>
          <w:rFonts w:eastAsia="Times New Roman"/>
          <w:lang w:eastAsia="en-GB"/>
        </w:rPr>
      </w:pPr>
      <w:r w:rsidRPr="47B9D685">
        <w:rPr>
          <w:rFonts w:eastAsia="Times New Roman"/>
          <w:lang w:eastAsia="en-GB"/>
        </w:rPr>
        <w:t>Benefit from development in their area</w:t>
      </w:r>
    </w:p>
    <w:p w14:paraId="362E365C" w14:textId="77777777" w:rsidR="00F31469" w:rsidRPr="00CA69B7" w:rsidRDefault="00F31469" w:rsidP="00F31469">
      <w:pPr>
        <w:numPr>
          <w:ilvl w:val="0"/>
          <w:numId w:val="58"/>
        </w:numPr>
        <w:spacing w:after="0" w:line="240" w:lineRule="auto"/>
        <w:rPr>
          <w:rFonts w:eastAsia="Times New Roman"/>
          <w:lang w:eastAsia="en-GB"/>
        </w:rPr>
      </w:pPr>
      <w:r w:rsidRPr="47B9D685">
        <w:rPr>
          <w:rFonts w:eastAsia="Times New Roman"/>
          <w:lang w:eastAsia="en-GB"/>
        </w:rPr>
        <w:t>Have a say in how funding is used</w:t>
      </w:r>
    </w:p>
    <w:p w14:paraId="25E8270A" w14:textId="77777777" w:rsidR="00F31469" w:rsidRPr="00CA69B7" w:rsidRDefault="00F31469" w:rsidP="00F31469">
      <w:pPr>
        <w:numPr>
          <w:ilvl w:val="0"/>
          <w:numId w:val="58"/>
        </w:numPr>
        <w:spacing w:after="0" w:line="240" w:lineRule="auto"/>
        <w:rPr>
          <w:rFonts w:eastAsia="Times New Roman"/>
          <w:lang w:eastAsia="en-GB"/>
        </w:rPr>
      </w:pPr>
      <w:r w:rsidRPr="47B9D685">
        <w:rPr>
          <w:rFonts w:eastAsia="Times New Roman"/>
          <w:lang w:eastAsia="en-GB"/>
        </w:rPr>
        <w:t>Can take part in shared ownership opportunities</w:t>
      </w:r>
    </w:p>
    <w:p w14:paraId="6C6E0C33" w14:textId="77777777" w:rsidR="00F31469" w:rsidRDefault="00F31469" w:rsidP="00F31469">
      <w:pPr>
        <w:rPr>
          <w:rFonts w:eastAsia="Times New Roman"/>
          <w:lang w:eastAsia="en-GB"/>
        </w:rPr>
      </w:pPr>
    </w:p>
    <w:p w14:paraId="4D167BBF" w14:textId="384FE76D" w:rsidR="00F31469" w:rsidRPr="00CA69B7" w:rsidRDefault="00F31469" w:rsidP="00F31469">
      <w:pPr>
        <w:rPr>
          <w:rFonts w:eastAsia="Times New Roman"/>
          <w:lang w:eastAsia="en-GB"/>
        </w:rPr>
      </w:pPr>
      <w:r w:rsidRPr="47B9D685">
        <w:rPr>
          <w:rFonts w:eastAsia="Times New Roman"/>
          <w:lang w:eastAsia="en-GB"/>
        </w:rPr>
        <w:t>Your feedback will help us improve the policy before it is finalised.</w:t>
      </w:r>
    </w:p>
    <w:p w14:paraId="4CA719A5" w14:textId="70B66E3C" w:rsidR="00DE2DE0" w:rsidRDefault="00DE2DE0" w:rsidP="47B9D685">
      <w:pPr>
        <w:spacing w:after="0" w:line="240" w:lineRule="auto"/>
      </w:pPr>
    </w:p>
    <w:p w14:paraId="3A2D036B" w14:textId="70B53C73" w:rsidR="003A3FF3" w:rsidRDefault="003A3FF3" w:rsidP="00DE2DE0">
      <w:pPr>
        <w:spacing w:after="0" w:line="240" w:lineRule="auto"/>
      </w:pPr>
      <w:r>
        <w:t>The</w:t>
      </w:r>
      <w:r w:rsidR="00CE4E60">
        <w:t xml:space="preserve"> interim policy</w:t>
      </w:r>
      <w:r w:rsidR="00D03EEC">
        <w:t xml:space="preserve"> </w:t>
      </w:r>
      <w:r w:rsidR="5E57CD21">
        <w:t>c</w:t>
      </w:r>
      <w:r w:rsidR="00D03EEC">
        <w:t>onsultation</w:t>
      </w:r>
      <w:r w:rsidR="6CDA1BA1">
        <w:t xml:space="preserve"> is divided into three parts</w:t>
      </w:r>
      <w:r w:rsidR="0092304B">
        <w:t>:</w:t>
      </w:r>
    </w:p>
    <w:p w14:paraId="3D22EB29" w14:textId="77777777" w:rsidR="00DE2DE0" w:rsidRDefault="00DE2DE0" w:rsidP="00DE2DE0">
      <w:pPr>
        <w:spacing w:after="0" w:line="240" w:lineRule="auto"/>
      </w:pPr>
    </w:p>
    <w:p w14:paraId="02A35466" w14:textId="73DD0641" w:rsidR="00E333B9" w:rsidRDefault="00327610" w:rsidP="00DE2DE0">
      <w:pPr>
        <w:spacing w:after="0" w:line="240" w:lineRule="auto"/>
      </w:pPr>
      <w:r>
        <w:t>P</w:t>
      </w:r>
      <w:r w:rsidR="102E29E9">
        <w:t>art</w:t>
      </w:r>
      <w:r>
        <w:t xml:space="preserve"> 1: </w:t>
      </w:r>
      <w:r w:rsidR="0092304B">
        <w:t xml:space="preserve">Purpose, </w:t>
      </w:r>
      <w:r w:rsidR="00D90B96">
        <w:t xml:space="preserve">draft interim </w:t>
      </w:r>
      <w:r w:rsidR="0092304B">
        <w:t>policy statement</w:t>
      </w:r>
      <w:r w:rsidR="0144F97D">
        <w:t>,</w:t>
      </w:r>
      <w:r w:rsidR="0092304B">
        <w:t xml:space="preserve"> and scope</w:t>
      </w:r>
    </w:p>
    <w:p w14:paraId="01F7FC7F" w14:textId="29E56B9E" w:rsidR="0092304B" w:rsidRDefault="00E333B9" w:rsidP="00DE2DE0">
      <w:pPr>
        <w:spacing w:after="0" w:line="240" w:lineRule="auto"/>
      </w:pPr>
      <w:r>
        <w:t>P</w:t>
      </w:r>
      <w:r w:rsidR="72F2CF6A">
        <w:t>art</w:t>
      </w:r>
      <w:r>
        <w:t xml:space="preserve"> 2: </w:t>
      </w:r>
      <w:r w:rsidR="003775E4">
        <w:t xml:space="preserve">A shared </w:t>
      </w:r>
      <w:r w:rsidR="003E5BEE">
        <w:t>a</w:t>
      </w:r>
      <w:r w:rsidR="0092304B">
        <w:t>pproach to CBC</w:t>
      </w:r>
      <w:r w:rsidR="00BB247F">
        <w:t xml:space="preserve"> and CSO </w:t>
      </w:r>
      <w:r w:rsidR="003E5BEE">
        <w:t>n</w:t>
      </w:r>
      <w:r w:rsidR="00BB247F">
        <w:t>egotiations</w:t>
      </w:r>
    </w:p>
    <w:p w14:paraId="7A0C84CA" w14:textId="396F0A61" w:rsidR="1503BF96" w:rsidRDefault="1503BF96" w:rsidP="00DE2DE0">
      <w:pPr>
        <w:spacing w:after="0" w:line="240" w:lineRule="auto"/>
      </w:pPr>
      <w:r>
        <w:t xml:space="preserve">Part 3: </w:t>
      </w:r>
      <w:r w:rsidRPr="362571B3">
        <w:rPr>
          <w:rFonts w:cs="Arial"/>
          <w:szCs w:val="24"/>
        </w:rPr>
        <w:t>Key questions on the management and administration of CBC and CSO opportunities</w:t>
      </w:r>
    </w:p>
    <w:p w14:paraId="5D73A093" w14:textId="77777777" w:rsidR="00DE2DE0" w:rsidRDefault="00DE2DE0" w:rsidP="00DE2DE0">
      <w:pPr>
        <w:spacing w:after="0" w:line="240" w:lineRule="auto"/>
      </w:pPr>
    </w:p>
    <w:p w14:paraId="597CFCCF" w14:textId="1E2DC4DB" w:rsidR="000064CD" w:rsidRDefault="7C5E9F5E" w:rsidP="00DE2DE0">
      <w:pPr>
        <w:spacing w:after="0" w:line="240" w:lineRule="auto"/>
      </w:pPr>
      <w:r>
        <w:t>Y</w:t>
      </w:r>
      <w:r w:rsidR="2C026586">
        <w:t>our</w:t>
      </w:r>
      <w:r w:rsidR="3CAEF1AD">
        <w:t xml:space="preserve"> </w:t>
      </w:r>
      <w:r w:rsidR="40A8062B">
        <w:t>responses</w:t>
      </w:r>
      <w:r w:rsidR="3CAEF1AD">
        <w:t xml:space="preserve"> will</w:t>
      </w:r>
      <w:r w:rsidR="7B67D193">
        <w:t xml:space="preserve"> </w:t>
      </w:r>
      <w:r w:rsidR="5D3C1707">
        <w:t xml:space="preserve">help </w:t>
      </w:r>
      <w:r w:rsidR="3CAEF1AD">
        <w:t xml:space="preserve">inform </w:t>
      </w:r>
      <w:r w:rsidR="1D5ED02E">
        <w:t xml:space="preserve">revisions </w:t>
      </w:r>
      <w:r w:rsidR="3CAEF1AD">
        <w:t xml:space="preserve">and improvements to </w:t>
      </w:r>
      <w:r w:rsidR="432EBB58">
        <w:t>th</w:t>
      </w:r>
      <w:r w:rsidR="7B67D193">
        <w:t xml:space="preserve">e draft policy </w:t>
      </w:r>
      <w:r w:rsidR="150711C7">
        <w:t xml:space="preserve">in </w:t>
      </w:r>
      <w:r w:rsidR="3AC8E128">
        <w:t>P</w:t>
      </w:r>
      <w:r w:rsidR="72935156">
        <w:t>art</w:t>
      </w:r>
      <w:r w:rsidR="3AC8E128">
        <w:t xml:space="preserve">s 1 and 2 </w:t>
      </w:r>
      <w:r w:rsidR="74DE98B4">
        <w:t>prior to</w:t>
      </w:r>
      <w:r w:rsidR="21C8DD72">
        <w:t xml:space="preserve"> </w:t>
      </w:r>
      <w:r w:rsidR="00F31E88">
        <w:t>adoption and</w:t>
      </w:r>
      <w:r w:rsidR="3AC8E128">
        <w:t xml:space="preserve"> </w:t>
      </w:r>
      <w:r w:rsidR="3258AEF8">
        <w:t xml:space="preserve">will also help </w:t>
      </w:r>
      <w:r w:rsidR="3AC8E128">
        <w:t>shape the</w:t>
      </w:r>
      <w:r w:rsidR="4A568F46">
        <w:t xml:space="preserve"> future</w:t>
      </w:r>
      <w:r w:rsidR="3AC8E128">
        <w:t xml:space="preserve"> implementation of CBC and CSO opportunities</w:t>
      </w:r>
      <w:r w:rsidR="7899757C">
        <w:t>.</w:t>
      </w:r>
      <w:r w:rsidR="6F8E1A19">
        <w:t xml:space="preserve"> </w:t>
      </w:r>
    </w:p>
    <w:p w14:paraId="4EBEF04D" w14:textId="4A4DC900" w:rsidR="00962E22" w:rsidRDefault="00962E22" w:rsidP="00DE2DE0">
      <w:pPr>
        <w:spacing w:after="0" w:line="240" w:lineRule="auto"/>
      </w:pPr>
    </w:p>
    <w:p w14:paraId="41A5CF11" w14:textId="77777777" w:rsidR="00DD7F69" w:rsidRDefault="00DD7F69" w:rsidP="00DE2DE0">
      <w:pPr>
        <w:spacing w:after="0" w:line="240" w:lineRule="auto"/>
      </w:pPr>
      <w:r>
        <w:br w:type="page"/>
      </w:r>
    </w:p>
    <w:p w14:paraId="63120DAF" w14:textId="497F57B4" w:rsidR="00D23B86" w:rsidRDefault="009F3D10" w:rsidP="00DE2DE0">
      <w:pPr>
        <w:spacing w:after="0" w:line="240" w:lineRule="auto"/>
        <w:ind w:left="360"/>
        <w:rPr>
          <w:b/>
          <w:bCs/>
        </w:rPr>
      </w:pPr>
      <w:r w:rsidRPr="00D23138">
        <w:rPr>
          <w:b/>
          <w:bCs/>
        </w:rPr>
        <w:lastRenderedPageBreak/>
        <w:t xml:space="preserve">Q1. </w:t>
      </w:r>
      <w:r w:rsidR="00CC3CDD" w:rsidRPr="00D23138">
        <w:rPr>
          <w:b/>
          <w:bCs/>
        </w:rPr>
        <w:t>I am responding to this survey as:</w:t>
      </w:r>
    </w:p>
    <w:p w14:paraId="135CF2E3" w14:textId="77777777" w:rsidR="00D23138" w:rsidRPr="00D23138" w:rsidRDefault="00D23138" w:rsidP="00DE2DE0">
      <w:pPr>
        <w:spacing w:after="0" w:line="240" w:lineRule="auto"/>
        <w:ind w:left="360"/>
        <w:rPr>
          <w:b/>
          <w:bCs/>
        </w:rPr>
      </w:pPr>
    </w:p>
    <w:p w14:paraId="41096C6F" w14:textId="69E8171E" w:rsidR="00D67369" w:rsidRDefault="00D67369" w:rsidP="00DE2DE0">
      <w:pPr>
        <w:pStyle w:val="ListParagraph"/>
        <w:numPr>
          <w:ilvl w:val="1"/>
          <w:numId w:val="56"/>
        </w:numPr>
        <w:spacing w:after="0" w:line="240" w:lineRule="auto"/>
      </w:pPr>
      <w:r>
        <w:t>an Oxfordshire resident</w:t>
      </w:r>
    </w:p>
    <w:p w14:paraId="4457AB17" w14:textId="14AC72C6" w:rsidR="002176F6" w:rsidRDefault="001C11A9" w:rsidP="00DE2DE0">
      <w:pPr>
        <w:pStyle w:val="ListParagraph"/>
        <w:numPr>
          <w:ilvl w:val="1"/>
          <w:numId w:val="56"/>
        </w:numPr>
        <w:spacing w:after="0" w:line="240" w:lineRule="auto"/>
      </w:pPr>
      <w:r>
        <w:t>a</w:t>
      </w:r>
      <w:r w:rsidR="002176F6">
        <w:t xml:space="preserve"> </w:t>
      </w:r>
      <w:r w:rsidR="00DE2DE0">
        <w:t xml:space="preserve">representative of a </w:t>
      </w:r>
      <w:r w:rsidR="002176F6">
        <w:t>business</w:t>
      </w:r>
    </w:p>
    <w:p w14:paraId="0E1104BA" w14:textId="42BFB007" w:rsidR="00D67369" w:rsidRDefault="00D67369" w:rsidP="00DE2DE0">
      <w:pPr>
        <w:pStyle w:val="ListParagraph"/>
        <w:numPr>
          <w:ilvl w:val="1"/>
          <w:numId w:val="56"/>
        </w:numPr>
        <w:spacing w:after="0" w:line="240" w:lineRule="auto"/>
      </w:pPr>
      <w:r>
        <w:t>a representative of a group or organisation</w:t>
      </w:r>
    </w:p>
    <w:p w14:paraId="400D6778" w14:textId="347ECFD9" w:rsidR="002176F6" w:rsidRDefault="00D67369" w:rsidP="00DE2DE0">
      <w:pPr>
        <w:pStyle w:val="ListParagraph"/>
        <w:numPr>
          <w:ilvl w:val="1"/>
          <w:numId w:val="56"/>
        </w:numPr>
        <w:spacing w:after="0" w:line="240" w:lineRule="auto"/>
      </w:pPr>
      <w:r>
        <w:t xml:space="preserve">a representative of </w:t>
      </w:r>
      <w:r w:rsidR="001C11A9">
        <w:t xml:space="preserve">a </w:t>
      </w:r>
      <w:r w:rsidR="3F45E8DE">
        <w:t>c</w:t>
      </w:r>
      <w:r w:rsidR="002176F6">
        <w:t xml:space="preserve">ommunity </w:t>
      </w:r>
      <w:r w:rsidR="1D9861E4">
        <w:t>e</w:t>
      </w:r>
      <w:r w:rsidR="002176F6">
        <w:t xml:space="preserve">nergy </w:t>
      </w:r>
      <w:r w:rsidR="275D8359">
        <w:t>g</w:t>
      </w:r>
      <w:r w:rsidR="002176F6">
        <w:t>roup</w:t>
      </w:r>
    </w:p>
    <w:p w14:paraId="20F5C1C1" w14:textId="77777777" w:rsidR="001A2C1A" w:rsidRDefault="00D67369" w:rsidP="00DE2DE0">
      <w:pPr>
        <w:pStyle w:val="ListParagraph"/>
        <w:numPr>
          <w:ilvl w:val="1"/>
          <w:numId w:val="56"/>
        </w:numPr>
        <w:spacing w:after="0" w:line="240" w:lineRule="auto"/>
      </w:pPr>
      <w:r>
        <w:t>a parish</w:t>
      </w:r>
      <w:r w:rsidR="001A2C1A">
        <w:t xml:space="preserve"> or </w:t>
      </w:r>
      <w:r>
        <w:t>town</w:t>
      </w:r>
      <w:r w:rsidR="001A2C1A">
        <w:t xml:space="preserve"> Councillor</w:t>
      </w:r>
    </w:p>
    <w:p w14:paraId="7B7B21DD" w14:textId="69E994EE" w:rsidR="00D67369" w:rsidRDefault="001A2C1A" w:rsidP="00DE2DE0">
      <w:pPr>
        <w:pStyle w:val="ListParagraph"/>
        <w:numPr>
          <w:ilvl w:val="1"/>
          <w:numId w:val="56"/>
        </w:numPr>
        <w:spacing w:after="0" w:line="240" w:lineRule="auto"/>
      </w:pPr>
      <w:r>
        <w:t xml:space="preserve">a </w:t>
      </w:r>
      <w:r w:rsidR="00495E62">
        <w:t>d</w:t>
      </w:r>
      <w:r w:rsidR="00D67369">
        <w:t>istrict, or county Councillor</w:t>
      </w:r>
    </w:p>
    <w:p w14:paraId="31F361B9" w14:textId="6E7EC97F" w:rsidR="002176F6" w:rsidRDefault="001C11A9" w:rsidP="00DE2DE0">
      <w:pPr>
        <w:pStyle w:val="ListParagraph"/>
        <w:numPr>
          <w:ilvl w:val="1"/>
          <w:numId w:val="56"/>
        </w:numPr>
        <w:spacing w:after="0" w:line="240" w:lineRule="auto"/>
      </w:pPr>
      <w:r>
        <w:t xml:space="preserve">a </w:t>
      </w:r>
      <w:r w:rsidR="00DE2DE0">
        <w:t xml:space="preserve">representative of a </w:t>
      </w:r>
      <w:r w:rsidR="002176F6">
        <w:t>developer of low carbon projects</w:t>
      </w:r>
    </w:p>
    <w:p w14:paraId="088DFF10" w14:textId="076DD07F" w:rsidR="00DE5C83" w:rsidRDefault="00DE2DE0" w:rsidP="00DE2DE0">
      <w:pPr>
        <w:pStyle w:val="ListParagraph"/>
        <w:numPr>
          <w:ilvl w:val="1"/>
          <w:numId w:val="56"/>
        </w:numPr>
        <w:spacing w:after="0" w:line="240" w:lineRule="auto"/>
      </w:pPr>
      <w:r>
        <w:t xml:space="preserve">a </w:t>
      </w:r>
      <w:r w:rsidR="00D67369">
        <w:t>l</w:t>
      </w:r>
      <w:r w:rsidR="00DE5C83">
        <w:t>andowner</w:t>
      </w:r>
      <w:r w:rsidR="1E4B521E">
        <w:t xml:space="preserve"> </w:t>
      </w:r>
      <w:r w:rsidR="00DE5C83">
        <w:t>/</w:t>
      </w:r>
      <w:r w:rsidR="1E4B521E">
        <w:t xml:space="preserve"> </w:t>
      </w:r>
      <w:r w:rsidR="00DE5C83">
        <w:t>farmer</w:t>
      </w:r>
    </w:p>
    <w:p w14:paraId="2A1F5D1A" w14:textId="5DDA1687" w:rsidR="009F3D10" w:rsidRDefault="009F3D10" w:rsidP="00DE2DE0">
      <w:pPr>
        <w:pStyle w:val="ListParagraph"/>
        <w:numPr>
          <w:ilvl w:val="1"/>
          <w:numId w:val="56"/>
        </w:numPr>
        <w:spacing w:after="0" w:line="240" w:lineRule="auto"/>
      </w:pPr>
      <w:r>
        <w:t>Other – please state</w:t>
      </w:r>
    </w:p>
    <w:p w14:paraId="60686CBD" w14:textId="77777777" w:rsidR="00DE2DE0" w:rsidRDefault="00DE2DE0" w:rsidP="00D23138">
      <w:pPr>
        <w:pStyle w:val="ListParagraph"/>
        <w:spacing w:after="0" w:line="240" w:lineRule="auto"/>
        <w:ind w:left="1440"/>
      </w:pPr>
    </w:p>
    <w:tbl>
      <w:tblPr>
        <w:tblStyle w:val="TableGrid"/>
        <w:tblW w:w="0" w:type="auto"/>
        <w:tblLook w:val="04A0" w:firstRow="1" w:lastRow="0" w:firstColumn="1" w:lastColumn="0" w:noHBand="0" w:noVBand="1"/>
      </w:tblPr>
      <w:tblGrid>
        <w:gridCol w:w="10070"/>
      </w:tblGrid>
      <w:tr w:rsidR="009F3D10" w14:paraId="6542986A" w14:textId="77777777" w:rsidTr="009F3D10">
        <w:tc>
          <w:tcPr>
            <w:tcW w:w="10070" w:type="dxa"/>
          </w:tcPr>
          <w:p w14:paraId="72358311" w14:textId="77777777" w:rsidR="009F3D10" w:rsidRDefault="009F3D10" w:rsidP="00DE2DE0">
            <w:pPr>
              <w:spacing w:line="240" w:lineRule="auto"/>
            </w:pPr>
          </w:p>
          <w:p w14:paraId="66F1CC97" w14:textId="77777777" w:rsidR="009F3D10" w:rsidRDefault="009F3D10" w:rsidP="00DE2DE0">
            <w:pPr>
              <w:spacing w:line="240" w:lineRule="auto"/>
            </w:pPr>
          </w:p>
        </w:tc>
      </w:tr>
    </w:tbl>
    <w:p w14:paraId="735756C0" w14:textId="77777777" w:rsidR="009F3D10" w:rsidRDefault="009F3D10" w:rsidP="00DE2DE0">
      <w:pPr>
        <w:pStyle w:val="ListParagraph"/>
        <w:spacing w:after="0" w:line="240" w:lineRule="auto"/>
      </w:pPr>
    </w:p>
    <w:p w14:paraId="41444E15" w14:textId="77777777" w:rsidR="00DE2DE0" w:rsidRDefault="00DE2DE0" w:rsidP="00DE2DE0">
      <w:pPr>
        <w:pStyle w:val="ListParagraph"/>
        <w:spacing w:after="0" w:line="240" w:lineRule="auto"/>
      </w:pPr>
    </w:p>
    <w:p w14:paraId="04225730" w14:textId="3F3A0888" w:rsidR="00CC3CDD" w:rsidRPr="00D23138" w:rsidRDefault="00CC3CDD" w:rsidP="00DE2DE0">
      <w:pPr>
        <w:spacing w:after="0" w:line="240" w:lineRule="auto"/>
        <w:rPr>
          <w:b/>
          <w:bCs/>
        </w:rPr>
      </w:pPr>
      <w:r w:rsidRPr="00D23138">
        <w:rPr>
          <w:b/>
          <w:bCs/>
        </w:rPr>
        <w:t>Q1</w:t>
      </w:r>
      <w:r w:rsidR="00DE2DE0" w:rsidRPr="00D23138">
        <w:rPr>
          <w:b/>
          <w:bCs/>
        </w:rPr>
        <w:t>a</w:t>
      </w:r>
      <w:r w:rsidRPr="00D23138">
        <w:rPr>
          <w:b/>
          <w:bCs/>
        </w:rPr>
        <w:t>. Please give the name of the business you represent</w:t>
      </w:r>
    </w:p>
    <w:p w14:paraId="4479818E" w14:textId="77777777" w:rsidR="00DE2DE0" w:rsidRDefault="00DE2DE0" w:rsidP="00DE2DE0">
      <w:pPr>
        <w:spacing w:after="0" w:line="240" w:lineRule="auto"/>
      </w:pPr>
    </w:p>
    <w:tbl>
      <w:tblPr>
        <w:tblStyle w:val="TableGrid"/>
        <w:tblW w:w="0" w:type="auto"/>
        <w:tblLook w:val="04A0" w:firstRow="1" w:lastRow="0" w:firstColumn="1" w:lastColumn="0" w:noHBand="0" w:noVBand="1"/>
      </w:tblPr>
      <w:tblGrid>
        <w:gridCol w:w="10070"/>
      </w:tblGrid>
      <w:tr w:rsidR="00DE2DE0" w14:paraId="6413FE7C" w14:textId="77777777" w:rsidTr="00DE2DE0">
        <w:tc>
          <w:tcPr>
            <w:tcW w:w="10070" w:type="dxa"/>
          </w:tcPr>
          <w:p w14:paraId="6C0AD91F" w14:textId="77777777" w:rsidR="00DE2DE0" w:rsidRDefault="00DE2DE0" w:rsidP="00DE2DE0">
            <w:pPr>
              <w:spacing w:line="240" w:lineRule="auto"/>
            </w:pPr>
          </w:p>
          <w:p w14:paraId="4D9B90EF" w14:textId="77777777" w:rsidR="00DE2DE0" w:rsidRDefault="00DE2DE0" w:rsidP="00DE2DE0">
            <w:pPr>
              <w:spacing w:line="240" w:lineRule="auto"/>
            </w:pPr>
          </w:p>
        </w:tc>
      </w:tr>
    </w:tbl>
    <w:p w14:paraId="3BC207A7" w14:textId="77777777" w:rsidR="00DE2DE0" w:rsidRDefault="00DE2DE0" w:rsidP="00DE2DE0">
      <w:pPr>
        <w:spacing w:after="0" w:line="240" w:lineRule="auto"/>
      </w:pPr>
    </w:p>
    <w:p w14:paraId="4F3AE43C" w14:textId="77777777" w:rsidR="00DE2DE0" w:rsidRDefault="00DE2DE0" w:rsidP="00DE2DE0">
      <w:pPr>
        <w:spacing w:after="0" w:line="240" w:lineRule="auto"/>
      </w:pPr>
    </w:p>
    <w:p w14:paraId="34778EE6" w14:textId="5A76ED24" w:rsidR="00CC3CDD" w:rsidRPr="00D23138" w:rsidRDefault="00CC3CDD" w:rsidP="00DE2DE0">
      <w:pPr>
        <w:spacing w:after="0" w:line="240" w:lineRule="auto"/>
        <w:rPr>
          <w:b/>
          <w:bCs/>
        </w:rPr>
      </w:pPr>
      <w:r w:rsidRPr="00D23138">
        <w:rPr>
          <w:b/>
          <w:bCs/>
        </w:rPr>
        <w:t>Q1</w:t>
      </w:r>
      <w:r w:rsidR="00DE2DE0" w:rsidRPr="00D23138">
        <w:rPr>
          <w:b/>
          <w:bCs/>
        </w:rPr>
        <w:t>b</w:t>
      </w:r>
      <w:r w:rsidRPr="00D23138">
        <w:rPr>
          <w:b/>
          <w:bCs/>
        </w:rPr>
        <w:t>. Please give the name of the group/organisation you represent</w:t>
      </w:r>
    </w:p>
    <w:p w14:paraId="7EF656B3" w14:textId="77777777" w:rsidR="00DE2DE0" w:rsidRDefault="00DE2DE0" w:rsidP="00DE2DE0">
      <w:pPr>
        <w:spacing w:after="0" w:line="240" w:lineRule="auto"/>
      </w:pPr>
    </w:p>
    <w:tbl>
      <w:tblPr>
        <w:tblStyle w:val="TableGrid"/>
        <w:tblW w:w="0" w:type="auto"/>
        <w:tblLook w:val="04A0" w:firstRow="1" w:lastRow="0" w:firstColumn="1" w:lastColumn="0" w:noHBand="0" w:noVBand="1"/>
      </w:tblPr>
      <w:tblGrid>
        <w:gridCol w:w="10070"/>
      </w:tblGrid>
      <w:tr w:rsidR="00DE2DE0" w14:paraId="4E128CD0" w14:textId="77777777" w:rsidTr="00DE2DE0">
        <w:tc>
          <w:tcPr>
            <w:tcW w:w="10070" w:type="dxa"/>
          </w:tcPr>
          <w:p w14:paraId="10428613" w14:textId="77777777" w:rsidR="00DE2DE0" w:rsidRDefault="00DE2DE0" w:rsidP="00DE2DE0">
            <w:pPr>
              <w:spacing w:line="240" w:lineRule="auto"/>
            </w:pPr>
          </w:p>
          <w:p w14:paraId="120467E6" w14:textId="77777777" w:rsidR="00DE2DE0" w:rsidRDefault="00DE2DE0" w:rsidP="00DE2DE0">
            <w:pPr>
              <w:spacing w:line="240" w:lineRule="auto"/>
            </w:pPr>
          </w:p>
        </w:tc>
      </w:tr>
    </w:tbl>
    <w:p w14:paraId="158DDB3A" w14:textId="77777777" w:rsidR="00DE2DE0" w:rsidRDefault="00DE2DE0" w:rsidP="00DE2DE0">
      <w:pPr>
        <w:spacing w:after="0" w:line="240" w:lineRule="auto"/>
      </w:pPr>
    </w:p>
    <w:p w14:paraId="6B6945CF" w14:textId="77777777" w:rsidR="00DE2DE0" w:rsidRDefault="00DE2DE0" w:rsidP="00DE2DE0">
      <w:pPr>
        <w:spacing w:after="0" w:line="240" w:lineRule="auto"/>
      </w:pPr>
    </w:p>
    <w:p w14:paraId="6CF98199" w14:textId="5140374C" w:rsidR="00D67369" w:rsidRPr="00D23138" w:rsidRDefault="00CC3CDD" w:rsidP="00DE2DE0">
      <w:pPr>
        <w:spacing w:after="0" w:line="240" w:lineRule="auto"/>
        <w:rPr>
          <w:b/>
          <w:bCs/>
        </w:rPr>
      </w:pPr>
      <w:r w:rsidRPr="00D23138">
        <w:rPr>
          <w:b/>
          <w:bCs/>
        </w:rPr>
        <w:t>Q1</w:t>
      </w:r>
      <w:r w:rsidR="00DE2DE0" w:rsidRPr="00D23138">
        <w:rPr>
          <w:b/>
          <w:bCs/>
        </w:rPr>
        <w:t>c</w:t>
      </w:r>
      <w:r w:rsidRPr="00D23138">
        <w:rPr>
          <w:b/>
          <w:bCs/>
        </w:rPr>
        <w:t>. Please give your name and the parish or town/ward or division you represent</w:t>
      </w:r>
    </w:p>
    <w:p w14:paraId="07C16996" w14:textId="77777777" w:rsidR="00DE2DE0" w:rsidRDefault="00DE2DE0" w:rsidP="00DE2DE0">
      <w:pPr>
        <w:spacing w:after="0" w:line="240" w:lineRule="auto"/>
      </w:pPr>
    </w:p>
    <w:tbl>
      <w:tblPr>
        <w:tblStyle w:val="TableGrid"/>
        <w:tblW w:w="0" w:type="auto"/>
        <w:tblLook w:val="04A0" w:firstRow="1" w:lastRow="0" w:firstColumn="1" w:lastColumn="0" w:noHBand="0" w:noVBand="1"/>
      </w:tblPr>
      <w:tblGrid>
        <w:gridCol w:w="10070"/>
      </w:tblGrid>
      <w:tr w:rsidR="00DE2DE0" w14:paraId="020EA25D" w14:textId="77777777" w:rsidTr="00DE2DE0">
        <w:tc>
          <w:tcPr>
            <w:tcW w:w="10070" w:type="dxa"/>
          </w:tcPr>
          <w:p w14:paraId="7B1E2D0A" w14:textId="77777777" w:rsidR="00DE2DE0" w:rsidRDefault="00DE2DE0" w:rsidP="00DE2DE0">
            <w:pPr>
              <w:spacing w:line="240" w:lineRule="auto"/>
            </w:pPr>
          </w:p>
          <w:p w14:paraId="155F3F5D" w14:textId="77777777" w:rsidR="00DE2DE0" w:rsidRDefault="00DE2DE0" w:rsidP="00DE2DE0">
            <w:pPr>
              <w:spacing w:line="240" w:lineRule="auto"/>
            </w:pPr>
          </w:p>
        </w:tc>
      </w:tr>
    </w:tbl>
    <w:p w14:paraId="6A5ACAFE" w14:textId="77777777" w:rsidR="00DE2DE0" w:rsidRDefault="00DE2DE0" w:rsidP="00DE2DE0">
      <w:pPr>
        <w:spacing w:after="0" w:line="240" w:lineRule="auto"/>
      </w:pPr>
    </w:p>
    <w:p w14:paraId="4DA6687E" w14:textId="77777777" w:rsidR="00D67369" w:rsidRDefault="00D67369" w:rsidP="00DE2DE0">
      <w:pPr>
        <w:spacing w:after="0" w:line="240" w:lineRule="auto"/>
      </w:pPr>
    </w:p>
    <w:p w14:paraId="377A67FA" w14:textId="10ACD7DC" w:rsidR="006F0AD5" w:rsidRPr="00D23138" w:rsidRDefault="00CC3CDD" w:rsidP="00DE2DE0">
      <w:pPr>
        <w:spacing w:after="0" w:line="240" w:lineRule="auto"/>
        <w:rPr>
          <w:b/>
          <w:bCs/>
          <w:lang w:val="en-GB"/>
        </w:rPr>
      </w:pPr>
      <w:r w:rsidRPr="00D23138">
        <w:rPr>
          <w:b/>
          <w:bCs/>
        </w:rPr>
        <w:t>Q2</w:t>
      </w:r>
      <w:r w:rsidR="006F0AD5" w:rsidRPr="00D23138">
        <w:rPr>
          <w:b/>
          <w:bCs/>
        </w:rPr>
        <w:t xml:space="preserve">. </w:t>
      </w:r>
      <w:r w:rsidR="006F0AD5" w:rsidRPr="00D23138">
        <w:rPr>
          <w:b/>
          <w:bCs/>
          <w:lang w:val="en-GB"/>
        </w:rPr>
        <w:t xml:space="preserve">Prior to reading </w:t>
      </w:r>
      <w:r w:rsidR="00CD6D0B">
        <w:rPr>
          <w:b/>
          <w:bCs/>
          <w:lang w:val="en-GB"/>
        </w:rPr>
        <w:t xml:space="preserve">the </w:t>
      </w:r>
      <w:r w:rsidR="00DE2DE0" w:rsidRPr="00D23138">
        <w:rPr>
          <w:b/>
          <w:bCs/>
          <w:lang w:val="en-GB"/>
        </w:rPr>
        <w:t>details of this project</w:t>
      </w:r>
      <w:r w:rsidR="006F0AD5" w:rsidRPr="00D23138">
        <w:rPr>
          <w:b/>
          <w:bCs/>
          <w:lang w:val="en-GB"/>
        </w:rPr>
        <w:t xml:space="preserve">, were you aware of the Government's plan to bring in community benefit contributions and community shared ownership as part of new private, ‘for profit' </w:t>
      </w:r>
      <w:r w:rsidR="00953797" w:rsidRPr="00D23138">
        <w:rPr>
          <w:b/>
          <w:bCs/>
          <w:lang w:val="en-GB"/>
        </w:rPr>
        <w:t xml:space="preserve">low carbon </w:t>
      </w:r>
      <w:r w:rsidR="006F0AD5" w:rsidRPr="00D23138">
        <w:rPr>
          <w:b/>
          <w:bCs/>
          <w:lang w:val="en-GB"/>
        </w:rPr>
        <w:t>energy development projects?</w:t>
      </w:r>
    </w:p>
    <w:p w14:paraId="06557C9A" w14:textId="77777777" w:rsidR="00DE2DE0" w:rsidRPr="006F0AD5" w:rsidRDefault="00DE2DE0" w:rsidP="00DE2DE0">
      <w:pPr>
        <w:spacing w:after="0" w:line="240" w:lineRule="auto"/>
        <w:rPr>
          <w:lang w:val="en-GB"/>
        </w:rPr>
      </w:pPr>
    </w:p>
    <w:p w14:paraId="6DF3A3AE" w14:textId="4E5ED28A" w:rsidR="006F0AD5" w:rsidRPr="006F0AD5" w:rsidRDefault="006F7D6D" w:rsidP="00DE2DE0">
      <w:pPr>
        <w:spacing w:after="0" w:line="240" w:lineRule="auto"/>
        <w:rPr>
          <w:lang w:val="en-GB"/>
        </w:rPr>
      </w:pPr>
      <w:sdt>
        <w:sdtPr>
          <w:rPr>
            <w:lang w:val="en-GB"/>
          </w:rPr>
          <w:id w:val="-1561702192"/>
          <w14:checkbox>
            <w14:checked w14:val="0"/>
            <w14:checkedState w14:val="2612" w14:font="MS Gothic"/>
            <w14:uncheckedState w14:val="2610" w14:font="MS Gothic"/>
          </w14:checkbox>
        </w:sdtPr>
        <w:sdtEndPr/>
        <w:sdtContent>
          <w:r w:rsidR="00DE2DE0">
            <w:rPr>
              <w:rFonts w:ascii="MS Gothic" w:eastAsia="MS Gothic" w:hAnsi="MS Gothic" w:hint="eastAsia"/>
              <w:lang w:val="en-GB"/>
            </w:rPr>
            <w:t>☐</w:t>
          </w:r>
        </w:sdtContent>
      </w:sdt>
      <w:r w:rsidR="00DE2DE0">
        <w:rPr>
          <w:lang w:val="en-GB"/>
        </w:rPr>
        <w:t xml:space="preserve"> </w:t>
      </w:r>
      <w:r w:rsidR="006F0AD5" w:rsidRPr="006F0AD5">
        <w:rPr>
          <w:lang w:val="en-GB"/>
        </w:rPr>
        <w:t>Yes</w:t>
      </w:r>
    </w:p>
    <w:p w14:paraId="36DB3D74" w14:textId="486F607E" w:rsidR="006F0AD5" w:rsidRPr="006F0AD5" w:rsidRDefault="006F7D6D" w:rsidP="00DE2DE0">
      <w:pPr>
        <w:spacing w:after="0" w:line="240" w:lineRule="auto"/>
        <w:rPr>
          <w:lang w:val="en-GB"/>
        </w:rPr>
      </w:pPr>
      <w:sdt>
        <w:sdtPr>
          <w:rPr>
            <w:lang w:val="en-GB"/>
          </w:rPr>
          <w:id w:val="767810802"/>
          <w14:checkbox>
            <w14:checked w14:val="0"/>
            <w14:checkedState w14:val="2612" w14:font="MS Gothic"/>
            <w14:uncheckedState w14:val="2610" w14:font="MS Gothic"/>
          </w14:checkbox>
        </w:sdtPr>
        <w:sdtEndPr/>
        <w:sdtContent>
          <w:r w:rsidR="00DE2DE0">
            <w:rPr>
              <w:rFonts w:ascii="MS Gothic" w:eastAsia="MS Gothic" w:hAnsi="MS Gothic" w:hint="eastAsia"/>
              <w:lang w:val="en-GB"/>
            </w:rPr>
            <w:t>☐</w:t>
          </w:r>
        </w:sdtContent>
      </w:sdt>
      <w:r w:rsidR="004F40D1" w:rsidRPr="006F0AD5">
        <w:rPr>
          <w:lang w:val="en-GB"/>
        </w:rPr>
        <w:t xml:space="preserve"> </w:t>
      </w:r>
      <w:r w:rsidR="006F0AD5" w:rsidRPr="006F0AD5">
        <w:rPr>
          <w:lang w:val="en-GB"/>
        </w:rPr>
        <w:t>No</w:t>
      </w:r>
    </w:p>
    <w:p w14:paraId="68B19B84" w14:textId="202E4EE2" w:rsidR="006F0AD5" w:rsidRDefault="006F0AD5" w:rsidP="00DE2DE0">
      <w:pPr>
        <w:spacing w:after="0" w:line="240" w:lineRule="auto"/>
      </w:pPr>
    </w:p>
    <w:p w14:paraId="72D17A7A" w14:textId="77777777" w:rsidR="00DE2DE0" w:rsidRDefault="00DE2DE0" w:rsidP="00DE2DE0">
      <w:pPr>
        <w:spacing w:after="0" w:line="240" w:lineRule="auto"/>
      </w:pPr>
    </w:p>
    <w:p w14:paraId="6957D666" w14:textId="77777777" w:rsidR="00DE2DE0" w:rsidRDefault="00DE2DE0" w:rsidP="00DE2DE0">
      <w:pPr>
        <w:spacing w:after="0" w:line="240" w:lineRule="auto"/>
      </w:pPr>
    </w:p>
    <w:p w14:paraId="605EDE31" w14:textId="77777777" w:rsidR="00DE2DE0" w:rsidRDefault="00DE2DE0" w:rsidP="00DE2DE0">
      <w:pPr>
        <w:spacing w:after="0" w:line="240" w:lineRule="auto"/>
      </w:pPr>
    </w:p>
    <w:p w14:paraId="46D5E3BE" w14:textId="77777777" w:rsidR="00DE2DE0" w:rsidRDefault="00DE2DE0" w:rsidP="00DE2DE0">
      <w:pPr>
        <w:spacing w:after="0" w:line="240" w:lineRule="auto"/>
      </w:pPr>
    </w:p>
    <w:p w14:paraId="7E3F1C53" w14:textId="77777777" w:rsidR="00DE2DE0" w:rsidRDefault="00DE2DE0" w:rsidP="00DE2DE0">
      <w:pPr>
        <w:spacing w:after="0" w:line="240" w:lineRule="auto"/>
      </w:pPr>
    </w:p>
    <w:p w14:paraId="55D4F95C" w14:textId="77777777" w:rsidR="00DE2DE0" w:rsidRDefault="00DE2DE0" w:rsidP="00DE2DE0">
      <w:pPr>
        <w:spacing w:after="0" w:line="240" w:lineRule="auto"/>
      </w:pPr>
    </w:p>
    <w:p w14:paraId="07909020" w14:textId="0EF0058C" w:rsidR="00B850B9" w:rsidRDefault="002E019F" w:rsidP="00682D15">
      <w:pPr>
        <w:spacing w:after="0" w:line="240" w:lineRule="auto"/>
        <w:rPr>
          <w:b/>
          <w:bCs/>
        </w:rPr>
      </w:pPr>
      <w:r w:rsidRPr="009F3D10">
        <w:rPr>
          <w:b/>
          <w:bCs/>
        </w:rPr>
        <w:t xml:space="preserve">Policy Statement and Qualifying </w:t>
      </w:r>
      <w:proofErr w:type="gramStart"/>
      <w:r w:rsidRPr="009F3D10">
        <w:rPr>
          <w:b/>
          <w:bCs/>
        </w:rPr>
        <w:t xml:space="preserve">Projects </w:t>
      </w:r>
      <w:r w:rsidR="008960E2">
        <w:rPr>
          <w:b/>
          <w:bCs/>
        </w:rPr>
        <w:t xml:space="preserve"> </w:t>
      </w:r>
      <w:r w:rsidR="008960E2" w:rsidRPr="008960E2">
        <w:rPr>
          <w:i/>
          <w:iCs/>
        </w:rPr>
        <w:t>(</w:t>
      </w:r>
      <w:proofErr w:type="gramEnd"/>
      <w:r w:rsidR="008960E2" w:rsidRPr="008960E2">
        <w:rPr>
          <w:i/>
          <w:iCs/>
        </w:rPr>
        <w:t>Pages 8-10 of the Consultation document</w:t>
      </w:r>
      <w:r w:rsidR="008960E2">
        <w:rPr>
          <w:b/>
          <w:bCs/>
        </w:rPr>
        <w:t>)</w:t>
      </w:r>
    </w:p>
    <w:p w14:paraId="2A3FD41A" w14:textId="77777777" w:rsidR="00DE2DE0" w:rsidRDefault="00DE2DE0" w:rsidP="00682D15">
      <w:pPr>
        <w:spacing w:after="0" w:line="240" w:lineRule="auto"/>
        <w:rPr>
          <w:b/>
          <w:bCs/>
        </w:rPr>
      </w:pPr>
    </w:p>
    <w:p w14:paraId="60F66BF1" w14:textId="4195D1AA" w:rsidR="009F3D10" w:rsidRDefault="009F3D10" w:rsidP="00682D15">
      <w:pPr>
        <w:pStyle w:val="Heading2"/>
        <w:numPr>
          <w:ilvl w:val="1"/>
          <w:numId w:val="57"/>
        </w:numPr>
        <w:spacing w:before="0" w:line="240" w:lineRule="auto"/>
        <w:rPr>
          <w:color w:val="auto"/>
          <w:sz w:val="24"/>
          <w:szCs w:val="24"/>
        </w:rPr>
      </w:pPr>
      <w:r w:rsidRPr="00682D15">
        <w:rPr>
          <w:color w:val="auto"/>
          <w:sz w:val="24"/>
          <w:szCs w:val="24"/>
        </w:rPr>
        <w:t>Policy Statement</w:t>
      </w:r>
    </w:p>
    <w:p w14:paraId="6897DDF5" w14:textId="77777777" w:rsidR="009F3D10" w:rsidRPr="00682D15" w:rsidRDefault="009F3D10" w:rsidP="00682D15">
      <w:pPr>
        <w:spacing w:after="0" w:line="240" w:lineRule="auto"/>
        <w:rPr>
          <w:szCs w:val="24"/>
        </w:rPr>
      </w:pPr>
      <w:r w:rsidRPr="00682D15">
        <w:rPr>
          <w:szCs w:val="24"/>
        </w:rPr>
        <w:t>Oxfordshire councils expect private, for profit, developers of qualifying low carbon energy infrastructure projects to voluntarily:</w:t>
      </w:r>
    </w:p>
    <w:p w14:paraId="272208AB" w14:textId="77777777" w:rsidR="00682D15" w:rsidRPr="00682D15" w:rsidRDefault="00682D15" w:rsidP="00682D15">
      <w:pPr>
        <w:spacing w:after="0" w:line="240" w:lineRule="auto"/>
        <w:rPr>
          <w:szCs w:val="24"/>
        </w:rPr>
      </w:pPr>
    </w:p>
    <w:p w14:paraId="252ADEF1" w14:textId="77777777" w:rsidR="009F3D10" w:rsidRPr="00682D15" w:rsidRDefault="009F3D10" w:rsidP="00682D15">
      <w:pPr>
        <w:pStyle w:val="ListParagraph"/>
        <w:numPr>
          <w:ilvl w:val="0"/>
          <w:numId w:val="16"/>
        </w:numPr>
        <w:spacing w:after="0" w:line="240" w:lineRule="auto"/>
        <w:rPr>
          <w:szCs w:val="24"/>
        </w:rPr>
      </w:pPr>
      <w:r w:rsidRPr="00682D15">
        <w:rPr>
          <w:szCs w:val="24"/>
        </w:rPr>
        <w:t>provide a Community Benefit Contribution (CBC); and</w:t>
      </w:r>
    </w:p>
    <w:p w14:paraId="78B77C58" w14:textId="77777777" w:rsidR="009F3D10" w:rsidRPr="00682D15" w:rsidRDefault="009F3D10" w:rsidP="00682D15">
      <w:pPr>
        <w:pStyle w:val="ListParagraph"/>
        <w:numPr>
          <w:ilvl w:val="0"/>
          <w:numId w:val="16"/>
        </w:numPr>
        <w:spacing w:after="0" w:line="240" w:lineRule="auto"/>
        <w:rPr>
          <w:szCs w:val="24"/>
        </w:rPr>
      </w:pPr>
      <w:r w:rsidRPr="00682D15">
        <w:rPr>
          <w:szCs w:val="24"/>
        </w:rPr>
        <w:t xml:space="preserve">offer opportunities for Community Shared Ownership (CSO), either in part </w:t>
      </w:r>
      <w:proofErr w:type="gramStart"/>
      <w:r w:rsidRPr="00682D15">
        <w:rPr>
          <w:szCs w:val="24"/>
        </w:rPr>
        <w:t>or in</w:t>
      </w:r>
      <w:proofErr w:type="gramEnd"/>
      <w:r w:rsidRPr="00682D15">
        <w:rPr>
          <w:szCs w:val="24"/>
        </w:rPr>
        <w:t xml:space="preserve"> full, within their projects. </w:t>
      </w:r>
    </w:p>
    <w:p w14:paraId="7EBEE586" w14:textId="77777777" w:rsidR="00DE2DE0" w:rsidRPr="00682D15" w:rsidRDefault="00DE2DE0" w:rsidP="00682D15">
      <w:pPr>
        <w:spacing w:after="0" w:line="240" w:lineRule="auto"/>
        <w:rPr>
          <w:szCs w:val="24"/>
        </w:rPr>
      </w:pPr>
    </w:p>
    <w:p w14:paraId="19F256BA" w14:textId="36E15D23" w:rsidR="00DE2DE0" w:rsidRPr="00682D15" w:rsidRDefault="009F3D10" w:rsidP="00682D15">
      <w:pPr>
        <w:spacing w:after="0" w:line="240" w:lineRule="auto"/>
        <w:rPr>
          <w:szCs w:val="24"/>
        </w:rPr>
      </w:pPr>
      <w:r w:rsidRPr="00682D15">
        <w:rPr>
          <w:szCs w:val="24"/>
        </w:rPr>
        <w:t>When the Government introduces mandatory requirements for CBC and CSO schemes, this policy will continue to apply to those projects already within the planning system - likely up to 2030 - that are not captured by the new mandatory regime.</w:t>
      </w:r>
    </w:p>
    <w:p w14:paraId="322A3009" w14:textId="24E5AB88" w:rsidR="009F3D10" w:rsidRPr="00682D15" w:rsidRDefault="009F3D10" w:rsidP="00682D15">
      <w:pPr>
        <w:spacing w:after="0" w:line="240" w:lineRule="auto"/>
        <w:rPr>
          <w:szCs w:val="24"/>
        </w:rPr>
      </w:pPr>
      <w:r w:rsidRPr="00682D15">
        <w:rPr>
          <w:szCs w:val="24"/>
        </w:rPr>
        <w:t xml:space="preserve"> </w:t>
      </w:r>
    </w:p>
    <w:p w14:paraId="17818AAF" w14:textId="77777777" w:rsidR="009F3D10" w:rsidRPr="00682D15" w:rsidRDefault="009F3D10" w:rsidP="00682D15">
      <w:pPr>
        <w:pStyle w:val="Heading2"/>
        <w:spacing w:before="0" w:line="240" w:lineRule="auto"/>
        <w:rPr>
          <w:rFonts w:cs="Arial"/>
          <w:color w:val="auto"/>
          <w:sz w:val="24"/>
          <w:szCs w:val="24"/>
        </w:rPr>
      </w:pPr>
      <w:bookmarkStart w:id="1" w:name="_Toc227840049"/>
      <w:r w:rsidRPr="00682D15">
        <w:rPr>
          <w:color w:val="auto"/>
          <w:sz w:val="24"/>
          <w:szCs w:val="24"/>
        </w:rPr>
        <w:t>1.2 Qualifying Low Carbon Energy Infrastructure Projects</w:t>
      </w:r>
      <w:bookmarkEnd w:id="1"/>
    </w:p>
    <w:p w14:paraId="5FB22501" w14:textId="77777777" w:rsidR="009F3D10" w:rsidRDefault="009F3D10" w:rsidP="00682D15">
      <w:pPr>
        <w:spacing w:after="0" w:line="240" w:lineRule="auto"/>
      </w:pPr>
      <w:r>
        <w:t>This policy applies to all private, for profit, low carbon energy infrastructure projects with an installed capacity of 5MW or greater than that:</w:t>
      </w:r>
    </w:p>
    <w:p w14:paraId="50427180" w14:textId="77777777" w:rsidR="009F3D10" w:rsidRDefault="009F3D10" w:rsidP="00682D15">
      <w:pPr>
        <w:pStyle w:val="ListParagraph"/>
        <w:numPr>
          <w:ilvl w:val="0"/>
          <w:numId w:val="15"/>
        </w:numPr>
        <w:spacing w:after="0" w:line="240" w:lineRule="auto"/>
        <w:rPr>
          <w:szCs w:val="24"/>
        </w:rPr>
      </w:pPr>
      <w:r>
        <w:t>are within the planning system (at either local or national level), now or in the future</w:t>
      </w:r>
    </w:p>
    <w:p w14:paraId="2009290C" w14:textId="77777777" w:rsidR="009F3D10" w:rsidRDefault="009F3D10" w:rsidP="00682D15">
      <w:pPr>
        <w:pStyle w:val="ListParagraph"/>
        <w:numPr>
          <w:ilvl w:val="0"/>
          <w:numId w:val="15"/>
        </w:numPr>
        <w:spacing w:after="0" w:line="240" w:lineRule="auto"/>
      </w:pPr>
      <w:r>
        <w:t xml:space="preserve">are located within Oxfordshire; and </w:t>
      </w:r>
    </w:p>
    <w:p w14:paraId="1A787A44" w14:textId="77777777" w:rsidR="009F3D10" w:rsidRDefault="009F3D10" w:rsidP="00682D15">
      <w:pPr>
        <w:pStyle w:val="ListParagraph"/>
        <w:numPr>
          <w:ilvl w:val="0"/>
          <w:numId w:val="15"/>
        </w:numPr>
        <w:spacing w:after="0" w:line="240" w:lineRule="auto"/>
        <w:rPr>
          <w:szCs w:val="24"/>
        </w:rPr>
      </w:pPr>
      <w:r>
        <w:t>connect to the electricity distribution or transmission network or via a private wire</w:t>
      </w:r>
      <w:r>
        <w:rPr>
          <w:rStyle w:val="FootnoteReference"/>
        </w:rPr>
        <w:footnoteReference w:id="1"/>
      </w:r>
      <w:r>
        <w:t xml:space="preserve">. </w:t>
      </w:r>
    </w:p>
    <w:p w14:paraId="29BF67A6" w14:textId="77777777" w:rsidR="00DE2DE0" w:rsidRDefault="00DE2DE0" w:rsidP="00682D15">
      <w:pPr>
        <w:spacing w:after="0" w:line="240" w:lineRule="auto"/>
      </w:pPr>
    </w:p>
    <w:p w14:paraId="1AF7526E" w14:textId="7C782F66" w:rsidR="009F3D10" w:rsidRDefault="009F3D10" w:rsidP="00682D15">
      <w:pPr>
        <w:spacing w:after="0" w:line="240" w:lineRule="auto"/>
      </w:pPr>
      <w:r>
        <w:t>Qualifying technologies include (and any combination thereof):</w:t>
      </w:r>
    </w:p>
    <w:p w14:paraId="1D2203A1" w14:textId="77777777" w:rsidR="009F3D10" w:rsidRDefault="009F3D10" w:rsidP="00682D15">
      <w:pPr>
        <w:pStyle w:val="ListParagraph"/>
        <w:numPr>
          <w:ilvl w:val="0"/>
          <w:numId w:val="17"/>
        </w:numPr>
        <w:spacing w:after="0" w:line="240" w:lineRule="auto"/>
      </w:pPr>
      <w:r>
        <w:t>Ground-mounted solar photovoltaics;</w:t>
      </w:r>
    </w:p>
    <w:p w14:paraId="3CF1FDC6" w14:textId="77777777" w:rsidR="009F3D10" w:rsidRDefault="009F3D10" w:rsidP="00682D15">
      <w:pPr>
        <w:pStyle w:val="ListParagraph"/>
        <w:numPr>
          <w:ilvl w:val="0"/>
          <w:numId w:val="17"/>
        </w:numPr>
        <w:spacing w:after="0" w:line="240" w:lineRule="auto"/>
      </w:pPr>
      <w:r>
        <w:t>On-shore wind;</w:t>
      </w:r>
    </w:p>
    <w:p w14:paraId="2AA156F1" w14:textId="77777777" w:rsidR="009F3D10" w:rsidRDefault="009F3D10" w:rsidP="00682D15">
      <w:pPr>
        <w:pStyle w:val="ListParagraph"/>
        <w:numPr>
          <w:ilvl w:val="0"/>
          <w:numId w:val="17"/>
        </w:numPr>
        <w:spacing w:after="0" w:line="240" w:lineRule="auto"/>
      </w:pPr>
      <w:r>
        <w:t>Energy storage, including battery storage and Long Duration Electricity Storage (LDES);</w:t>
      </w:r>
    </w:p>
    <w:p w14:paraId="0A91365E" w14:textId="77777777" w:rsidR="009F3D10" w:rsidRDefault="009F3D10" w:rsidP="00682D15">
      <w:pPr>
        <w:pStyle w:val="ListParagraph"/>
        <w:numPr>
          <w:ilvl w:val="0"/>
          <w:numId w:val="17"/>
        </w:numPr>
        <w:spacing w:after="0" w:line="240" w:lineRule="auto"/>
      </w:pPr>
      <w:r>
        <w:t>Power Carbon Capture Usage and Storage (CCUS); and</w:t>
      </w:r>
    </w:p>
    <w:p w14:paraId="7FDF6D51" w14:textId="77777777" w:rsidR="009F3D10" w:rsidRDefault="009F3D10" w:rsidP="00682D15">
      <w:pPr>
        <w:pStyle w:val="ListParagraph"/>
        <w:numPr>
          <w:ilvl w:val="0"/>
          <w:numId w:val="17"/>
        </w:numPr>
        <w:spacing w:after="0" w:line="240" w:lineRule="auto"/>
      </w:pPr>
      <w:r>
        <w:t>Hydrogen to Power (H2P) and Power to Hydrogen (P2H).</w:t>
      </w:r>
    </w:p>
    <w:p w14:paraId="4D10B64B" w14:textId="77777777" w:rsidR="009F3D10" w:rsidRDefault="009F3D10" w:rsidP="00682D15">
      <w:pPr>
        <w:spacing w:after="0" w:line="240" w:lineRule="auto"/>
        <w:rPr>
          <w:b/>
          <w:bCs/>
        </w:rPr>
      </w:pPr>
    </w:p>
    <w:p w14:paraId="1B52534F" w14:textId="21D57387" w:rsidR="00B850B9" w:rsidRPr="00D23138" w:rsidRDefault="00D23138" w:rsidP="00682D15">
      <w:pPr>
        <w:spacing w:after="0" w:line="240" w:lineRule="auto"/>
        <w:rPr>
          <w:b/>
          <w:bCs/>
        </w:rPr>
      </w:pPr>
      <w:r w:rsidRPr="00D23138">
        <w:rPr>
          <w:b/>
          <w:bCs/>
        </w:rPr>
        <w:t xml:space="preserve">Q3. </w:t>
      </w:r>
      <w:r w:rsidR="00DE2DE0" w:rsidRPr="00D23138">
        <w:rPr>
          <w:b/>
          <w:bCs/>
        </w:rPr>
        <w:t xml:space="preserve">To what extent </w:t>
      </w:r>
      <w:r w:rsidRPr="00D23138">
        <w:rPr>
          <w:b/>
          <w:bCs/>
        </w:rPr>
        <w:t>d</w:t>
      </w:r>
      <w:r w:rsidR="00DE2DE0" w:rsidRPr="00D23138">
        <w:rPr>
          <w:b/>
          <w:bCs/>
        </w:rPr>
        <w:t xml:space="preserve">o you agree or disagree that </w:t>
      </w:r>
      <w:r w:rsidR="4D80553C" w:rsidRPr="00D23138">
        <w:rPr>
          <w:b/>
          <w:bCs/>
        </w:rPr>
        <w:t xml:space="preserve">paragraphs 1.1 and 1.2 (Policy Statement and Qualifying Projects) set out </w:t>
      </w:r>
      <w:r w:rsidR="00B850B9" w:rsidRPr="00D23138">
        <w:rPr>
          <w:b/>
          <w:bCs/>
        </w:rPr>
        <w:t>what you would expect from a policy on CBC and CSO?</w:t>
      </w:r>
    </w:p>
    <w:p w14:paraId="46F70EA7" w14:textId="77777777" w:rsidR="00DE2DE0" w:rsidRDefault="00DE2DE0" w:rsidP="00DE2DE0">
      <w:pPr>
        <w:spacing w:after="0" w:line="240" w:lineRule="auto"/>
      </w:pPr>
    </w:p>
    <w:p w14:paraId="21AA200A" w14:textId="77777777" w:rsidR="00B850B9" w:rsidRDefault="00B850B9" w:rsidP="00DE2DE0">
      <w:pPr>
        <w:spacing w:after="0" w:line="240" w:lineRule="auto"/>
      </w:pPr>
      <w:r>
        <w:rPr>
          <w:rFonts w:ascii="Aptos Narrow" w:hAnsi="Aptos Narrow"/>
        </w:rPr>
        <w:t>□</w:t>
      </w:r>
      <w:r>
        <w:t xml:space="preserve"> Strongly agree</w:t>
      </w:r>
    </w:p>
    <w:p w14:paraId="169BEAA4" w14:textId="6E24CA0C" w:rsidR="00B850B9" w:rsidRDefault="00B850B9" w:rsidP="00DE2DE0">
      <w:pPr>
        <w:spacing w:after="0" w:line="240" w:lineRule="auto"/>
      </w:pPr>
      <w:r w:rsidRPr="47B49423">
        <w:rPr>
          <w:rFonts w:ascii="Aptos Narrow" w:hAnsi="Aptos Narrow"/>
        </w:rPr>
        <w:t>□</w:t>
      </w:r>
      <w:r>
        <w:t xml:space="preserve"> Partly </w:t>
      </w:r>
      <w:r w:rsidR="698F1E0A">
        <w:t>a</w:t>
      </w:r>
      <w:r>
        <w:t>gree</w:t>
      </w:r>
    </w:p>
    <w:p w14:paraId="7685423B" w14:textId="77777777" w:rsidR="00B850B9" w:rsidRDefault="00B850B9" w:rsidP="00DE2DE0">
      <w:pPr>
        <w:spacing w:after="0" w:line="240" w:lineRule="auto"/>
      </w:pPr>
      <w:r>
        <w:rPr>
          <w:rFonts w:ascii="Aptos Narrow" w:hAnsi="Aptos Narrow"/>
        </w:rPr>
        <w:t>□</w:t>
      </w:r>
      <w:r>
        <w:t xml:space="preserve"> Partly disagree</w:t>
      </w:r>
    </w:p>
    <w:p w14:paraId="714ADB86" w14:textId="77777777" w:rsidR="00B850B9" w:rsidRDefault="00B850B9" w:rsidP="00DE2DE0">
      <w:pPr>
        <w:spacing w:after="0" w:line="240" w:lineRule="auto"/>
      </w:pPr>
      <w:r>
        <w:rPr>
          <w:rFonts w:ascii="Aptos Narrow" w:hAnsi="Aptos Narrow"/>
        </w:rPr>
        <w:t>□</w:t>
      </w:r>
      <w:r>
        <w:t xml:space="preserve"> Strongly disagree</w:t>
      </w:r>
    </w:p>
    <w:p w14:paraId="2344C943" w14:textId="77777777" w:rsidR="00DE2DE0" w:rsidRDefault="00DE2DE0" w:rsidP="00DE2DE0">
      <w:pPr>
        <w:spacing w:after="0" w:line="240" w:lineRule="auto"/>
      </w:pPr>
    </w:p>
    <w:p w14:paraId="3A11DE11" w14:textId="1922D007" w:rsidR="00D23138" w:rsidRPr="00D23138" w:rsidRDefault="00D23138" w:rsidP="00DE2DE0">
      <w:pPr>
        <w:spacing w:after="0" w:line="240" w:lineRule="auto"/>
        <w:rPr>
          <w:color w:val="0070C0"/>
        </w:rPr>
      </w:pPr>
      <w:r w:rsidRPr="00D23138">
        <w:rPr>
          <w:color w:val="0070C0"/>
        </w:rPr>
        <w:t xml:space="preserve">[Conditional formatting – if partly agree, partly disagree or strongly disagree] </w:t>
      </w:r>
    </w:p>
    <w:p w14:paraId="5FD49AE4" w14:textId="14C2ACB7" w:rsidR="00B850B9" w:rsidRPr="00D23138" w:rsidRDefault="00D23138" w:rsidP="00DE2DE0">
      <w:pPr>
        <w:spacing w:after="0" w:line="240" w:lineRule="auto"/>
        <w:rPr>
          <w:b/>
          <w:bCs/>
        </w:rPr>
      </w:pPr>
      <w:r w:rsidRPr="00D23138">
        <w:rPr>
          <w:b/>
          <w:bCs/>
        </w:rPr>
        <w:t>Q</w:t>
      </w:r>
      <w:r w:rsidR="006B7EB0">
        <w:rPr>
          <w:b/>
          <w:bCs/>
        </w:rPr>
        <w:t>4</w:t>
      </w:r>
      <w:r w:rsidRPr="00D23138">
        <w:rPr>
          <w:b/>
          <w:bCs/>
        </w:rPr>
        <w:t xml:space="preserve">. Please tell us </w:t>
      </w:r>
      <w:r w:rsidR="238D26F9" w:rsidRPr="00D23138">
        <w:rPr>
          <w:b/>
          <w:bCs/>
        </w:rPr>
        <w:t xml:space="preserve">how </w:t>
      </w:r>
      <w:r w:rsidR="000E27AC" w:rsidRPr="00D23138">
        <w:rPr>
          <w:b/>
          <w:bCs/>
        </w:rPr>
        <w:t xml:space="preserve">paragraphs </w:t>
      </w:r>
      <w:r w:rsidR="63D4DD3C" w:rsidRPr="00D23138">
        <w:rPr>
          <w:b/>
          <w:bCs/>
        </w:rPr>
        <w:t>1.</w:t>
      </w:r>
      <w:r w:rsidR="000E27AC" w:rsidRPr="00D23138">
        <w:rPr>
          <w:b/>
          <w:bCs/>
        </w:rPr>
        <w:t xml:space="preserve">1 and </w:t>
      </w:r>
      <w:r w:rsidR="467A2874" w:rsidRPr="00D23138">
        <w:rPr>
          <w:b/>
          <w:bCs/>
        </w:rPr>
        <w:t>1</w:t>
      </w:r>
      <w:r w:rsidR="000E27AC" w:rsidRPr="00D23138">
        <w:rPr>
          <w:b/>
          <w:bCs/>
        </w:rPr>
        <w:t xml:space="preserve">.2 </w:t>
      </w:r>
      <w:r w:rsidR="057E6B4D" w:rsidRPr="00D23138">
        <w:rPr>
          <w:b/>
          <w:bCs/>
        </w:rPr>
        <w:t xml:space="preserve">could </w:t>
      </w:r>
      <w:r w:rsidR="000E27AC" w:rsidRPr="00D23138">
        <w:rPr>
          <w:b/>
          <w:bCs/>
        </w:rPr>
        <w:t xml:space="preserve">be </w:t>
      </w:r>
      <w:r w:rsidRPr="00D23138">
        <w:rPr>
          <w:b/>
          <w:bCs/>
        </w:rPr>
        <w:t>improved:</w:t>
      </w:r>
    </w:p>
    <w:p w14:paraId="51A1A017" w14:textId="77777777" w:rsidR="00D23138" w:rsidRDefault="00D23138" w:rsidP="00DE2DE0">
      <w:pPr>
        <w:spacing w:after="0" w:line="240" w:lineRule="auto"/>
      </w:pPr>
    </w:p>
    <w:tbl>
      <w:tblPr>
        <w:tblStyle w:val="TableGrid"/>
        <w:tblW w:w="0" w:type="auto"/>
        <w:tblLook w:val="04A0" w:firstRow="1" w:lastRow="0" w:firstColumn="1" w:lastColumn="0" w:noHBand="0" w:noVBand="1"/>
      </w:tblPr>
      <w:tblGrid>
        <w:gridCol w:w="10070"/>
      </w:tblGrid>
      <w:tr w:rsidR="00D23138" w14:paraId="3C1FFED1" w14:textId="77777777" w:rsidTr="00D23138">
        <w:tc>
          <w:tcPr>
            <w:tcW w:w="10070" w:type="dxa"/>
          </w:tcPr>
          <w:p w14:paraId="0B2B627E" w14:textId="77777777" w:rsidR="00D23138" w:rsidRDefault="00D23138" w:rsidP="00DE2DE0">
            <w:pPr>
              <w:spacing w:line="240" w:lineRule="auto"/>
            </w:pPr>
          </w:p>
          <w:p w14:paraId="64D435C7" w14:textId="77777777" w:rsidR="0099639E" w:rsidRDefault="0099639E" w:rsidP="00DE2DE0">
            <w:pPr>
              <w:spacing w:line="240" w:lineRule="auto"/>
            </w:pPr>
          </w:p>
        </w:tc>
      </w:tr>
    </w:tbl>
    <w:p w14:paraId="10BEE6CA" w14:textId="33D4DF55" w:rsidR="0076792F" w:rsidRDefault="52199618" w:rsidP="00DE2DE0">
      <w:pPr>
        <w:spacing w:after="0" w:line="240" w:lineRule="auto"/>
        <w:rPr>
          <w:b/>
          <w:bCs/>
        </w:rPr>
      </w:pPr>
      <w:r w:rsidRPr="00D23138">
        <w:rPr>
          <w:b/>
          <w:bCs/>
        </w:rPr>
        <w:lastRenderedPageBreak/>
        <w:t>Project Size Thre</w:t>
      </w:r>
      <w:r w:rsidR="00953797" w:rsidRPr="00D23138">
        <w:rPr>
          <w:b/>
          <w:bCs/>
        </w:rPr>
        <w:t>s</w:t>
      </w:r>
      <w:r w:rsidRPr="00D23138">
        <w:rPr>
          <w:b/>
          <w:bCs/>
        </w:rPr>
        <w:t>hold</w:t>
      </w:r>
    </w:p>
    <w:p w14:paraId="68ED2E9F" w14:textId="77777777" w:rsidR="00D23138" w:rsidRPr="00D23138" w:rsidRDefault="00D23138" w:rsidP="00DE2DE0">
      <w:pPr>
        <w:spacing w:after="0" w:line="240" w:lineRule="auto"/>
        <w:rPr>
          <w:b/>
          <w:bCs/>
        </w:rPr>
      </w:pPr>
    </w:p>
    <w:p w14:paraId="513590D1" w14:textId="132B187D" w:rsidR="00D23138" w:rsidRDefault="3EAA8CCE" w:rsidP="00DE2DE0">
      <w:pPr>
        <w:spacing w:after="0" w:line="240" w:lineRule="auto"/>
      </w:pPr>
      <w:r>
        <w:t xml:space="preserve">The </w:t>
      </w:r>
      <w:r w:rsidR="146651F7">
        <w:t>G</w:t>
      </w:r>
      <w:r>
        <w:t>overnment’s</w:t>
      </w:r>
      <w:r w:rsidR="2672E088">
        <w:t xml:space="preserve"> working paper </w:t>
      </w:r>
      <w:r w:rsidR="3C435285">
        <w:t xml:space="preserve">identifies projects of 5MW or greater </w:t>
      </w:r>
      <w:r w:rsidR="3C435285" w:rsidRPr="00953797">
        <w:t>(</w:t>
      </w:r>
      <w:r w:rsidR="11EFFCB2" w:rsidRPr="00953797">
        <w:t>≥5MW</w:t>
      </w:r>
      <w:r w:rsidR="6F095187" w:rsidRPr="00953797">
        <w:t>)</w:t>
      </w:r>
      <w:r w:rsidR="11EFFCB2">
        <w:t xml:space="preserve"> as</w:t>
      </w:r>
      <w:r w:rsidR="776291E9">
        <w:t xml:space="preserve"> potentially</w:t>
      </w:r>
      <w:r w:rsidR="00953797">
        <w:t xml:space="preserve"> </w:t>
      </w:r>
      <w:r w:rsidR="2672E088">
        <w:t xml:space="preserve">eligible </w:t>
      </w:r>
      <w:r w:rsidR="3FA46D15">
        <w:t xml:space="preserve">for </w:t>
      </w:r>
      <w:r w:rsidR="60D49067">
        <w:t>a future mandat</w:t>
      </w:r>
      <w:r w:rsidR="5251C8F6">
        <w:t>ory</w:t>
      </w:r>
      <w:r w:rsidR="60D49067">
        <w:t xml:space="preserve"> scheme</w:t>
      </w:r>
      <w:r w:rsidR="718FD955">
        <w:t xml:space="preserve">. </w:t>
      </w:r>
      <w:r w:rsidR="7929BB64">
        <w:t xml:space="preserve">For </w:t>
      </w:r>
      <w:r w:rsidR="718FD955">
        <w:t xml:space="preserve">reasons of </w:t>
      </w:r>
      <w:r w:rsidR="01E4D883">
        <w:t>project viability</w:t>
      </w:r>
      <w:r w:rsidR="782E0F77">
        <w:t xml:space="preserve"> </w:t>
      </w:r>
      <w:r w:rsidR="718FD955">
        <w:t xml:space="preserve">and </w:t>
      </w:r>
      <w:r w:rsidR="3D55A7BC">
        <w:t xml:space="preserve">the </w:t>
      </w:r>
      <w:r w:rsidR="718FD955">
        <w:t xml:space="preserve">resourcing </w:t>
      </w:r>
      <w:r w:rsidR="54C674F0">
        <w:t xml:space="preserve">required for </w:t>
      </w:r>
      <w:r w:rsidR="7E7781A5">
        <w:t>CBC</w:t>
      </w:r>
      <w:r w:rsidR="7428D4AC">
        <w:t xml:space="preserve"> and </w:t>
      </w:r>
      <w:r w:rsidR="7E7781A5">
        <w:t xml:space="preserve">CSO </w:t>
      </w:r>
      <w:r w:rsidR="718FD955">
        <w:t xml:space="preserve">negotiations, </w:t>
      </w:r>
      <w:r w:rsidR="449716A4">
        <w:t xml:space="preserve">the </w:t>
      </w:r>
      <w:r w:rsidR="718FD955">
        <w:t>preference</w:t>
      </w:r>
      <w:r w:rsidR="22B782FF">
        <w:t xml:space="preserve"> in this interim policy</w:t>
      </w:r>
      <w:r w:rsidR="718FD955">
        <w:t xml:space="preserve"> is</w:t>
      </w:r>
      <w:r w:rsidR="71975FB1">
        <w:t xml:space="preserve"> </w:t>
      </w:r>
      <w:r w:rsidR="7E7781A5">
        <w:t>to retain</w:t>
      </w:r>
      <w:r w:rsidR="67F50FF2">
        <w:t xml:space="preserve"> the</w:t>
      </w:r>
      <w:r w:rsidR="7E7781A5">
        <w:t xml:space="preserve"> </w:t>
      </w:r>
      <w:r w:rsidR="36AB735E" w:rsidRPr="00953797">
        <w:t>≥5MW</w:t>
      </w:r>
      <w:r w:rsidR="36AB735E">
        <w:t xml:space="preserve"> </w:t>
      </w:r>
      <w:r w:rsidR="4A9832A4">
        <w:t xml:space="preserve">threshold. </w:t>
      </w:r>
    </w:p>
    <w:p w14:paraId="14A4BCC8" w14:textId="77777777" w:rsidR="00D23138" w:rsidRDefault="00D23138" w:rsidP="00DE2DE0">
      <w:pPr>
        <w:spacing w:after="0" w:line="240" w:lineRule="auto"/>
      </w:pPr>
    </w:p>
    <w:p w14:paraId="03FB6B54" w14:textId="4866270D" w:rsidR="00810AAE" w:rsidRPr="00CF7F48" w:rsidRDefault="00CF7F48" w:rsidP="00DE2DE0">
      <w:pPr>
        <w:spacing w:after="0" w:line="240" w:lineRule="auto"/>
        <w:rPr>
          <w:b/>
          <w:bCs/>
        </w:rPr>
      </w:pPr>
      <w:r w:rsidRPr="00CF7F48">
        <w:rPr>
          <w:b/>
          <w:bCs/>
        </w:rPr>
        <w:t>Q</w:t>
      </w:r>
      <w:r w:rsidR="006B7EB0">
        <w:rPr>
          <w:b/>
          <w:bCs/>
        </w:rPr>
        <w:t>5</w:t>
      </w:r>
      <w:r w:rsidRPr="00CF7F48">
        <w:rPr>
          <w:b/>
          <w:bCs/>
        </w:rPr>
        <w:t xml:space="preserve">. </w:t>
      </w:r>
      <w:r w:rsidR="00D23138" w:rsidRPr="00CF7F48">
        <w:rPr>
          <w:b/>
          <w:bCs/>
        </w:rPr>
        <w:t xml:space="preserve">Please indicate to what extent you agree or disagree with </w:t>
      </w:r>
      <w:r w:rsidR="00BA7155" w:rsidRPr="00CF7F48">
        <w:rPr>
          <w:b/>
          <w:bCs/>
        </w:rPr>
        <w:t>th</w:t>
      </w:r>
      <w:r w:rsidR="2661BF87" w:rsidRPr="00CF7F48">
        <w:rPr>
          <w:b/>
          <w:bCs/>
        </w:rPr>
        <w:t>is</w:t>
      </w:r>
      <w:r w:rsidR="00BA7155" w:rsidRPr="00CF7F48">
        <w:rPr>
          <w:b/>
          <w:bCs/>
        </w:rPr>
        <w:t xml:space="preserve"> </w:t>
      </w:r>
      <w:r w:rsidR="24F748A7" w:rsidRPr="00CF7F48">
        <w:rPr>
          <w:b/>
          <w:bCs/>
        </w:rPr>
        <w:t>proposed threshold</w:t>
      </w:r>
      <w:r w:rsidR="00917C78" w:rsidRPr="00CF7F48">
        <w:rPr>
          <w:b/>
          <w:bCs/>
        </w:rPr>
        <w:t>?</w:t>
      </w:r>
    </w:p>
    <w:p w14:paraId="424B7B1C" w14:textId="77777777" w:rsidR="00D23138" w:rsidRDefault="00D23138" w:rsidP="00DE2DE0">
      <w:pPr>
        <w:spacing w:after="0" w:line="240" w:lineRule="auto"/>
      </w:pPr>
    </w:p>
    <w:p w14:paraId="401E00C7" w14:textId="77777777" w:rsidR="00D23138" w:rsidRDefault="00D23138" w:rsidP="00D23138">
      <w:pPr>
        <w:spacing w:after="0" w:line="240" w:lineRule="auto"/>
      </w:pPr>
      <w:r>
        <w:rPr>
          <w:rFonts w:ascii="Aptos Narrow" w:hAnsi="Aptos Narrow"/>
        </w:rPr>
        <w:t>□</w:t>
      </w:r>
      <w:r>
        <w:t xml:space="preserve"> Strongly agree</w:t>
      </w:r>
    </w:p>
    <w:p w14:paraId="5A10B69F" w14:textId="77777777" w:rsidR="00D23138" w:rsidRDefault="00D23138" w:rsidP="00D23138">
      <w:pPr>
        <w:spacing w:after="0" w:line="240" w:lineRule="auto"/>
      </w:pPr>
      <w:r w:rsidRPr="47B49423">
        <w:rPr>
          <w:rFonts w:ascii="Aptos Narrow" w:hAnsi="Aptos Narrow"/>
        </w:rPr>
        <w:t>□</w:t>
      </w:r>
      <w:r>
        <w:t xml:space="preserve"> Partly agree</w:t>
      </w:r>
    </w:p>
    <w:p w14:paraId="4E3AD3EB" w14:textId="77777777" w:rsidR="00D23138" w:rsidRDefault="00D23138" w:rsidP="00D23138">
      <w:pPr>
        <w:spacing w:after="0" w:line="240" w:lineRule="auto"/>
      </w:pPr>
      <w:r>
        <w:rPr>
          <w:rFonts w:ascii="Aptos Narrow" w:hAnsi="Aptos Narrow"/>
        </w:rPr>
        <w:t>□</w:t>
      </w:r>
      <w:r>
        <w:t xml:space="preserve"> Partly disagree</w:t>
      </w:r>
    </w:p>
    <w:p w14:paraId="41E0B643" w14:textId="77777777" w:rsidR="00D23138" w:rsidRDefault="00D23138" w:rsidP="00D23138">
      <w:pPr>
        <w:spacing w:after="0" w:line="240" w:lineRule="auto"/>
      </w:pPr>
      <w:r>
        <w:rPr>
          <w:rFonts w:ascii="Aptos Narrow" w:hAnsi="Aptos Narrow"/>
        </w:rPr>
        <w:t>□</w:t>
      </w:r>
      <w:r>
        <w:t xml:space="preserve"> Strongly disagree</w:t>
      </w:r>
    </w:p>
    <w:p w14:paraId="04C2CC23" w14:textId="77777777" w:rsidR="00D23138" w:rsidRDefault="00D23138" w:rsidP="00DE2DE0">
      <w:pPr>
        <w:spacing w:after="0" w:line="240" w:lineRule="auto"/>
      </w:pPr>
    </w:p>
    <w:p w14:paraId="1325B797" w14:textId="77777777" w:rsidR="00D23138" w:rsidRPr="00D23138" w:rsidRDefault="00D23138" w:rsidP="00D23138">
      <w:pPr>
        <w:spacing w:after="0" w:line="240" w:lineRule="auto"/>
        <w:rPr>
          <w:color w:val="0070C0"/>
        </w:rPr>
      </w:pPr>
      <w:r w:rsidRPr="00D23138">
        <w:rPr>
          <w:color w:val="0070C0"/>
        </w:rPr>
        <w:t xml:space="preserve">[Conditional formatting – if partly agree, partly disagree or strongly disagree] </w:t>
      </w:r>
    </w:p>
    <w:p w14:paraId="35048465" w14:textId="0B02DD7C" w:rsidR="00917C78" w:rsidRPr="00682D15" w:rsidRDefault="00D23138" w:rsidP="00DE2DE0">
      <w:pPr>
        <w:spacing w:after="0" w:line="240" w:lineRule="auto"/>
        <w:rPr>
          <w:b/>
          <w:bCs/>
        </w:rPr>
      </w:pPr>
      <w:r w:rsidRPr="00682D15">
        <w:rPr>
          <w:b/>
          <w:bCs/>
        </w:rPr>
        <w:t>Q</w:t>
      </w:r>
      <w:r w:rsidR="005B0430">
        <w:rPr>
          <w:b/>
          <w:bCs/>
        </w:rPr>
        <w:t>6</w:t>
      </w:r>
      <w:r w:rsidR="00442076">
        <w:rPr>
          <w:b/>
          <w:bCs/>
        </w:rPr>
        <w:t>.</w:t>
      </w:r>
      <w:r w:rsidRPr="00682D15">
        <w:rPr>
          <w:b/>
          <w:bCs/>
        </w:rPr>
        <w:t xml:space="preserve"> P</w:t>
      </w:r>
      <w:r w:rsidR="00917C78" w:rsidRPr="00682D15">
        <w:rPr>
          <w:b/>
          <w:bCs/>
        </w:rPr>
        <w:t xml:space="preserve">lease </w:t>
      </w:r>
      <w:r w:rsidR="65691D51" w:rsidRPr="00682D15">
        <w:rPr>
          <w:b/>
          <w:bCs/>
        </w:rPr>
        <w:t xml:space="preserve">explain </w:t>
      </w:r>
      <w:r w:rsidRPr="00682D15">
        <w:rPr>
          <w:b/>
          <w:bCs/>
        </w:rPr>
        <w:t>the</w:t>
      </w:r>
      <w:r w:rsidR="00151D03" w:rsidRPr="00682D15">
        <w:rPr>
          <w:b/>
          <w:bCs/>
        </w:rPr>
        <w:t xml:space="preserve"> reasons </w:t>
      </w:r>
      <w:r w:rsidRPr="00682D15">
        <w:rPr>
          <w:b/>
          <w:bCs/>
        </w:rPr>
        <w:t xml:space="preserve">for your answer </w:t>
      </w:r>
      <w:r w:rsidR="00151D03" w:rsidRPr="00682D15">
        <w:rPr>
          <w:b/>
          <w:bCs/>
        </w:rPr>
        <w:t xml:space="preserve">and </w:t>
      </w:r>
      <w:r w:rsidR="496F2C91" w:rsidRPr="00682D15">
        <w:rPr>
          <w:b/>
          <w:bCs/>
        </w:rPr>
        <w:t xml:space="preserve">indicate your preferred threshold: </w:t>
      </w:r>
    </w:p>
    <w:p w14:paraId="5823D375" w14:textId="77777777" w:rsidR="00151D03" w:rsidRDefault="00151D03" w:rsidP="00DE2DE0">
      <w:pPr>
        <w:spacing w:after="0" w:line="240" w:lineRule="auto"/>
      </w:pPr>
    </w:p>
    <w:tbl>
      <w:tblPr>
        <w:tblStyle w:val="TableGrid"/>
        <w:tblW w:w="0" w:type="auto"/>
        <w:tblLook w:val="04A0" w:firstRow="1" w:lastRow="0" w:firstColumn="1" w:lastColumn="0" w:noHBand="0" w:noVBand="1"/>
      </w:tblPr>
      <w:tblGrid>
        <w:gridCol w:w="10070"/>
      </w:tblGrid>
      <w:tr w:rsidR="00D23138" w14:paraId="39DCFF9F" w14:textId="77777777" w:rsidTr="00D23138">
        <w:tc>
          <w:tcPr>
            <w:tcW w:w="10070" w:type="dxa"/>
          </w:tcPr>
          <w:p w14:paraId="7A6C527A" w14:textId="77777777" w:rsidR="00D23138" w:rsidRDefault="00D23138" w:rsidP="00DE2DE0">
            <w:pPr>
              <w:spacing w:line="240" w:lineRule="auto"/>
              <w:rPr>
                <w:szCs w:val="24"/>
              </w:rPr>
            </w:pPr>
          </w:p>
          <w:p w14:paraId="5CF2F0D0" w14:textId="77777777" w:rsidR="00D23138" w:rsidRDefault="00D23138" w:rsidP="00DE2DE0">
            <w:pPr>
              <w:spacing w:line="240" w:lineRule="auto"/>
              <w:rPr>
                <w:szCs w:val="24"/>
              </w:rPr>
            </w:pPr>
          </w:p>
          <w:p w14:paraId="335E0B1C" w14:textId="77777777" w:rsidR="00D23138" w:rsidRDefault="00D23138" w:rsidP="00DE2DE0">
            <w:pPr>
              <w:spacing w:line="240" w:lineRule="auto"/>
              <w:rPr>
                <w:szCs w:val="24"/>
              </w:rPr>
            </w:pPr>
          </w:p>
        </w:tc>
      </w:tr>
    </w:tbl>
    <w:p w14:paraId="0C1B80B2" w14:textId="12F9BC48" w:rsidR="00151D03" w:rsidRDefault="00151D03" w:rsidP="00DE2DE0">
      <w:pPr>
        <w:spacing w:after="0" w:line="240" w:lineRule="auto"/>
        <w:rPr>
          <w:szCs w:val="24"/>
        </w:rPr>
      </w:pPr>
    </w:p>
    <w:p w14:paraId="3D42D1CF" w14:textId="03B75B3D" w:rsidR="00B850B9" w:rsidRDefault="00516B3C" w:rsidP="00DE2DE0">
      <w:pPr>
        <w:spacing w:after="0" w:line="240" w:lineRule="auto"/>
      </w:pPr>
      <w:r>
        <w:rPr>
          <w:szCs w:val="24"/>
        </w:rPr>
        <w:t xml:space="preserve"> </w:t>
      </w:r>
    </w:p>
    <w:p w14:paraId="6A65DFC0" w14:textId="64BD3608" w:rsidR="00B850B9" w:rsidRPr="00CF7F48" w:rsidRDefault="00682D15" w:rsidP="00DE2DE0">
      <w:pPr>
        <w:spacing w:after="0" w:line="240" w:lineRule="auto"/>
        <w:rPr>
          <w:b/>
          <w:bCs/>
        </w:rPr>
      </w:pPr>
      <w:r w:rsidRPr="00CF7F48">
        <w:rPr>
          <w:b/>
          <w:bCs/>
        </w:rPr>
        <w:t>Q</w:t>
      </w:r>
      <w:r w:rsidR="005B0430">
        <w:rPr>
          <w:b/>
          <w:bCs/>
        </w:rPr>
        <w:t>7</w:t>
      </w:r>
      <w:r w:rsidRPr="00CF7F48">
        <w:rPr>
          <w:b/>
          <w:bCs/>
        </w:rPr>
        <w:t xml:space="preserve">. </w:t>
      </w:r>
      <w:r w:rsidR="630E40D2" w:rsidRPr="00CF7F48">
        <w:rPr>
          <w:b/>
          <w:bCs/>
        </w:rPr>
        <w:t xml:space="preserve">Technology Scope </w:t>
      </w:r>
    </w:p>
    <w:p w14:paraId="12310B9E" w14:textId="77777777" w:rsidR="00CF7F48" w:rsidRPr="00CF7F48" w:rsidRDefault="00B850B9" w:rsidP="00DE2DE0">
      <w:pPr>
        <w:spacing w:after="0" w:line="240" w:lineRule="auto"/>
        <w:rPr>
          <w:b/>
          <w:bCs/>
        </w:rPr>
      </w:pPr>
      <w:r w:rsidRPr="00CF7F48">
        <w:rPr>
          <w:b/>
          <w:bCs/>
        </w:rPr>
        <w:t>Does the list of low carbon energy technologies set out in paragraph</w:t>
      </w:r>
      <w:r w:rsidR="00344D3B" w:rsidRPr="00CF7F48">
        <w:rPr>
          <w:b/>
          <w:bCs/>
        </w:rPr>
        <w:t xml:space="preserve"> </w:t>
      </w:r>
      <w:r w:rsidR="6B95BCEA" w:rsidRPr="00CF7F48">
        <w:rPr>
          <w:b/>
          <w:bCs/>
        </w:rPr>
        <w:t>1</w:t>
      </w:r>
      <w:r w:rsidR="00344D3B" w:rsidRPr="00CF7F48">
        <w:rPr>
          <w:b/>
          <w:bCs/>
        </w:rPr>
        <w:t xml:space="preserve">.2 </w:t>
      </w:r>
      <w:r w:rsidRPr="00CF7F48">
        <w:rPr>
          <w:b/>
          <w:bCs/>
        </w:rPr>
        <w:t xml:space="preserve">reflect </w:t>
      </w:r>
      <w:r w:rsidR="0021D2E6" w:rsidRPr="00CF7F48">
        <w:rPr>
          <w:b/>
          <w:bCs/>
        </w:rPr>
        <w:t xml:space="preserve">the types of projects you expect to </w:t>
      </w:r>
      <w:r w:rsidRPr="00CF7F48">
        <w:rPr>
          <w:b/>
          <w:bCs/>
        </w:rPr>
        <w:t>come forward in Oxfordshire up to 2030?</w:t>
      </w:r>
    </w:p>
    <w:p w14:paraId="593A748C" w14:textId="2E65CB32" w:rsidR="00B850B9" w:rsidRDefault="00B850B9" w:rsidP="00DE2DE0">
      <w:pPr>
        <w:spacing w:after="0" w:line="240" w:lineRule="auto"/>
      </w:pPr>
      <w:r>
        <w:t xml:space="preserve"> </w:t>
      </w:r>
    </w:p>
    <w:p w14:paraId="6F188D44" w14:textId="191688C7" w:rsidR="00B850B9" w:rsidRDefault="31F1FAD8" w:rsidP="00DE2DE0">
      <w:pPr>
        <w:spacing w:after="0" w:line="240" w:lineRule="auto"/>
      </w:pPr>
      <w:r w:rsidRPr="47B49423">
        <w:rPr>
          <w:rFonts w:ascii="Aptos Narrow" w:hAnsi="Aptos Narrow"/>
        </w:rPr>
        <w:t>□</w:t>
      </w:r>
      <w:r>
        <w:t xml:space="preserve"> </w:t>
      </w:r>
      <w:r w:rsidR="00B850B9">
        <w:t>Y</w:t>
      </w:r>
      <w:r w:rsidR="4163CE31">
        <w:t>es</w:t>
      </w:r>
    </w:p>
    <w:p w14:paraId="3295F8D9" w14:textId="50CC7B35" w:rsidR="00B850B9" w:rsidRDefault="3B090238" w:rsidP="00DE2DE0">
      <w:pPr>
        <w:spacing w:after="0" w:line="240" w:lineRule="auto"/>
      </w:pPr>
      <w:r w:rsidRPr="47B49423">
        <w:rPr>
          <w:rFonts w:ascii="Aptos Narrow" w:hAnsi="Aptos Narrow"/>
        </w:rPr>
        <w:t>□</w:t>
      </w:r>
      <w:r>
        <w:t xml:space="preserve"> </w:t>
      </w:r>
      <w:r w:rsidR="00682D15">
        <w:t>Mostly</w:t>
      </w:r>
    </w:p>
    <w:p w14:paraId="4613F05C" w14:textId="3E4FFC8E" w:rsidR="00682D15" w:rsidRDefault="00682D15" w:rsidP="00682D15">
      <w:pPr>
        <w:spacing w:after="0" w:line="240" w:lineRule="auto"/>
      </w:pPr>
      <w:r w:rsidRPr="47B49423">
        <w:rPr>
          <w:rFonts w:ascii="Aptos Narrow" w:hAnsi="Aptos Narrow"/>
        </w:rPr>
        <w:t>□</w:t>
      </w:r>
      <w:r>
        <w:t xml:space="preserve"> </w:t>
      </w:r>
      <w:r w:rsidR="00CF7F48">
        <w:t>Not much</w:t>
      </w:r>
    </w:p>
    <w:p w14:paraId="2411B394" w14:textId="05F8D2F7" w:rsidR="00682D15" w:rsidRDefault="00682D15" w:rsidP="00682D15">
      <w:pPr>
        <w:spacing w:after="0" w:line="240" w:lineRule="auto"/>
      </w:pPr>
      <w:r w:rsidRPr="47B49423">
        <w:rPr>
          <w:rFonts w:ascii="Aptos Narrow" w:hAnsi="Aptos Narrow"/>
        </w:rPr>
        <w:t>□</w:t>
      </w:r>
      <w:r>
        <w:t xml:space="preserve"> No</w:t>
      </w:r>
    </w:p>
    <w:p w14:paraId="066A12F4" w14:textId="77777777" w:rsidR="00CF7F48" w:rsidRDefault="00CF7F48" w:rsidP="00DE2DE0">
      <w:pPr>
        <w:spacing w:after="0" w:line="240" w:lineRule="auto"/>
      </w:pPr>
    </w:p>
    <w:p w14:paraId="734EF693" w14:textId="0D057358" w:rsidR="00CF7F48" w:rsidRPr="00D23138" w:rsidRDefault="00CF7F48" w:rsidP="00CF7F48">
      <w:pPr>
        <w:spacing w:after="0" w:line="240" w:lineRule="auto"/>
        <w:rPr>
          <w:color w:val="0070C0"/>
        </w:rPr>
      </w:pPr>
      <w:r w:rsidRPr="00D23138">
        <w:rPr>
          <w:color w:val="0070C0"/>
        </w:rPr>
        <w:t xml:space="preserve">[Conditional formatting – if </w:t>
      </w:r>
      <w:r>
        <w:rPr>
          <w:color w:val="0070C0"/>
        </w:rPr>
        <w:t>mostly, not much or no</w:t>
      </w:r>
      <w:r w:rsidRPr="00D23138">
        <w:rPr>
          <w:color w:val="0070C0"/>
        </w:rPr>
        <w:t xml:space="preserve">] </w:t>
      </w:r>
    </w:p>
    <w:p w14:paraId="3E787C71" w14:textId="4CF24F7D" w:rsidR="00B850B9" w:rsidRPr="00CF7F48" w:rsidRDefault="00CF7F48" w:rsidP="00DE2DE0">
      <w:pPr>
        <w:spacing w:after="0" w:line="240" w:lineRule="auto"/>
        <w:rPr>
          <w:b/>
          <w:bCs/>
        </w:rPr>
      </w:pPr>
      <w:r w:rsidRPr="00CF7F48">
        <w:rPr>
          <w:b/>
          <w:bCs/>
        </w:rPr>
        <w:t>Q</w:t>
      </w:r>
      <w:r w:rsidR="005B0430">
        <w:rPr>
          <w:b/>
          <w:bCs/>
        </w:rPr>
        <w:t>8</w:t>
      </w:r>
      <w:r w:rsidRPr="00CF7F48">
        <w:rPr>
          <w:b/>
          <w:bCs/>
        </w:rPr>
        <w:t>. P</w:t>
      </w:r>
      <w:r w:rsidR="4B14D4AE" w:rsidRPr="00CF7F48">
        <w:rPr>
          <w:b/>
          <w:bCs/>
        </w:rPr>
        <w:t xml:space="preserve">lease indicate which technologies are </w:t>
      </w:r>
      <w:r w:rsidR="00B850B9" w:rsidRPr="00CF7F48">
        <w:rPr>
          <w:b/>
          <w:bCs/>
        </w:rPr>
        <w:t>missing</w:t>
      </w:r>
      <w:r w:rsidR="432C36DB" w:rsidRPr="00CF7F48">
        <w:rPr>
          <w:b/>
          <w:bCs/>
        </w:rPr>
        <w:t>:</w:t>
      </w:r>
    </w:p>
    <w:p w14:paraId="7A699C55" w14:textId="77777777" w:rsidR="00CF7F48" w:rsidRDefault="00CF7F48" w:rsidP="00DE2DE0">
      <w:pPr>
        <w:spacing w:after="0" w:line="240" w:lineRule="auto"/>
      </w:pPr>
    </w:p>
    <w:tbl>
      <w:tblPr>
        <w:tblStyle w:val="TableGrid"/>
        <w:tblW w:w="0" w:type="auto"/>
        <w:tblLook w:val="04A0" w:firstRow="1" w:lastRow="0" w:firstColumn="1" w:lastColumn="0" w:noHBand="0" w:noVBand="1"/>
      </w:tblPr>
      <w:tblGrid>
        <w:gridCol w:w="10070"/>
      </w:tblGrid>
      <w:tr w:rsidR="00CF7F48" w14:paraId="226B2F49" w14:textId="77777777" w:rsidTr="00CF7F48">
        <w:tc>
          <w:tcPr>
            <w:tcW w:w="10070" w:type="dxa"/>
          </w:tcPr>
          <w:p w14:paraId="51316DFB" w14:textId="77777777" w:rsidR="00CF7F48" w:rsidRDefault="00CF7F48" w:rsidP="00DE2DE0">
            <w:pPr>
              <w:spacing w:line="240" w:lineRule="auto"/>
            </w:pPr>
          </w:p>
          <w:p w14:paraId="099110A6" w14:textId="77777777" w:rsidR="00CF7F48" w:rsidRDefault="00CF7F48" w:rsidP="00DE2DE0">
            <w:pPr>
              <w:spacing w:line="240" w:lineRule="auto"/>
            </w:pPr>
          </w:p>
          <w:p w14:paraId="1EDD1494" w14:textId="77777777" w:rsidR="00CF7F48" w:rsidRDefault="00CF7F48" w:rsidP="00DE2DE0">
            <w:pPr>
              <w:spacing w:line="240" w:lineRule="auto"/>
            </w:pPr>
          </w:p>
        </w:tc>
      </w:tr>
    </w:tbl>
    <w:p w14:paraId="3F893133" w14:textId="77777777" w:rsidR="00CF7F48" w:rsidRDefault="00CF7F48" w:rsidP="00DE2DE0">
      <w:pPr>
        <w:spacing w:after="0" w:line="240" w:lineRule="auto"/>
      </w:pPr>
    </w:p>
    <w:p w14:paraId="2F4ACC33" w14:textId="77777777" w:rsidR="00B850B9" w:rsidRDefault="00B850B9" w:rsidP="00DE2DE0">
      <w:pPr>
        <w:spacing w:after="0" w:line="240" w:lineRule="auto"/>
      </w:pPr>
    </w:p>
    <w:p w14:paraId="0F942B55" w14:textId="77777777" w:rsidR="00CF7F48" w:rsidRDefault="00CF7F48" w:rsidP="00DE2DE0">
      <w:pPr>
        <w:spacing w:after="0" w:line="240" w:lineRule="auto"/>
      </w:pPr>
    </w:p>
    <w:p w14:paraId="7079CBCB" w14:textId="77777777" w:rsidR="00CF7F48" w:rsidRDefault="00CF7F48" w:rsidP="00DE2DE0">
      <w:pPr>
        <w:spacing w:after="0" w:line="240" w:lineRule="auto"/>
      </w:pPr>
    </w:p>
    <w:p w14:paraId="1A1C4C41" w14:textId="77777777" w:rsidR="00CF7F48" w:rsidRDefault="00CF7F48" w:rsidP="00DE2DE0">
      <w:pPr>
        <w:spacing w:after="0" w:line="240" w:lineRule="auto"/>
      </w:pPr>
    </w:p>
    <w:p w14:paraId="5F3CDDEE" w14:textId="77777777" w:rsidR="00CF7F48" w:rsidRDefault="00CF7F48" w:rsidP="00DE2DE0">
      <w:pPr>
        <w:spacing w:after="0" w:line="240" w:lineRule="auto"/>
      </w:pPr>
    </w:p>
    <w:p w14:paraId="4C8443A1" w14:textId="77777777" w:rsidR="00CF7F48" w:rsidRDefault="00CF7F48" w:rsidP="00DE2DE0">
      <w:pPr>
        <w:spacing w:after="0" w:line="240" w:lineRule="auto"/>
      </w:pPr>
    </w:p>
    <w:p w14:paraId="2C8922F4" w14:textId="77777777" w:rsidR="00CF7F48" w:rsidRDefault="00CF7F48" w:rsidP="00DE2DE0">
      <w:pPr>
        <w:spacing w:after="0" w:line="240" w:lineRule="auto"/>
      </w:pPr>
    </w:p>
    <w:p w14:paraId="64AB9ED4" w14:textId="77777777" w:rsidR="00CF7F48" w:rsidRDefault="00CF7F48" w:rsidP="00DE2DE0">
      <w:pPr>
        <w:spacing w:after="0" w:line="240" w:lineRule="auto"/>
      </w:pPr>
    </w:p>
    <w:p w14:paraId="4DE25D72" w14:textId="77777777" w:rsidR="00CF7F48" w:rsidRPr="004B3C95" w:rsidRDefault="00CF7F48" w:rsidP="004B3C95">
      <w:pPr>
        <w:pStyle w:val="Heading2"/>
        <w:spacing w:before="0" w:line="240" w:lineRule="auto"/>
        <w:rPr>
          <w:color w:val="auto"/>
          <w:sz w:val="24"/>
          <w:szCs w:val="24"/>
        </w:rPr>
      </w:pPr>
      <w:r w:rsidRPr="004B3C95">
        <w:rPr>
          <w:color w:val="auto"/>
          <w:sz w:val="24"/>
          <w:szCs w:val="24"/>
        </w:rPr>
        <w:lastRenderedPageBreak/>
        <w:t xml:space="preserve">1.3 Scope </w:t>
      </w:r>
    </w:p>
    <w:p w14:paraId="0027B70F" w14:textId="32EF3BCD" w:rsidR="00CF7F48" w:rsidRDefault="00CF7F48" w:rsidP="004B3C95">
      <w:pPr>
        <w:spacing w:after="0" w:line="240" w:lineRule="auto"/>
        <w:rPr>
          <w:szCs w:val="24"/>
        </w:rPr>
      </w:pPr>
      <w:r w:rsidRPr="004B3C95">
        <w:rPr>
          <w:szCs w:val="24"/>
        </w:rPr>
        <w:t xml:space="preserve">This policy is intended as an interim local measure to encourage developers to voluntarily engage in the provision of CBC and CSO, while the Government develops proposals to mandate such approaches in the future. </w:t>
      </w:r>
    </w:p>
    <w:p w14:paraId="25406855" w14:textId="77777777" w:rsidR="004B3C95" w:rsidRPr="004B3C95" w:rsidRDefault="004B3C95" w:rsidP="004B3C95">
      <w:pPr>
        <w:spacing w:after="0" w:line="240" w:lineRule="auto"/>
        <w:rPr>
          <w:szCs w:val="24"/>
        </w:rPr>
      </w:pPr>
    </w:p>
    <w:p w14:paraId="0EA6695C" w14:textId="77777777" w:rsidR="00CF7F48" w:rsidRPr="004B3C95" w:rsidRDefault="00CF7F48" w:rsidP="004B3C95">
      <w:pPr>
        <w:spacing w:after="0" w:line="240" w:lineRule="auto"/>
        <w:rPr>
          <w:szCs w:val="24"/>
        </w:rPr>
      </w:pPr>
      <w:r w:rsidRPr="004B3C95">
        <w:rPr>
          <w:szCs w:val="24"/>
        </w:rPr>
        <w:t>The policy applies to all private, for profit, low carbon and energy infrastructure projects with installed capacity of 5MW or greater that are located wholly or partly within Oxfordshire. This includes Nationally Significant Infrastructure Projects (NSIPs).</w:t>
      </w:r>
    </w:p>
    <w:p w14:paraId="212496A9" w14:textId="77777777" w:rsidR="00CF7F48" w:rsidRPr="004B3C95" w:rsidRDefault="00CF7F48" w:rsidP="004B3C95">
      <w:pPr>
        <w:spacing w:after="0" w:line="240" w:lineRule="auto"/>
        <w:rPr>
          <w:szCs w:val="24"/>
        </w:rPr>
      </w:pPr>
      <w:r w:rsidRPr="004B3C95">
        <w:rPr>
          <w:szCs w:val="24"/>
        </w:rPr>
        <w:t>CBC and CSO are defined as follows (and illustrated in Figure 1 below):</w:t>
      </w:r>
    </w:p>
    <w:p w14:paraId="13B4A7FF" w14:textId="77777777" w:rsidR="00CF7F48" w:rsidRPr="004B3C95" w:rsidRDefault="00CF7F48" w:rsidP="004B3C95">
      <w:pPr>
        <w:pStyle w:val="ListParagraph"/>
        <w:numPr>
          <w:ilvl w:val="0"/>
          <w:numId w:val="27"/>
        </w:numPr>
        <w:spacing w:after="0" w:line="240" w:lineRule="auto"/>
        <w:rPr>
          <w:szCs w:val="24"/>
        </w:rPr>
      </w:pPr>
      <w:r w:rsidRPr="004B3C95">
        <w:rPr>
          <w:szCs w:val="24"/>
        </w:rPr>
        <w:t>Community Benefit Contributions (CBC): financial contributions made by developers of energy projects to local and, where appropriate, strategic funds, to support community priorities.</w:t>
      </w:r>
    </w:p>
    <w:p w14:paraId="149D9C15" w14:textId="77777777" w:rsidR="00CF7F48" w:rsidRDefault="00CF7F48" w:rsidP="004B3C95">
      <w:pPr>
        <w:pStyle w:val="ListParagraph"/>
        <w:numPr>
          <w:ilvl w:val="0"/>
          <w:numId w:val="27"/>
        </w:numPr>
        <w:spacing w:after="0" w:line="240" w:lineRule="auto"/>
        <w:rPr>
          <w:szCs w:val="24"/>
        </w:rPr>
      </w:pPr>
      <w:r w:rsidRPr="004B3C95">
        <w:rPr>
          <w:szCs w:val="24"/>
        </w:rPr>
        <w:t>Community Shared Ownership (CSO): a financial stake in an energy project, either through part-ownership of the asset or participation in a revenue stream, which generates income. Any surplus, or Community Shared Ownership Benefit (CSOB) is then reinvested in activities across Oxfordshire to support the energy transition.</w:t>
      </w:r>
    </w:p>
    <w:p w14:paraId="13CF024C" w14:textId="77777777" w:rsidR="004B3C95" w:rsidRPr="004B3C95" w:rsidRDefault="004B3C95" w:rsidP="004B3C95">
      <w:pPr>
        <w:pStyle w:val="ListParagraph"/>
        <w:spacing w:after="0" w:line="240" w:lineRule="auto"/>
        <w:rPr>
          <w:szCs w:val="24"/>
        </w:rPr>
      </w:pPr>
    </w:p>
    <w:p w14:paraId="5479DEC8" w14:textId="77777777" w:rsidR="004B3C95" w:rsidRPr="004B3C95" w:rsidRDefault="004B3C95" w:rsidP="004B3C95">
      <w:pPr>
        <w:spacing w:after="0" w:line="240" w:lineRule="auto"/>
        <w:rPr>
          <w:szCs w:val="24"/>
        </w:rPr>
      </w:pPr>
      <w:bookmarkStart w:id="2" w:name="_Toc227840051"/>
      <w:r w:rsidRPr="004B3C95">
        <w:rPr>
          <w:rStyle w:val="Heading2Char"/>
          <w:color w:val="auto"/>
          <w:sz w:val="24"/>
          <w:szCs w:val="24"/>
        </w:rPr>
        <w:t>1.4 Planning status</w:t>
      </w:r>
      <w:bookmarkEnd w:id="2"/>
    </w:p>
    <w:p w14:paraId="626477F8" w14:textId="77777777" w:rsidR="004B3C95" w:rsidRPr="004B3C95" w:rsidRDefault="004B3C95" w:rsidP="004B3C95">
      <w:pPr>
        <w:spacing w:after="0" w:line="240" w:lineRule="auto"/>
        <w:rPr>
          <w:szCs w:val="24"/>
        </w:rPr>
      </w:pPr>
      <w:r w:rsidRPr="004B3C95">
        <w:rPr>
          <w:szCs w:val="24"/>
        </w:rPr>
        <w:t xml:space="preserve">CBC and CSO are not material planning considerations. </w:t>
      </w:r>
    </w:p>
    <w:p w14:paraId="435B52B7" w14:textId="77777777" w:rsidR="004B3C95" w:rsidRDefault="004B3C95" w:rsidP="004B3C95">
      <w:pPr>
        <w:spacing w:after="0" w:line="240" w:lineRule="auto"/>
        <w:rPr>
          <w:szCs w:val="24"/>
        </w:rPr>
      </w:pPr>
      <w:r w:rsidRPr="004B3C95">
        <w:rPr>
          <w:szCs w:val="24"/>
        </w:rPr>
        <w:t xml:space="preserve">They are secured through voluntary negotiation under this local policy and are separate from the planning process. Planning decisions will not consider whether, or to what extent, a developer has made a voluntary offer in relation to CBC or CSO. </w:t>
      </w:r>
    </w:p>
    <w:p w14:paraId="6714A0F6" w14:textId="77777777" w:rsidR="004B3C95" w:rsidRPr="004B3C95" w:rsidRDefault="004B3C95" w:rsidP="004B3C95">
      <w:pPr>
        <w:spacing w:after="0" w:line="240" w:lineRule="auto"/>
        <w:rPr>
          <w:szCs w:val="24"/>
        </w:rPr>
      </w:pPr>
    </w:p>
    <w:p w14:paraId="2181065B" w14:textId="77777777" w:rsidR="004B3C95" w:rsidRPr="004B3C95" w:rsidRDefault="004B3C95" w:rsidP="004B3C95">
      <w:pPr>
        <w:spacing w:after="0" w:line="240" w:lineRule="auto"/>
        <w:rPr>
          <w:szCs w:val="24"/>
        </w:rPr>
      </w:pPr>
      <w:bookmarkStart w:id="3" w:name="_Toc227840052"/>
      <w:r w:rsidRPr="004B3C95">
        <w:rPr>
          <w:rStyle w:val="Heading2Char"/>
          <w:color w:val="auto"/>
          <w:sz w:val="24"/>
          <w:szCs w:val="24"/>
        </w:rPr>
        <w:t>1.5 Legal Basis</w:t>
      </w:r>
      <w:bookmarkEnd w:id="3"/>
    </w:p>
    <w:p w14:paraId="6DDD9CA9" w14:textId="77777777" w:rsidR="004B3C95" w:rsidRPr="004B3C95" w:rsidRDefault="004B3C95" w:rsidP="004B3C95">
      <w:pPr>
        <w:spacing w:after="0" w:line="240" w:lineRule="auto"/>
        <w:rPr>
          <w:szCs w:val="24"/>
        </w:rPr>
      </w:pPr>
      <w:r w:rsidRPr="004B3C95">
        <w:rPr>
          <w:szCs w:val="24"/>
        </w:rPr>
        <w:t>This policy has been developed to align with proposals from the Department for Energy Security and Net Zero (DESNZ) for a future mandatory framework for CBC and CSO.</w:t>
      </w:r>
    </w:p>
    <w:p w14:paraId="69CFE3CC" w14:textId="77777777" w:rsidR="004B3C95" w:rsidRPr="004B3C95" w:rsidRDefault="004B3C95" w:rsidP="004B3C95">
      <w:pPr>
        <w:spacing w:after="0" w:line="240" w:lineRule="auto"/>
        <w:rPr>
          <w:szCs w:val="24"/>
        </w:rPr>
      </w:pPr>
      <w:r w:rsidRPr="004B3C95">
        <w:rPr>
          <w:szCs w:val="24"/>
        </w:rPr>
        <w:t>It also supports local authorities in delivering their statutory duties, strategies, and plans under the following:</w:t>
      </w:r>
    </w:p>
    <w:p w14:paraId="6762F23B" w14:textId="77777777" w:rsidR="004B3C95" w:rsidRPr="004B3C95" w:rsidRDefault="004B3C95" w:rsidP="004B3C95">
      <w:pPr>
        <w:pStyle w:val="ListParagraph"/>
        <w:numPr>
          <w:ilvl w:val="0"/>
          <w:numId w:val="21"/>
        </w:numPr>
        <w:spacing w:after="0" w:line="240" w:lineRule="auto"/>
        <w:rPr>
          <w:szCs w:val="24"/>
        </w:rPr>
      </w:pPr>
      <w:r w:rsidRPr="004B3C95">
        <w:rPr>
          <w:szCs w:val="24"/>
        </w:rPr>
        <w:t>the Local Government Act 1999, section 3 (Best Value), and associated statutory guidance (2024);</w:t>
      </w:r>
    </w:p>
    <w:p w14:paraId="59F3BB91" w14:textId="77777777" w:rsidR="004B3C95" w:rsidRPr="004B3C95" w:rsidRDefault="004B3C95" w:rsidP="004B3C95">
      <w:pPr>
        <w:pStyle w:val="ListParagraph"/>
        <w:numPr>
          <w:ilvl w:val="0"/>
          <w:numId w:val="21"/>
        </w:numPr>
        <w:spacing w:after="0" w:line="240" w:lineRule="auto"/>
        <w:rPr>
          <w:szCs w:val="24"/>
        </w:rPr>
      </w:pPr>
      <w:r w:rsidRPr="004B3C95">
        <w:rPr>
          <w:szCs w:val="24"/>
        </w:rPr>
        <w:t>the Climate Change Act 2008;</w:t>
      </w:r>
    </w:p>
    <w:p w14:paraId="766F865C" w14:textId="77777777" w:rsidR="004B3C95" w:rsidRPr="004B3C95" w:rsidRDefault="004B3C95" w:rsidP="004B3C95">
      <w:pPr>
        <w:pStyle w:val="ListParagraph"/>
        <w:numPr>
          <w:ilvl w:val="0"/>
          <w:numId w:val="21"/>
        </w:numPr>
        <w:spacing w:after="0" w:line="240" w:lineRule="auto"/>
        <w:rPr>
          <w:szCs w:val="24"/>
        </w:rPr>
      </w:pPr>
      <w:r w:rsidRPr="004B3C95">
        <w:rPr>
          <w:szCs w:val="24"/>
        </w:rPr>
        <w:t>the Localism Act 2011, section 1 (General Power of Competence);</w:t>
      </w:r>
    </w:p>
    <w:p w14:paraId="2F826BB6" w14:textId="77777777" w:rsidR="004B3C95" w:rsidRPr="004B3C95" w:rsidRDefault="004B3C95" w:rsidP="004B3C95">
      <w:pPr>
        <w:pStyle w:val="ListParagraph"/>
        <w:numPr>
          <w:ilvl w:val="0"/>
          <w:numId w:val="21"/>
        </w:numPr>
        <w:spacing w:after="0" w:line="240" w:lineRule="auto"/>
        <w:rPr>
          <w:szCs w:val="24"/>
        </w:rPr>
      </w:pPr>
      <w:r w:rsidRPr="004B3C95">
        <w:rPr>
          <w:szCs w:val="24"/>
        </w:rPr>
        <w:t>the Public Services (Social Value) Act 2012;</w:t>
      </w:r>
    </w:p>
    <w:p w14:paraId="396AFB5C" w14:textId="77777777" w:rsidR="004B3C95" w:rsidRPr="004B3C95" w:rsidRDefault="004B3C95" w:rsidP="004B3C95">
      <w:pPr>
        <w:pStyle w:val="ListParagraph"/>
        <w:numPr>
          <w:ilvl w:val="0"/>
          <w:numId w:val="21"/>
        </w:numPr>
        <w:spacing w:after="0" w:line="240" w:lineRule="auto"/>
        <w:rPr>
          <w:szCs w:val="24"/>
        </w:rPr>
      </w:pPr>
      <w:r w:rsidRPr="004B3C95">
        <w:rPr>
          <w:szCs w:val="24"/>
        </w:rPr>
        <w:t>the Levelling Up and Regeneration Act 2023;</w:t>
      </w:r>
    </w:p>
    <w:p w14:paraId="5839D4E2" w14:textId="5D8BCE4F" w:rsidR="004B3C95" w:rsidRPr="004B3C95" w:rsidRDefault="00AF76AD" w:rsidP="004B3C95">
      <w:pPr>
        <w:pStyle w:val="ListParagraph"/>
        <w:numPr>
          <w:ilvl w:val="0"/>
          <w:numId w:val="21"/>
        </w:numPr>
        <w:spacing w:after="0" w:line="240" w:lineRule="auto"/>
        <w:rPr>
          <w:szCs w:val="24"/>
        </w:rPr>
      </w:pPr>
      <w:r>
        <w:rPr>
          <w:szCs w:val="24"/>
        </w:rPr>
        <w:t xml:space="preserve">Government’s </w:t>
      </w:r>
      <w:r w:rsidR="004B3C95" w:rsidRPr="004B3C95">
        <w:rPr>
          <w:szCs w:val="24"/>
        </w:rPr>
        <w:t>Clean Power Action Plan 2030; and</w:t>
      </w:r>
    </w:p>
    <w:p w14:paraId="3DA8C17C" w14:textId="57768DF4" w:rsidR="004B3C95" w:rsidRPr="004B3C95" w:rsidRDefault="00AF76AD" w:rsidP="004B3C95">
      <w:pPr>
        <w:pStyle w:val="ListParagraph"/>
        <w:numPr>
          <w:ilvl w:val="0"/>
          <w:numId w:val="21"/>
        </w:numPr>
        <w:spacing w:after="0" w:line="240" w:lineRule="auto"/>
        <w:rPr>
          <w:szCs w:val="24"/>
        </w:rPr>
      </w:pPr>
      <w:proofErr w:type="gramStart"/>
      <w:r>
        <w:rPr>
          <w:szCs w:val="24"/>
        </w:rPr>
        <w:t xml:space="preserve">Government’s </w:t>
      </w:r>
      <w:r w:rsidR="004B3C95" w:rsidRPr="004B3C95">
        <w:rPr>
          <w:szCs w:val="24"/>
        </w:rPr>
        <w:t xml:space="preserve"> Local</w:t>
      </w:r>
      <w:proofErr w:type="gramEnd"/>
      <w:r w:rsidR="004B3C95" w:rsidRPr="004B3C95">
        <w:rPr>
          <w:szCs w:val="24"/>
        </w:rPr>
        <w:t xml:space="preserve"> Power Plan (February 2026).</w:t>
      </w:r>
    </w:p>
    <w:p w14:paraId="026F5073" w14:textId="77777777" w:rsidR="00CF7F48" w:rsidRDefault="00CF7F48" w:rsidP="00DE2DE0">
      <w:pPr>
        <w:spacing w:after="0" w:line="240" w:lineRule="auto"/>
      </w:pPr>
    </w:p>
    <w:p w14:paraId="6962CAB7" w14:textId="77777777" w:rsidR="00CD6D0B" w:rsidRDefault="00CD6D0B" w:rsidP="00DE2DE0">
      <w:pPr>
        <w:spacing w:after="0" w:line="240" w:lineRule="auto"/>
        <w:rPr>
          <w:b/>
          <w:bCs/>
        </w:rPr>
      </w:pPr>
    </w:p>
    <w:p w14:paraId="41DFC7C4" w14:textId="585B0B80" w:rsidR="00B850B9" w:rsidRPr="004B3C95" w:rsidRDefault="00CF7F48" w:rsidP="00DE2DE0">
      <w:pPr>
        <w:spacing w:after="0" w:line="240" w:lineRule="auto"/>
        <w:rPr>
          <w:b/>
          <w:bCs/>
        </w:rPr>
      </w:pPr>
      <w:r w:rsidRPr="004B3C95">
        <w:rPr>
          <w:b/>
          <w:bCs/>
        </w:rPr>
        <w:t>Q</w:t>
      </w:r>
      <w:r w:rsidR="008F6FED">
        <w:rPr>
          <w:b/>
          <w:bCs/>
        </w:rPr>
        <w:t>9</w:t>
      </w:r>
      <w:r w:rsidRPr="004B3C95">
        <w:rPr>
          <w:b/>
          <w:bCs/>
        </w:rPr>
        <w:t xml:space="preserve">. </w:t>
      </w:r>
      <w:r w:rsidR="35242824" w:rsidRPr="004B3C95">
        <w:rPr>
          <w:b/>
          <w:bCs/>
        </w:rPr>
        <w:t xml:space="preserve">Policy </w:t>
      </w:r>
      <w:r w:rsidR="004B3C95">
        <w:rPr>
          <w:b/>
          <w:bCs/>
        </w:rPr>
        <w:t>s</w:t>
      </w:r>
      <w:r w:rsidR="35242824" w:rsidRPr="004B3C95">
        <w:rPr>
          <w:b/>
          <w:bCs/>
        </w:rPr>
        <w:t xml:space="preserve">cope and </w:t>
      </w:r>
      <w:r w:rsidR="004B3C95">
        <w:rPr>
          <w:b/>
          <w:bCs/>
        </w:rPr>
        <w:t>c</w:t>
      </w:r>
      <w:r w:rsidR="35242824" w:rsidRPr="004B3C95">
        <w:rPr>
          <w:b/>
          <w:bCs/>
        </w:rPr>
        <w:t xml:space="preserve">overage </w:t>
      </w:r>
    </w:p>
    <w:p w14:paraId="08F60C94" w14:textId="659AE1F2" w:rsidR="00B850B9" w:rsidRPr="004B3C95" w:rsidRDefault="62665DBD" w:rsidP="00DE2DE0">
      <w:pPr>
        <w:spacing w:after="0" w:line="240" w:lineRule="auto"/>
        <w:rPr>
          <w:b/>
          <w:bCs/>
        </w:rPr>
      </w:pPr>
      <w:r w:rsidRPr="004B3C95">
        <w:rPr>
          <w:b/>
          <w:bCs/>
        </w:rPr>
        <w:t xml:space="preserve">Do </w:t>
      </w:r>
      <w:r w:rsidR="776FE9EF" w:rsidRPr="004B3C95">
        <w:rPr>
          <w:b/>
          <w:bCs/>
        </w:rPr>
        <w:t>paragraphs</w:t>
      </w:r>
      <w:r w:rsidR="00B850B9" w:rsidRPr="004B3C95">
        <w:rPr>
          <w:b/>
          <w:bCs/>
        </w:rPr>
        <w:t xml:space="preserve"> </w:t>
      </w:r>
      <w:r w:rsidR="32148D12" w:rsidRPr="004B3C95">
        <w:rPr>
          <w:b/>
          <w:bCs/>
        </w:rPr>
        <w:t>1</w:t>
      </w:r>
      <w:r w:rsidR="00344D3B" w:rsidRPr="004B3C95">
        <w:rPr>
          <w:b/>
          <w:bCs/>
        </w:rPr>
        <w:t>.3</w:t>
      </w:r>
      <w:r w:rsidR="00B850B9" w:rsidRPr="004B3C95">
        <w:rPr>
          <w:b/>
          <w:bCs/>
        </w:rPr>
        <w:t xml:space="preserve">, </w:t>
      </w:r>
      <w:r w:rsidR="4F9847DC" w:rsidRPr="004B3C95">
        <w:rPr>
          <w:b/>
          <w:bCs/>
        </w:rPr>
        <w:t>1</w:t>
      </w:r>
      <w:r w:rsidR="00344D3B" w:rsidRPr="004B3C95">
        <w:rPr>
          <w:b/>
          <w:bCs/>
        </w:rPr>
        <w:t>.4</w:t>
      </w:r>
      <w:r w:rsidR="00B850B9" w:rsidRPr="004B3C95">
        <w:rPr>
          <w:b/>
          <w:bCs/>
        </w:rPr>
        <w:t xml:space="preserve"> and </w:t>
      </w:r>
      <w:r w:rsidR="66D24589" w:rsidRPr="004B3C95">
        <w:rPr>
          <w:b/>
          <w:bCs/>
        </w:rPr>
        <w:t>1</w:t>
      </w:r>
      <w:r w:rsidR="00344D3B" w:rsidRPr="004B3C95">
        <w:rPr>
          <w:b/>
          <w:bCs/>
        </w:rPr>
        <w:t>.5</w:t>
      </w:r>
      <w:r w:rsidR="00B850B9" w:rsidRPr="004B3C95">
        <w:rPr>
          <w:b/>
          <w:bCs/>
        </w:rPr>
        <w:t xml:space="preserve"> sufficient</w:t>
      </w:r>
      <w:r w:rsidR="6CD1785C" w:rsidRPr="004B3C95">
        <w:rPr>
          <w:b/>
          <w:bCs/>
        </w:rPr>
        <w:t>ly</w:t>
      </w:r>
      <w:r w:rsidR="00B850B9" w:rsidRPr="004B3C95">
        <w:rPr>
          <w:b/>
          <w:bCs/>
        </w:rPr>
        <w:t xml:space="preserve"> describe the</w:t>
      </w:r>
      <w:r w:rsidR="3178B1C3" w:rsidRPr="004B3C95">
        <w:rPr>
          <w:b/>
          <w:bCs/>
        </w:rPr>
        <w:t xml:space="preserve"> scope and</w:t>
      </w:r>
      <w:r w:rsidR="00B850B9" w:rsidRPr="004B3C95">
        <w:rPr>
          <w:b/>
          <w:bCs/>
        </w:rPr>
        <w:t xml:space="preserve"> extent of the interim policy? </w:t>
      </w:r>
    </w:p>
    <w:p w14:paraId="1F55AF6E" w14:textId="77777777" w:rsidR="00CF7F48" w:rsidRDefault="00CF7F48" w:rsidP="00DE2DE0">
      <w:pPr>
        <w:spacing w:after="0" w:line="240" w:lineRule="auto"/>
      </w:pPr>
    </w:p>
    <w:p w14:paraId="5303A320" w14:textId="77777777" w:rsidR="004B3C95" w:rsidRDefault="004B3C95" w:rsidP="004B3C95">
      <w:pPr>
        <w:spacing w:after="0" w:line="240" w:lineRule="auto"/>
      </w:pPr>
      <w:r w:rsidRPr="47B49423">
        <w:rPr>
          <w:rFonts w:ascii="Aptos Narrow" w:hAnsi="Aptos Narrow"/>
        </w:rPr>
        <w:t>□</w:t>
      </w:r>
      <w:r>
        <w:t xml:space="preserve"> Yes</w:t>
      </w:r>
    </w:p>
    <w:p w14:paraId="4D95F305" w14:textId="77777777" w:rsidR="004B3C95" w:rsidRDefault="004B3C95" w:rsidP="004B3C95">
      <w:pPr>
        <w:spacing w:after="0" w:line="240" w:lineRule="auto"/>
      </w:pPr>
      <w:r w:rsidRPr="47B49423">
        <w:rPr>
          <w:rFonts w:ascii="Aptos Narrow" w:hAnsi="Aptos Narrow"/>
        </w:rPr>
        <w:t>□</w:t>
      </w:r>
      <w:r>
        <w:t xml:space="preserve"> Mostly</w:t>
      </w:r>
    </w:p>
    <w:p w14:paraId="0C98DA5D" w14:textId="77777777" w:rsidR="004B3C95" w:rsidRDefault="004B3C95" w:rsidP="004B3C95">
      <w:pPr>
        <w:spacing w:after="0" w:line="240" w:lineRule="auto"/>
      </w:pPr>
      <w:r w:rsidRPr="47B49423">
        <w:rPr>
          <w:rFonts w:ascii="Aptos Narrow" w:hAnsi="Aptos Narrow"/>
        </w:rPr>
        <w:t>□</w:t>
      </w:r>
      <w:r>
        <w:t xml:space="preserve"> Not much</w:t>
      </w:r>
    </w:p>
    <w:p w14:paraId="5EFDE991" w14:textId="77777777" w:rsidR="004B3C95" w:rsidRDefault="004B3C95" w:rsidP="004B3C95">
      <w:pPr>
        <w:spacing w:after="0" w:line="240" w:lineRule="auto"/>
      </w:pPr>
      <w:r w:rsidRPr="47B49423">
        <w:rPr>
          <w:rFonts w:ascii="Aptos Narrow" w:hAnsi="Aptos Narrow"/>
        </w:rPr>
        <w:t>□</w:t>
      </w:r>
      <w:r>
        <w:t xml:space="preserve"> No</w:t>
      </w:r>
    </w:p>
    <w:p w14:paraId="56D717C1" w14:textId="3708A292" w:rsidR="004B3C95" w:rsidRPr="00D23138" w:rsidRDefault="004B3C95" w:rsidP="620D3AE0">
      <w:pPr>
        <w:spacing w:after="0" w:line="240" w:lineRule="auto"/>
        <w:rPr>
          <w:color w:val="0070C0"/>
        </w:rPr>
      </w:pPr>
      <w:r w:rsidRPr="620D3AE0">
        <w:rPr>
          <w:color w:val="0070C0"/>
        </w:rPr>
        <w:lastRenderedPageBreak/>
        <w:t xml:space="preserve">[Conditional formatting – if mostly, not much or no] </w:t>
      </w:r>
    </w:p>
    <w:p w14:paraId="3C527900" w14:textId="5DE11346" w:rsidR="00CF7F48" w:rsidRPr="00971141" w:rsidRDefault="00971141" w:rsidP="00CF7F48">
      <w:pPr>
        <w:spacing w:after="0" w:line="240" w:lineRule="auto"/>
        <w:rPr>
          <w:b/>
          <w:bCs/>
        </w:rPr>
      </w:pPr>
      <w:r w:rsidRPr="00971141">
        <w:rPr>
          <w:b/>
          <w:bCs/>
        </w:rPr>
        <w:t>Q</w:t>
      </w:r>
      <w:r w:rsidR="006F072C">
        <w:rPr>
          <w:b/>
          <w:bCs/>
        </w:rPr>
        <w:t>10</w:t>
      </w:r>
      <w:r w:rsidRPr="00971141">
        <w:rPr>
          <w:b/>
          <w:bCs/>
        </w:rPr>
        <w:t xml:space="preserve">. </w:t>
      </w:r>
      <w:r w:rsidR="004B3C95" w:rsidRPr="00971141">
        <w:rPr>
          <w:b/>
          <w:bCs/>
        </w:rPr>
        <w:t>P</w:t>
      </w:r>
      <w:r w:rsidR="001201A6" w:rsidRPr="00971141">
        <w:rPr>
          <w:b/>
          <w:bCs/>
        </w:rPr>
        <w:t xml:space="preserve">lease </w:t>
      </w:r>
      <w:r w:rsidR="2D93099E" w:rsidRPr="00971141">
        <w:rPr>
          <w:b/>
          <w:bCs/>
        </w:rPr>
        <w:t xml:space="preserve">explain your reasons and suggest any additional areas that could be included: </w:t>
      </w:r>
      <w:bookmarkStart w:id="4" w:name="_Toc227840054"/>
    </w:p>
    <w:p w14:paraId="1FE515BA" w14:textId="77777777" w:rsidR="004B3C95" w:rsidRDefault="004B3C95" w:rsidP="00CF7F48">
      <w:pPr>
        <w:spacing w:after="0" w:line="240" w:lineRule="auto"/>
      </w:pPr>
    </w:p>
    <w:tbl>
      <w:tblPr>
        <w:tblStyle w:val="TableGrid"/>
        <w:tblW w:w="0" w:type="auto"/>
        <w:tblLook w:val="04A0" w:firstRow="1" w:lastRow="0" w:firstColumn="1" w:lastColumn="0" w:noHBand="0" w:noVBand="1"/>
      </w:tblPr>
      <w:tblGrid>
        <w:gridCol w:w="10070"/>
      </w:tblGrid>
      <w:tr w:rsidR="004B3C95" w14:paraId="5449FFD8" w14:textId="77777777" w:rsidTr="004B3C95">
        <w:tc>
          <w:tcPr>
            <w:tcW w:w="10070" w:type="dxa"/>
          </w:tcPr>
          <w:p w14:paraId="3BAB5883" w14:textId="77777777" w:rsidR="004B3C95" w:rsidRDefault="004B3C95" w:rsidP="00CF7F48">
            <w:pPr>
              <w:spacing w:line="240" w:lineRule="auto"/>
            </w:pPr>
          </w:p>
          <w:p w14:paraId="49FF70E2" w14:textId="77777777" w:rsidR="004B3C95" w:rsidRDefault="004B3C95" w:rsidP="00CF7F48">
            <w:pPr>
              <w:spacing w:line="240" w:lineRule="auto"/>
            </w:pPr>
          </w:p>
          <w:p w14:paraId="6B34666B" w14:textId="77777777" w:rsidR="004B3C95" w:rsidRDefault="004B3C95" w:rsidP="00CF7F48">
            <w:pPr>
              <w:spacing w:line="240" w:lineRule="auto"/>
            </w:pPr>
          </w:p>
        </w:tc>
      </w:tr>
    </w:tbl>
    <w:p w14:paraId="567DB0B3" w14:textId="77777777" w:rsidR="004B3C95" w:rsidRDefault="004B3C95" w:rsidP="00CF7F48">
      <w:pPr>
        <w:spacing w:after="0" w:line="240" w:lineRule="auto"/>
      </w:pPr>
    </w:p>
    <w:bookmarkEnd w:id="4"/>
    <w:p w14:paraId="39220031" w14:textId="42660E0D" w:rsidR="008A3031" w:rsidRPr="006F7D6D" w:rsidRDefault="00971141" w:rsidP="00DE2DE0">
      <w:pPr>
        <w:spacing w:after="0" w:line="240" w:lineRule="auto"/>
        <w:rPr>
          <w:rFonts w:eastAsiaTheme="majorEastAsia" w:cstheme="majorBidi"/>
          <w:sz w:val="28"/>
          <w:szCs w:val="28"/>
        </w:rPr>
      </w:pPr>
      <w:r w:rsidRPr="006F7D6D">
        <w:rPr>
          <w:rFonts w:eastAsiaTheme="majorEastAsia" w:cstheme="majorBidi"/>
          <w:sz w:val="28"/>
          <w:szCs w:val="28"/>
        </w:rPr>
        <w:t xml:space="preserve">Part 2 </w:t>
      </w:r>
      <w:r w:rsidRPr="006F7D6D">
        <w:rPr>
          <w:rFonts w:eastAsiaTheme="majorEastAsia" w:cstheme="majorBidi"/>
          <w:szCs w:val="24"/>
        </w:rPr>
        <w:t>(please refer to pages</w:t>
      </w:r>
      <w:r w:rsidR="007D425A" w:rsidRPr="006F7D6D">
        <w:rPr>
          <w:rFonts w:eastAsiaTheme="majorEastAsia" w:cstheme="majorBidi"/>
          <w:szCs w:val="24"/>
        </w:rPr>
        <w:t xml:space="preserve"> 11</w:t>
      </w:r>
      <w:r w:rsidRPr="006F7D6D">
        <w:rPr>
          <w:rFonts w:eastAsiaTheme="majorEastAsia" w:cstheme="majorBidi"/>
          <w:szCs w:val="24"/>
        </w:rPr>
        <w:t xml:space="preserve">– </w:t>
      </w:r>
      <w:r w:rsidR="007D425A" w:rsidRPr="006F7D6D">
        <w:rPr>
          <w:rFonts w:eastAsiaTheme="majorEastAsia" w:cstheme="majorBidi"/>
          <w:szCs w:val="24"/>
        </w:rPr>
        <w:t>26 of the Consultation Document for further info</w:t>
      </w:r>
      <w:r w:rsidRPr="006F7D6D">
        <w:rPr>
          <w:rFonts w:eastAsiaTheme="majorEastAsia" w:cstheme="majorBidi"/>
          <w:szCs w:val="24"/>
        </w:rPr>
        <w:t>)</w:t>
      </w:r>
    </w:p>
    <w:p w14:paraId="660FE935" w14:textId="77777777" w:rsidR="00971141" w:rsidRDefault="00971141" w:rsidP="00DE2DE0">
      <w:pPr>
        <w:spacing w:after="0" w:line="240" w:lineRule="auto"/>
      </w:pPr>
    </w:p>
    <w:p w14:paraId="36D9ACB2" w14:textId="058A8486" w:rsidR="00680872" w:rsidRPr="00971141" w:rsidRDefault="00971141" w:rsidP="00DE2DE0">
      <w:pPr>
        <w:spacing w:after="0" w:line="240" w:lineRule="auto"/>
        <w:rPr>
          <w:b/>
          <w:bCs/>
        </w:rPr>
      </w:pPr>
      <w:r w:rsidRPr="00971141">
        <w:rPr>
          <w:b/>
          <w:bCs/>
        </w:rPr>
        <w:t>Q</w:t>
      </w:r>
      <w:r w:rsidR="006F072C">
        <w:rPr>
          <w:b/>
          <w:bCs/>
        </w:rPr>
        <w:t>11</w:t>
      </w:r>
      <w:r w:rsidRPr="00971141">
        <w:rPr>
          <w:b/>
          <w:bCs/>
        </w:rPr>
        <w:t xml:space="preserve">. </w:t>
      </w:r>
      <w:r w:rsidR="16F5B2F9" w:rsidRPr="00971141">
        <w:rPr>
          <w:b/>
          <w:bCs/>
        </w:rPr>
        <w:t>Guiding Principles</w:t>
      </w:r>
    </w:p>
    <w:p w14:paraId="1872FBFA" w14:textId="62F6E844" w:rsidR="00680872" w:rsidRPr="00971141" w:rsidRDefault="00680872" w:rsidP="00DE2DE0">
      <w:pPr>
        <w:spacing w:after="0" w:line="240" w:lineRule="auto"/>
        <w:rPr>
          <w:b/>
          <w:bCs/>
        </w:rPr>
      </w:pPr>
      <w:r w:rsidRPr="00971141">
        <w:rPr>
          <w:b/>
          <w:bCs/>
        </w:rPr>
        <w:t xml:space="preserve">Overall, do the draft </w:t>
      </w:r>
      <w:r w:rsidR="00E440B7" w:rsidRPr="00971141">
        <w:rPr>
          <w:b/>
          <w:bCs/>
        </w:rPr>
        <w:t xml:space="preserve">guiding </w:t>
      </w:r>
      <w:r w:rsidRPr="00971141">
        <w:rPr>
          <w:b/>
          <w:bCs/>
        </w:rPr>
        <w:t>principles</w:t>
      </w:r>
      <w:r w:rsidR="3B20C809" w:rsidRPr="00971141">
        <w:rPr>
          <w:b/>
          <w:bCs/>
        </w:rPr>
        <w:t xml:space="preserve"> </w:t>
      </w:r>
      <w:r w:rsidR="297C3DDD" w:rsidRPr="00971141">
        <w:rPr>
          <w:b/>
          <w:bCs/>
        </w:rPr>
        <w:t>(</w:t>
      </w:r>
      <w:r w:rsidR="00C43222" w:rsidRPr="00971141">
        <w:rPr>
          <w:b/>
          <w:bCs/>
        </w:rPr>
        <w:t>GP-1-7</w:t>
      </w:r>
      <w:r w:rsidR="2115859B" w:rsidRPr="00971141">
        <w:rPr>
          <w:b/>
          <w:bCs/>
        </w:rPr>
        <w:t>)</w:t>
      </w:r>
      <w:r w:rsidRPr="00971141">
        <w:rPr>
          <w:b/>
          <w:bCs/>
        </w:rPr>
        <w:t xml:space="preserve"> provide a suitable basis </w:t>
      </w:r>
      <w:r w:rsidR="00E440B7" w:rsidRPr="00971141">
        <w:rPr>
          <w:b/>
          <w:bCs/>
        </w:rPr>
        <w:t xml:space="preserve">to </w:t>
      </w:r>
      <w:r w:rsidR="02BF1FED" w:rsidRPr="00971141">
        <w:rPr>
          <w:b/>
          <w:bCs/>
        </w:rPr>
        <w:t xml:space="preserve">guide </w:t>
      </w:r>
      <w:r w:rsidRPr="00971141">
        <w:rPr>
          <w:b/>
          <w:bCs/>
        </w:rPr>
        <w:t xml:space="preserve">voluntary negotiations on </w:t>
      </w:r>
      <w:r w:rsidR="2548A08C" w:rsidRPr="00971141">
        <w:rPr>
          <w:b/>
          <w:bCs/>
        </w:rPr>
        <w:t>CBC</w:t>
      </w:r>
      <w:r w:rsidRPr="00971141">
        <w:rPr>
          <w:b/>
          <w:bCs/>
        </w:rPr>
        <w:t xml:space="preserve"> and </w:t>
      </w:r>
      <w:r w:rsidR="60E4A2E3" w:rsidRPr="00971141">
        <w:rPr>
          <w:b/>
          <w:bCs/>
        </w:rPr>
        <w:t xml:space="preserve">CSO </w:t>
      </w:r>
      <w:r w:rsidRPr="00971141">
        <w:rPr>
          <w:b/>
          <w:bCs/>
        </w:rPr>
        <w:t>for commercial low carbon energy projects in Oxfordshire?</w:t>
      </w:r>
    </w:p>
    <w:p w14:paraId="7D9641F3" w14:textId="77777777" w:rsidR="00971141" w:rsidRDefault="00971141" w:rsidP="00DE2DE0">
      <w:pPr>
        <w:spacing w:after="0" w:line="240" w:lineRule="auto"/>
      </w:pPr>
    </w:p>
    <w:p w14:paraId="0F120D9D" w14:textId="77777777" w:rsidR="00971141" w:rsidRDefault="00971141" w:rsidP="00971141">
      <w:pPr>
        <w:spacing w:after="0" w:line="240" w:lineRule="auto"/>
      </w:pPr>
      <w:r w:rsidRPr="47B49423">
        <w:rPr>
          <w:rFonts w:ascii="Aptos Narrow" w:hAnsi="Aptos Narrow"/>
        </w:rPr>
        <w:t>□</w:t>
      </w:r>
      <w:r>
        <w:t xml:space="preserve"> Yes</w:t>
      </w:r>
    </w:p>
    <w:p w14:paraId="42A0F05D" w14:textId="77777777" w:rsidR="00971141" w:rsidRDefault="00971141" w:rsidP="00971141">
      <w:pPr>
        <w:spacing w:after="0" w:line="240" w:lineRule="auto"/>
      </w:pPr>
      <w:r w:rsidRPr="47B49423">
        <w:rPr>
          <w:rFonts w:ascii="Aptos Narrow" w:hAnsi="Aptos Narrow"/>
        </w:rPr>
        <w:t>□</w:t>
      </w:r>
      <w:r>
        <w:t xml:space="preserve"> Mostly</w:t>
      </w:r>
    </w:p>
    <w:p w14:paraId="3331FFB2" w14:textId="77777777" w:rsidR="00971141" w:rsidRDefault="00971141" w:rsidP="00971141">
      <w:pPr>
        <w:spacing w:after="0" w:line="240" w:lineRule="auto"/>
      </w:pPr>
      <w:r w:rsidRPr="47B49423">
        <w:rPr>
          <w:rFonts w:ascii="Aptos Narrow" w:hAnsi="Aptos Narrow"/>
        </w:rPr>
        <w:t>□</w:t>
      </w:r>
      <w:r>
        <w:t xml:space="preserve"> Not much</w:t>
      </w:r>
    </w:p>
    <w:p w14:paraId="202B1653" w14:textId="77777777" w:rsidR="00971141" w:rsidRDefault="00971141" w:rsidP="00971141">
      <w:pPr>
        <w:spacing w:after="0" w:line="240" w:lineRule="auto"/>
      </w:pPr>
      <w:r w:rsidRPr="47B49423">
        <w:rPr>
          <w:rFonts w:ascii="Aptos Narrow" w:hAnsi="Aptos Narrow"/>
        </w:rPr>
        <w:t>□</w:t>
      </w:r>
      <w:r>
        <w:t xml:space="preserve"> No</w:t>
      </w:r>
    </w:p>
    <w:p w14:paraId="6C744C48" w14:textId="77777777" w:rsidR="00971141" w:rsidRDefault="00971141" w:rsidP="00DE2DE0">
      <w:pPr>
        <w:spacing w:after="0" w:line="240" w:lineRule="auto"/>
      </w:pPr>
    </w:p>
    <w:p w14:paraId="290CB98E" w14:textId="2907BE4E" w:rsidR="00971141" w:rsidRPr="00D23138" w:rsidRDefault="00971141" w:rsidP="00971141">
      <w:pPr>
        <w:spacing w:after="0" w:line="240" w:lineRule="auto"/>
        <w:rPr>
          <w:color w:val="0070C0"/>
        </w:rPr>
      </w:pPr>
      <w:r w:rsidRPr="00D23138">
        <w:rPr>
          <w:color w:val="0070C0"/>
        </w:rPr>
        <w:t>[Conditional formatting – if</w:t>
      </w:r>
      <w:r>
        <w:rPr>
          <w:color w:val="0070C0"/>
        </w:rPr>
        <w:t xml:space="preserve"> not much or no</w:t>
      </w:r>
      <w:r w:rsidRPr="00D23138">
        <w:rPr>
          <w:color w:val="0070C0"/>
        </w:rPr>
        <w:t xml:space="preserve">] </w:t>
      </w:r>
    </w:p>
    <w:p w14:paraId="1360A212" w14:textId="5F2025E4" w:rsidR="00E440B7" w:rsidRPr="00DE2825" w:rsidRDefault="00971141" w:rsidP="00DE2DE0">
      <w:pPr>
        <w:spacing w:after="0" w:line="240" w:lineRule="auto"/>
        <w:rPr>
          <w:b/>
          <w:bCs/>
        </w:rPr>
      </w:pPr>
      <w:r w:rsidRPr="00DE2825">
        <w:rPr>
          <w:b/>
          <w:bCs/>
        </w:rPr>
        <w:t>Q</w:t>
      </w:r>
      <w:r w:rsidR="006F072C">
        <w:rPr>
          <w:b/>
          <w:bCs/>
        </w:rPr>
        <w:t>12</w:t>
      </w:r>
      <w:r w:rsidRPr="00DE2825">
        <w:rPr>
          <w:b/>
          <w:bCs/>
        </w:rPr>
        <w:t xml:space="preserve">. </w:t>
      </w:r>
      <w:r w:rsidR="00DE2825" w:rsidRPr="00DE2825">
        <w:rPr>
          <w:b/>
          <w:bCs/>
        </w:rPr>
        <w:t>W</w:t>
      </w:r>
      <w:r w:rsidR="00E440B7" w:rsidRPr="00DE2825">
        <w:rPr>
          <w:b/>
          <w:bCs/>
        </w:rPr>
        <w:t xml:space="preserve">hat would </w:t>
      </w:r>
      <w:r w:rsidR="00A44FFD" w:rsidRPr="00DE2825">
        <w:rPr>
          <w:b/>
          <w:bCs/>
        </w:rPr>
        <w:t xml:space="preserve">you </w:t>
      </w:r>
      <w:r w:rsidR="00E440B7" w:rsidRPr="00DE2825">
        <w:rPr>
          <w:b/>
          <w:bCs/>
        </w:rPr>
        <w:t>change and why?</w:t>
      </w:r>
    </w:p>
    <w:p w14:paraId="70C6E652" w14:textId="77777777" w:rsidR="00DE2825" w:rsidRDefault="00DE2825" w:rsidP="00DE2DE0">
      <w:pPr>
        <w:spacing w:after="0" w:line="240" w:lineRule="auto"/>
      </w:pPr>
    </w:p>
    <w:tbl>
      <w:tblPr>
        <w:tblStyle w:val="TableGrid"/>
        <w:tblW w:w="0" w:type="auto"/>
        <w:tblLook w:val="04A0" w:firstRow="1" w:lastRow="0" w:firstColumn="1" w:lastColumn="0" w:noHBand="0" w:noVBand="1"/>
      </w:tblPr>
      <w:tblGrid>
        <w:gridCol w:w="10070"/>
      </w:tblGrid>
      <w:tr w:rsidR="00DE2825" w14:paraId="0548D774" w14:textId="77777777" w:rsidTr="00DE2825">
        <w:tc>
          <w:tcPr>
            <w:tcW w:w="10070" w:type="dxa"/>
          </w:tcPr>
          <w:p w14:paraId="2812A26F" w14:textId="77777777" w:rsidR="00DE2825" w:rsidRDefault="00DE2825" w:rsidP="00DE2DE0">
            <w:pPr>
              <w:spacing w:line="240" w:lineRule="auto"/>
            </w:pPr>
          </w:p>
          <w:p w14:paraId="661F69F7" w14:textId="77777777" w:rsidR="00DE2825" w:rsidRDefault="00DE2825" w:rsidP="00DE2DE0">
            <w:pPr>
              <w:spacing w:line="240" w:lineRule="auto"/>
            </w:pPr>
          </w:p>
          <w:p w14:paraId="7C1D2607" w14:textId="77777777" w:rsidR="00DE2825" w:rsidRDefault="00DE2825" w:rsidP="00DE2DE0">
            <w:pPr>
              <w:spacing w:line="240" w:lineRule="auto"/>
            </w:pPr>
          </w:p>
        </w:tc>
      </w:tr>
    </w:tbl>
    <w:p w14:paraId="2DF26DE8" w14:textId="77777777" w:rsidR="00DE2825" w:rsidRDefault="00DE2825" w:rsidP="00DE2DE0">
      <w:pPr>
        <w:spacing w:after="0" w:line="240" w:lineRule="auto"/>
      </w:pPr>
    </w:p>
    <w:p w14:paraId="0D2D17BD" w14:textId="77777777" w:rsidR="00DE2825" w:rsidRDefault="00DE2825" w:rsidP="00DE2DE0">
      <w:pPr>
        <w:spacing w:after="0" w:line="240" w:lineRule="auto"/>
      </w:pPr>
    </w:p>
    <w:p w14:paraId="4A18683C" w14:textId="2E06E8DD" w:rsidR="00DE2825" w:rsidRPr="00D23138" w:rsidRDefault="00DE2825" w:rsidP="00DE2825">
      <w:pPr>
        <w:spacing w:after="0" w:line="240" w:lineRule="auto"/>
        <w:rPr>
          <w:color w:val="0070C0"/>
        </w:rPr>
      </w:pPr>
      <w:r w:rsidRPr="00D23138">
        <w:rPr>
          <w:color w:val="0070C0"/>
        </w:rPr>
        <w:t>[Conditional formatting – if</w:t>
      </w:r>
      <w:r>
        <w:rPr>
          <w:color w:val="0070C0"/>
        </w:rPr>
        <w:t xml:space="preserve"> yes or mostly</w:t>
      </w:r>
      <w:r w:rsidRPr="00D23138">
        <w:rPr>
          <w:color w:val="0070C0"/>
        </w:rPr>
        <w:t xml:space="preserve">] </w:t>
      </w:r>
    </w:p>
    <w:p w14:paraId="5710D3D9" w14:textId="6AA5A2C7" w:rsidR="00A227D8" w:rsidRDefault="00DE2825" w:rsidP="00DE2DE0">
      <w:pPr>
        <w:spacing w:after="0" w:line="240" w:lineRule="auto"/>
        <w:rPr>
          <w:b/>
          <w:bCs/>
        </w:rPr>
      </w:pPr>
      <w:r w:rsidRPr="00DE2825">
        <w:rPr>
          <w:b/>
          <w:bCs/>
        </w:rPr>
        <w:t>Q</w:t>
      </w:r>
      <w:r w:rsidR="006F072C">
        <w:rPr>
          <w:b/>
          <w:bCs/>
        </w:rPr>
        <w:t>13</w:t>
      </w:r>
      <w:r w:rsidRPr="00DE2825">
        <w:rPr>
          <w:b/>
          <w:bCs/>
        </w:rPr>
        <w:t>. A</w:t>
      </w:r>
      <w:r w:rsidR="4317B360" w:rsidRPr="00DE2825">
        <w:rPr>
          <w:b/>
          <w:bCs/>
        </w:rPr>
        <w:t>re</w:t>
      </w:r>
      <w:r w:rsidR="00697C87" w:rsidRPr="00DE2825">
        <w:rPr>
          <w:b/>
          <w:bCs/>
        </w:rPr>
        <w:t xml:space="preserve"> there any</w:t>
      </w:r>
      <w:r w:rsidR="07D59989" w:rsidRPr="00DE2825">
        <w:rPr>
          <w:b/>
          <w:bCs/>
        </w:rPr>
        <w:t xml:space="preserve"> improvements you </w:t>
      </w:r>
      <w:r w:rsidR="006C67B2" w:rsidRPr="00DE2825">
        <w:rPr>
          <w:b/>
          <w:bCs/>
        </w:rPr>
        <w:t>would</w:t>
      </w:r>
      <w:r w:rsidR="07D59989" w:rsidRPr="00DE2825">
        <w:rPr>
          <w:b/>
          <w:bCs/>
        </w:rPr>
        <w:t xml:space="preserve"> suggest</w:t>
      </w:r>
      <w:r w:rsidR="00697C87" w:rsidRPr="00DE2825">
        <w:rPr>
          <w:b/>
          <w:bCs/>
        </w:rPr>
        <w:t>?</w:t>
      </w:r>
    </w:p>
    <w:p w14:paraId="6CAAE261" w14:textId="77777777" w:rsidR="00DE2825" w:rsidRDefault="00DE2825" w:rsidP="00DE2DE0">
      <w:pPr>
        <w:spacing w:after="0" w:line="240" w:lineRule="auto"/>
        <w:rPr>
          <w:b/>
          <w:bCs/>
        </w:rPr>
      </w:pPr>
    </w:p>
    <w:tbl>
      <w:tblPr>
        <w:tblStyle w:val="TableGrid"/>
        <w:tblW w:w="0" w:type="auto"/>
        <w:tblLook w:val="04A0" w:firstRow="1" w:lastRow="0" w:firstColumn="1" w:lastColumn="0" w:noHBand="0" w:noVBand="1"/>
      </w:tblPr>
      <w:tblGrid>
        <w:gridCol w:w="10070"/>
      </w:tblGrid>
      <w:tr w:rsidR="00DE2825" w14:paraId="2D9A9DFF" w14:textId="77777777" w:rsidTr="00DE2825">
        <w:tc>
          <w:tcPr>
            <w:tcW w:w="10070" w:type="dxa"/>
          </w:tcPr>
          <w:p w14:paraId="73F950D8" w14:textId="77777777" w:rsidR="00DE2825" w:rsidRDefault="00DE2825" w:rsidP="00DE2DE0">
            <w:pPr>
              <w:spacing w:line="240" w:lineRule="auto"/>
              <w:rPr>
                <w:b/>
                <w:bCs/>
              </w:rPr>
            </w:pPr>
          </w:p>
          <w:p w14:paraId="03602584" w14:textId="77777777" w:rsidR="00DE2825" w:rsidRDefault="00DE2825" w:rsidP="00DE2DE0">
            <w:pPr>
              <w:spacing w:line="240" w:lineRule="auto"/>
              <w:rPr>
                <w:b/>
                <w:bCs/>
              </w:rPr>
            </w:pPr>
          </w:p>
          <w:p w14:paraId="57C7F8A4" w14:textId="77777777" w:rsidR="00DE2825" w:rsidRDefault="00DE2825" w:rsidP="00DE2DE0">
            <w:pPr>
              <w:spacing w:line="240" w:lineRule="auto"/>
              <w:rPr>
                <w:b/>
                <w:bCs/>
              </w:rPr>
            </w:pPr>
          </w:p>
        </w:tc>
      </w:tr>
    </w:tbl>
    <w:p w14:paraId="23155C40" w14:textId="77777777" w:rsidR="00DE2825" w:rsidRPr="00DE2825" w:rsidRDefault="00DE2825" w:rsidP="00DE2DE0">
      <w:pPr>
        <w:spacing w:after="0" w:line="240" w:lineRule="auto"/>
        <w:rPr>
          <w:b/>
          <w:bCs/>
        </w:rPr>
      </w:pPr>
    </w:p>
    <w:p w14:paraId="576C0689" w14:textId="77777777" w:rsidR="00971141" w:rsidRDefault="00971141" w:rsidP="00DE2DE0">
      <w:pPr>
        <w:spacing w:after="0" w:line="240" w:lineRule="auto"/>
        <w:rPr>
          <w:lang w:val="en-GB"/>
        </w:rPr>
      </w:pPr>
    </w:p>
    <w:p w14:paraId="6CEE4A1E" w14:textId="3386B6A2" w:rsidR="00886E81" w:rsidRPr="00DE2825" w:rsidRDefault="00DE2825" w:rsidP="00DE2DE0">
      <w:pPr>
        <w:spacing w:after="0" w:line="240" w:lineRule="auto"/>
        <w:rPr>
          <w:b/>
          <w:bCs/>
          <w:lang w:val="en-GB"/>
        </w:rPr>
      </w:pPr>
      <w:r w:rsidRPr="00DE2825">
        <w:rPr>
          <w:rStyle w:val="cf01"/>
          <w:rFonts w:ascii="Arial" w:hAnsi="Arial" w:cs="Arial"/>
          <w:b/>
          <w:bCs/>
          <w:sz w:val="24"/>
          <w:szCs w:val="24"/>
        </w:rPr>
        <w:t>Q</w:t>
      </w:r>
      <w:r w:rsidR="00002A82">
        <w:rPr>
          <w:rStyle w:val="cf01"/>
          <w:rFonts w:ascii="Arial" w:hAnsi="Arial" w:cs="Arial"/>
          <w:b/>
          <w:bCs/>
          <w:sz w:val="24"/>
          <w:szCs w:val="24"/>
        </w:rPr>
        <w:t>14</w:t>
      </w:r>
      <w:r w:rsidRPr="00DE2825">
        <w:rPr>
          <w:rStyle w:val="cf01"/>
          <w:rFonts w:ascii="Arial" w:hAnsi="Arial" w:cs="Arial"/>
          <w:b/>
          <w:bCs/>
          <w:sz w:val="24"/>
          <w:szCs w:val="24"/>
        </w:rPr>
        <w:t>.</w:t>
      </w:r>
      <w:r w:rsidR="00AC66B9" w:rsidRPr="00DE2825">
        <w:rPr>
          <w:rStyle w:val="cf01"/>
          <w:rFonts w:ascii="Arial" w:hAnsi="Arial" w:cs="Arial"/>
          <w:b/>
          <w:bCs/>
          <w:sz w:val="24"/>
          <w:szCs w:val="24"/>
        </w:rPr>
        <w:t xml:space="preserve"> </w:t>
      </w:r>
      <w:r w:rsidR="362BD45A" w:rsidRPr="00DE2825">
        <w:rPr>
          <w:rStyle w:val="cf01"/>
          <w:rFonts w:ascii="Arial" w:hAnsi="Arial" w:cs="Arial"/>
          <w:b/>
          <w:bCs/>
          <w:sz w:val="24"/>
          <w:szCs w:val="24"/>
        </w:rPr>
        <w:t>Flexibility of Guiding Principles</w:t>
      </w:r>
    </w:p>
    <w:p w14:paraId="50DFDCD2" w14:textId="201FDAEC" w:rsidR="00886E81" w:rsidRPr="00DE2825" w:rsidRDefault="00AC66B9" w:rsidP="00DE2DE0">
      <w:pPr>
        <w:spacing w:after="0" w:line="240" w:lineRule="auto"/>
        <w:rPr>
          <w:b/>
          <w:bCs/>
          <w:lang w:val="en-GB"/>
        </w:rPr>
      </w:pPr>
      <w:r w:rsidRPr="00DE2825">
        <w:rPr>
          <w:b/>
          <w:bCs/>
          <w:lang w:val="en-GB"/>
        </w:rPr>
        <w:t xml:space="preserve">Do any of the descriptions </w:t>
      </w:r>
      <w:r w:rsidR="292FCA7D" w:rsidRPr="00DE2825">
        <w:rPr>
          <w:b/>
          <w:bCs/>
          <w:lang w:val="en-GB"/>
        </w:rPr>
        <w:t xml:space="preserve">within </w:t>
      </w:r>
      <w:r w:rsidRPr="00DE2825">
        <w:rPr>
          <w:b/>
          <w:bCs/>
          <w:lang w:val="en-GB"/>
        </w:rPr>
        <w:t>G</w:t>
      </w:r>
      <w:r w:rsidR="008A3031" w:rsidRPr="00DE2825">
        <w:rPr>
          <w:b/>
          <w:bCs/>
          <w:lang w:val="en-GB"/>
        </w:rPr>
        <w:t>P</w:t>
      </w:r>
      <w:r w:rsidRPr="00DE2825">
        <w:rPr>
          <w:b/>
          <w:bCs/>
          <w:lang w:val="en-GB"/>
        </w:rPr>
        <w:t xml:space="preserve">1-7 limit </w:t>
      </w:r>
      <w:r w:rsidR="0F8932D7" w:rsidRPr="00DE2825">
        <w:rPr>
          <w:b/>
          <w:bCs/>
          <w:lang w:val="en-GB"/>
        </w:rPr>
        <w:t>the</w:t>
      </w:r>
      <w:r w:rsidRPr="00DE2825">
        <w:rPr>
          <w:b/>
          <w:bCs/>
          <w:lang w:val="en-GB"/>
        </w:rPr>
        <w:t xml:space="preserve"> approach to negotiations in a </w:t>
      </w:r>
      <w:r w:rsidR="00DE2825">
        <w:rPr>
          <w:b/>
          <w:bCs/>
          <w:lang w:val="en-GB"/>
        </w:rPr>
        <w:t>negative</w:t>
      </w:r>
      <w:r w:rsidR="591F6E70" w:rsidRPr="00DE2825">
        <w:rPr>
          <w:b/>
          <w:bCs/>
          <w:lang w:val="en-GB"/>
        </w:rPr>
        <w:t xml:space="preserve"> </w:t>
      </w:r>
      <w:r w:rsidRPr="00DE2825">
        <w:rPr>
          <w:b/>
          <w:bCs/>
          <w:lang w:val="en-GB"/>
        </w:rPr>
        <w:t xml:space="preserve">way? </w:t>
      </w:r>
    </w:p>
    <w:p w14:paraId="11FD4702" w14:textId="77777777" w:rsidR="00DE2825" w:rsidRDefault="00DE2825" w:rsidP="00DE2DE0">
      <w:pPr>
        <w:spacing w:after="0" w:line="240" w:lineRule="auto"/>
        <w:rPr>
          <w:lang w:val="en-GB"/>
        </w:rPr>
      </w:pPr>
    </w:p>
    <w:p w14:paraId="7F07C399" w14:textId="77777777" w:rsidR="00B701BF" w:rsidRDefault="00B701BF" w:rsidP="00DE2DE0">
      <w:pPr>
        <w:spacing w:after="0" w:line="240" w:lineRule="auto"/>
      </w:pPr>
      <w:r w:rsidRPr="01FA22AC">
        <w:rPr>
          <w:rFonts w:ascii="Aptos Narrow" w:hAnsi="Aptos Narrow"/>
        </w:rPr>
        <w:t>□</w:t>
      </w:r>
      <w:r>
        <w:t xml:space="preserve"> Yes</w:t>
      </w:r>
    </w:p>
    <w:p w14:paraId="67E7B0B4" w14:textId="0D2EE661" w:rsidR="00B701BF" w:rsidRDefault="00B701BF" w:rsidP="00DE2DE0">
      <w:pPr>
        <w:spacing w:after="0" w:line="240" w:lineRule="auto"/>
      </w:pPr>
      <w:proofErr w:type="gramStart"/>
      <w:r w:rsidRPr="01FA22AC">
        <w:rPr>
          <w:rFonts w:ascii="Aptos Narrow" w:hAnsi="Aptos Narrow"/>
        </w:rPr>
        <w:t xml:space="preserve">□ </w:t>
      </w:r>
      <w:r w:rsidR="00DE2825">
        <w:rPr>
          <w:rFonts w:ascii="Aptos Narrow" w:hAnsi="Aptos Narrow"/>
        </w:rPr>
        <w:t xml:space="preserve"> </w:t>
      </w:r>
      <w:r>
        <w:t>No</w:t>
      </w:r>
      <w:proofErr w:type="gramEnd"/>
    </w:p>
    <w:p w14:paraId="77008E6D" w14:textId="77777777" w:rsidR="00DE2825" w:rsidRDefault="00DE2825" w:rsidP="00DE2DE0">
      <w:pPr>
        <w:spacing w:after="0" w:line="240" w:lineRule="auto"/>
        <w:rPr>
          <w:lang w:val="en-GB"/>
        </w:rPr>
      </w:pPr>
    </w:p>
    <w:p w14:paraId="16D42A89" w14:textId="77777777" w:rsidR="00DE2825" w:rsidRDefault="00DE2825" w:rsidP="00DE2DE0">
      <w:pPr>
        <w:spacing w:after="0" w:line="240" w:lineRule="auto"/>
        <w:rPr>
          <w:lang w:val="en-GB"/>
        </w:rPr>
      </w:pPr>
    </w:p>
    <w:p w14:paraId="4A482E25" w14:textId="77777777" w:rsidR="00DE2825" w:rsidRDefault="00DE2825" w:rsidP="00DE2DE0">
      <w:pPr>
        <w:spacing w:after="0" w:line="240" w:lineRule="auto"/>
        <w:rPr>
          <w:lang w:val="en-GB"/>
        </w:rPr>
      </w:pPr>
    </w:p>
    <w:p w14:paraId="51E855AE" w14:textId="77777777" w:rsidR="006F7D6D" w:rsidRDefault="006F7D6D" w:rsidP="00DE2DE0">
      <w:pPr>
        <w:spacing w:after="0" w:line="240" w:lineRule="auto"/>
        <w:rPr>
          <w:lang w:val="en-GB"/>
        </w:rPr>
      </w:pPr>
    </w:p>
    <w:p w14:paraId="42A53B1D" w14:textId="04567205" w:rsidR="00DE2825" w:rsidRPr="00DE2825" w:rsidRDefault="00DE2825" w:rsidP="00DE2825">
      <w:pPr>
        <w:spacing w:after="0" w:line="240" w:lineRule="auto"/>
        <w:rPr>
          <w:b/>
          <w:bCs/>
          <w:color w:val="0070C0"/>
        </w:rPr>
      </w:pPr>
      <w:r w:rsidRPr="00D23138">
        <w:rPr>
          <w:color w:val="0070C0"/>
        </w:rPr>
        <w:lastRenderedPageBreak/>
        <w:t>[Conditional formatting – if</w:t>
      </w:r>
      <w:r>
        <w:rPr>
          <w:color w:val="0070C0"/>
        </w:rPr>
        <w:t xml:space="preserve"> yes</w:t>
      </w:r>
      <w:r w:rsidRPr="00D23138">
        <w:rPr>
          <w:color w:val="0070C0"/>
        </w:rPr>
        <w:t xml:space="preserve">] </w:t>
      </w:r>
    </w:p>
    <w:p w14:paraId="280D05EE" w14:textId="2C391E3D" w:rsidR="00AC66B9" w:rsidRPr="00DE2825" w:rsidRDefault="00DE2825" w:rsidP="00DE2DE0">
      <w:pPr>
        <w:spacing w:after="0" w:line="240" w:lineRule="auto"/>
        <w:rPr>
          <w:b/>
          <w:bCs/>
          <w:lang w:val="en-GB"/>
        </w:rPr>
      </w:pPr>
      <w:r w:rsidRPr="00DE2825">
        <w:rPr>
          <w:b/>
          <w:bCs/>
          <w:lang w:val="en-GB"/>
        </w:rPr>
        <w:t>Q</w:t>
      </w:r>
      <w:r w:rsidR="00002A82">
        <w:rPr>
          <w:b/>
          <w:bCs/>
          <w:lang w:val="en-GB"/>
        </w:rPr>
        <w:t>15</w:t>
      </w:r>
      <w:r w:rsidRPr="00DE2825">
        <w:rPr>
          <w:b/>
          <w:bCs/>
          <w:lang w:val="en-GB"/>
        </w:rPr>
        <w:t>. P</w:t>
      </w:r>
      <w:r w:rsidR="00711872" w:rsidRPr="00DE2825">
        <w:rPr>
          <w:b/>
          <w:bCs/>
          <w:lang w:val="en-GB"/>
        </w:rPr>
        <w:t xml:space="preserve">lease describe </w:t>
      </w:r>
      <w:r w:rsidR="006314F3" w:rsidRPr="00DE2825">
        <w:rPr>
          <w:b/>
          <w:bCs/>
          <w:lang w:val="en-GB"/>
        </w:rPr>
        <w:t>the limitations</w:t>
      </w:r>
      <w:r w:rsidR="69D50EEE" w:rsidRPr="00DE2825">
        <w:rPr>
          <w:b/>
          <w:bCs/>
          <w:lang w:val="en-GB"/>
        </w:rPr>
        <w:t>.</w:t>
      </w:r>
    </w:p>
    <w:p w14:paraId="36B4435E" w14:textId="77777777" w:rsidR="00DE2825" w:rsidRDefault="00DE2825" w:rsidP="00DE2DE0">
      <w:pPr>
        <w:spacing w:after="0" w:line="240" w:lineRule="auto"/>
        <w:rPr>
          <w:lang w:val="en-GB"/>
        </w:rPr>
      </w:pPr>
    </w:p>
    <w:tbl>
      <w:tblPr>
        <w:tblStyle w:val="TableGrid"/>
        <w:tblW w:w="0" w:type="auto"/>
        <w:tblLook w:val="04A0" w:firstRow="1" w:lastRow="0" w:firstColumn="1" w:lastColumn="0" w:noHBand="0" w:noVBand="1"/>
      </w:tblPr>
      <w:tblGrid>
        <w:gridCol w:w="10070"/>
      </w:tblGrid>
      <w:tr w:rsidR="00DE2825" w14:paraId="53E43F1F" w14:textId="77777777" w:rsidTr="00DE2825">
        <w:tc>
          <w:tcPr>
            <w:tcW w:w="10070" w:type="dxa"/>
          </w:tcPr>
          <w:p w14:paraId="136586C1" w14:textId="77777777" w:rsidR="00DE2825" w:rsidRDefault="00DE2825" w:rsidP="00DE2DE0">
            <w:pPr>
              <w:spacing w:line="240" w:lineRule="auto"/>
              <w:rPr>
                <w:lang w:val="en-GB"/>
              </w:rPr>
            </w:pPr>
          </w:p>
          <w:p w14:paraId="4F0A90D4" w14:textId="77777777" w:rsidR="00DE2825" w:rsidRDefault="00DE2825" w:rsidP="00DE2DE0">
            <w:pPr>
              <w:spacing w:line="240" w:lineRule="auto"/>
              <w:rPr>
                <w:lang w:val="en-GB"/>
              </w:rPr>
            </w:pPr>
          </w:p>
          <w:p w14:paraId="31F66097" w14:textId="77777777" w:rsidR="00DE2825" w:rsidRDefault="00DE2825" w:rsidP="00DE2DE0">
            <w:pPr>
              <w:spacing w:line="240" w:lineRule="auto"/>
              <w:rPr>
                <w:lang w:val="en-GB"/>
              </w:rPr>
            </w:pPr>
          </w:p>
        </w:tc>
      </w:tr>
    </w:tbl>
    <w:p w14:paraId="78C8B157" w14:textId="77777777" w:rsidR="00DE2825" w:rsidRDefault="00DE2825" w:rsidP="00DE2DE0">
      <w:pPr>
        <w:spacing w:after="0" w:line="240" w:lineRule="auto"/>
        <w:rPr>
          <w:lang w:val="en-GB"/>
        </w:rPr>
      </w:pPr>
    </w:p>
    <w:p w14:paraId="33C6328F" w14:textId="77777777" w:rsidR="00DE2825" w:rsidRDefault="00DE2825" w:rsidP="00DE2DE0">
      <w:pPr>
        <w:spacing w:after="0" w:line="240" w:lineRule="auto"/>
        <w:rPr>
          <w:lang w:val="en-GB"/>
        </w:rPr>
      </w:pPr>
    </w:p>
    <w:p w14:paraId="4FD2C256" w14:textId="3CDCE00E" w:rsidR="00886E55" w:rsidRPr="00DE2825" w:rsidRDefault="00DE2825" w:rsidP="00DE2DE0">
      <w:pPr>
        <w:spacing w:after="0" w:line="240" w:lineRule="auto"/>
        <w:rPr>
          <w:b/>
          <w:bCs/>
          <w:lang w:val="en-GB"/>
        </w:rPr>
      </w:pPr>
      <w:r w:rsidRPr="00DE2825">
        <w:rPr>
          <w:b/>
          <w:bCs/>
          <w:lang w:val="en-GB"/>
        </w:rPr>
        <w:t>Q</w:t>
      </w:r>
      <w:r w:rsidR="00002A82">
        <w:rPr>
          <w:b/>
          <w:bCs/>
          <w:lang w:val="en-GB"/>
        </w:rPr>
        <w:t>16</w:t>
      </w:r>
      <w:r w:rsidR="5A252F4D" w:rsidRPr="00DE2825">
        <w:rPr>
          <w:b/>
          <w:bCs/>
          <w:lang w:val="en-GB"/>
        </w:rPr>
        <w:t>. Community Representation</w:t>
      </w:r>
      <w:r w:rsidR="00937292" w:rsidRPr="00DE2825">
        <w:rPr>
          <w:b/>
          <w:bCs/>
          <w:lang w:val="en-GB"/>
        </w:rPr>
        <w:t xml:space="preserve"> </w:t>
      </w:r>
    </w:p>
    <w:p w14:paraId="20588669" w14:textId="5731DDD6" w:rsidR="00886E55" w:rsidRPr="00DE2825" w:rsidRDefault="007F2D59" w:rsidP="00DE2DE0">
      <w:pPr>
        <w:spacing w:after="0" w:line="240" w:lineRule="auto"/>
        <w:rPr>
          <w:b/>
          <w:bCs/>
          <w:lang w:val="en-GB"/>
        </w:rPr>
      </w:pPr>
      <w:r w:rsidRPr="620D3AE0">
        <w:rPr>
          <w:b/>
          <w:bCs/>
          <w:lang w:val="en-GB"/>
        </w:rPr>
        <w:t>If a large energy project</w:t>
      </w:r>
      <w:r w:rsidR="4471C17B" w:rsidRPr="620D3AE0">
        <w:rPr>
          <w:b/>
          <w:bCs/>
          <w:lang w:val="en-GB"/>
        </w:rPr>
        <w:t xml:space="preserve"> </w:t>
      </w:r>
      <w:r w:rsidR="277AD654" w:rsidRPr="620D3AE0">
        <w:rPr>
          <w:b/>
          <w:bCs/>
          <w:lang w:val="en-GB"/>
        </w:rPr>
        <w:t xml:space="preserve">(e.g. </w:t>
      </w:r>
      <w:r w:rsidRPr="620D3AE0">
        <w:rPr>
          <w:b/>
          <w:bCs/>
          <w:lang w:val="en-GB"/>
        </w:rPr>
        <w:t>solar or wind farm</w:t>
      </w:r>
      <w:r w:rsidR="280AC701" w:rsidRPr="620D3AE0">
        <w:rPr>
          <w:b/>
          <w:bCs/>
          <w:lang w:val="en-GB"/>
        </w:rPr>
        <w:t>)</w:t>
      </w:r>
      <w:r w:rsidR="00756B48" w:rsidRPr="620D3AE0">
        <w:rPr>
          <w:b/>
          <w:bCs/>
          <w:lang w:val="en-GB"/>
        </w:rPr>
        <w:t xml:space="preserve"> were proposed</w:t>
      </w:r>
      <w:r w:rsidR="00034735" w:rsidRPr="620D3AE0">
        <w:rPr>
          <w:b/>
          <w:bCs/>
          <w:lang w:val="en-GB"/>
        </w:rPr>
        <w:t xml:space="preserve"> in your area</w:t>
      </w:r>
      <w:r w:rsidR="00756B48" w:rsidRPr="620D3AE0">
        <w:rPr>
          <w:b/>
          <w:bCs/>
          <w:lang w:val="en-GB"/>
        </w:rPr>
        <w:t>, wh</w:t>
      </w:r>
      <w:r w:rsidR="03C2AF75" w:rsidRPr="620D3AE0">
        <w:rPr>
          <w:b/>
          <w:bCs/>
          <w:lang w:val="en-GB"/>
        </w:rPr>
        <w:t xml:space="preserve">ich </w:t>
      </w:r>
      <w:r w:rsidR="00756B48" w:rsidRPr="620D3AE0">
        <w:rPr>
          <w:b/>
          <w:bCs/>
          <w:lang w:val="en-GB"/>
        </w:rPr>
        <w:t>community leaders</w:t>
      </w:r>
      <w:r w:rsidR="002947AF" w:rsidRPr="620D3AE0">
        <w:rPr>
          <w:b/>
          <w:bCs/>
          <w:lang w:val="en-GB"/>
        </w:rPr>
        <w:t xml:space="preserve"> or representatives </w:t>
      </w:r>
      <w:r w:rsidR="698F507E" w:rsidRPr="620D3AE0">
        <w:rPr>
          <w:b/>
          <w:bCs/>
          <w:lang w:val="en-GB"/>
        </w:rPr>
        <w:t xml:space="preserve">should </w:t>
      </w:r>
      <w:r w:rsidR="002947AF" w:rsidRPr="620D3AE0">
        <w:rPr>
          <w:b/>
          <w:bCs/>
          <w:lang w:val="en-GB"/>
        </w:rPr>
        <w:t>be involved in the negotiations? Please be as specific as possible.</w:t>
      </w:r>
    </w:p>
    <w:p w14:paraId="31FF4E3E" w14:textId="77777777" w:rsidR="00DE2825" w:rsidRDefault="00DE2825" w:rsidP="00DE2DE0">
      <w:pPr>
        <w:spacing w:after="0" w:line="240" w:lineRule="auto"/>
        <w:rPr>
          <w:lang w:val="en-GB"/>
        </w:rPr>
      </w:pPr>
    </w:p>
    <w:tbl>
      <w:tblPr>
        <w:tblStyle w:val="TableGrid"/>
        <w:tblW w:w="0" w:type="auto"/>
        <w:tblLook w:val="04A0" w:firstRow="1" w:lastRow="0" w:firstColumn="1" w:lastColumn="0" w:noHBand="0" w:noVBand="1"/>
      </w:tblPr>
      <w:tblGrid>
        <w:gridCol w:w="10070"/>
      </w:tblGrid>
      <w:tr w:rsidR="00DE2825" w14:paraId="394DE9EC" w14:textId="77777777" w:rsidTr="00DE2825">
        <w:tc>
          <w:tcPr>
            <w:tcW w:w="10070" w:type="dxa"/>
          </w:tcPr>
          <w:p w14:paraId="5970B8D7" w14:textId="77777777" w:rsidR="00DE2825" w:rsidRDefault="00DE2825" w:rsidP="00DE2DE0">
            <w:pPr>
              <w:spacing w:line="240" w:lineRule="auto"/>
              <w:rPr>
                <w:lang w:val="en-GB"/>
              </w:rPr>
            </w:pPr>
          </w:p>
          <w:p w14:paraId="66B64055" w14:textId="77777777" w:rsidR="00DE2825" w:rsidRDefault="00DE2825" w:rsidP="00DE2DE0">
            <w:pPr>
              <w:spacing w:line="240" w:lineRule="auto"/>
              <w:rPr>
                <w:lang w:val="en-GB"/>
              </w:rPr>
            </w:pPr>
          </w:p>
          <w:p w14:paraId="69032922" w14:textId="77777777" w:rsidR="00DE2825" w:rsidRDefault="00DE2825" w:rsidP="00DE2DE0">
            <w:pPr>
              <w:spacing w:line="240" w:lineRule="auto"/>
              <w:rPr>
                <w:lang w:val="en-GB"/>
              </w:rPr>
            </w:pPr>
          </w:p>
        </w:tc>
      </w:tr>
    </w:tbl>
    <w:p w14:paraId="27A2A056" w14:textId="77777777" w:rsidR="00DE2825" w:rsidRDefault="00DE2825" w:rsidP="00DE2DE0">
      <w:pPr>
        <w:spacing w:after="0" w:line="240" w:lineRule="auto"/>
        <w:rPr>
          <w:lang w:val="en-GB"/>
        </w:rPr>
      </w:pPr>
    </w:p>
    <w:p w14:paraId="7F8CC5E7" w14:textId="77777777" w:rsidR="006F7D6D" w:rsidRDefault="006F7D6D" w:rsidP="00DE2DE0">
      <w:pPr>
        <w:spacing w:after="0" w:line="240" w:lineRule="auto"/>
        <w:rPr>
          <w:lang w:val="en-GB"/>
        </w:rPr>
      </w:pPr>
    </w:p>
    <w:p w14:paraId="7CC97054" w14:textId="04CB0ABC" w:rsidR="000A0A55" w:rsidRPr="00DE2825" w:rsidRDefault="00DE2825" w:rsidP="00DE2DE0">
      <w:pPr>
        <w:spacing w:after="0" w:line="240" w:lineRule="auto"/>
        <w:rPr>
          <w:b/>
          <w:bCs/>
          <w:lang w:val="en-GB"/>
        </w:rPr>
      </w:pPr>
      <w:r w:rsidRPr="00DE2825">
        <w:rPr>
          <w:b/>
          <w:bCs/>
          <w:lang w:val="en-GB"/>
        </w:rPr>
        <w:t>Q1</w:t>
      </w:r>
      <w:r w:rsidR="00002A82">
        <w:rPr>
          <w:b/>
          <w:bCs/>
          <w:lang w:val="en-GB"/>
        </w:rPr>
        <w:t>7</w:t>
      </w:r>
      <w:r w:rsidR="4714D621" w:rsidRPr="00DE2825">
        <w:rPr>
          <w:b/>
          <w:bCs/>
          <w:lang w:val="en-GB"/>
        </w:rPr>
        <w:t xml:space="preserve">. </w:t>
      </w:r>
      <w:r w:rsidR="69BE122E" w:rsidRPr="00DE2825">
        <w:rPr>
          <w:b/>
          <w:bCs/>
          <w:lang w:val="en-GB"/>
        </w:rPr>
        <w:t>CBC Calculation Methodology</w:t>
      </w:r>
    </w:p>
    <w:p w14:paraId="1AFF75CC" w14:textId="2142B7D4" w:rsidR="00DE2825" w:rsidRPr="0025008D" w:rsidRDefault="578E7118" w:rsidP="620D3AE0">
      <w:pPr>
        <w:spacing w:after="0" w:line="240" w:lineRule="auto"/>
        <w:rPr>
          <w:i/>
          <w:iCs/>
        </w:rPr>
      </w:pPr>
      <w:r w:rsidRPr="620D3AE0">
        <w:rPr>
          <w:b/>
          <w:bCs/>
        </w:rPr>
        <w:t>P</w:t>
      </w:r>
      <w:r w:rsidR="695418A4" w:rsidRPr="620D3AE0">
        <w:rPr>
          <w:b/>
          <w:bCs/>
        </w:rPr>
        <w:t>aragraph 2.4</w:t>
      </w:r>
      <w:r w:rsidR="48408B56" w:rsidRPr="620D3AE0">
        <w:rPr>
          <w:b/>
          <w:bCs/>
        </w:rPr>
        <w:t xml:space="preserve"> propose</w:t>
      </w:r>
      <w:r w:rsidR="00DE2825" w:rsidRPr="620D3AE0">
        <w:rPr>
          <w:b/>
          <w:bCs/>
        </w:rPr>
        <w:t>s</w:t>
      </w:r>
      <w:r w:rsidR="48408B56" w:rsidRPr="620D3AE0">
        <w:rPr>
          <w:b/>
          <w:bCs/>
        </w:rPr>
        <w:t xml:space="preserve"> </w:t>
      </w:r>
      <w:r w:rsidR="79D35B81" w:rsidRPr="620D3AE0">
        <w:rPr>
          <w:b/>
          <w:bCs/>
        </w:rPr>
        <w:t xml:space="preserve">a </w:t>
      </w:r>
      <w:r w:rsidR="724ED82E" w:rsidRPr="620D3AE0">
        <w:rPr>
          <w:b/>
          <w:bCs/>
        </w:rPr>
        <w:t xml:space="preserve">methodology for calculating CBC </w:t>
      </w:r>
      <w:r w:rsidR="1CD05E70" w:rsidRPr="620D3AE0">
        <w:rPr>
          <w:b/>
          <w:bCs/>
        </w:rPr>
        <w:t>based on</w:t>
      </w:r>
      <w:r w:rsidR="235AD9A5" w:rsidRPr="620D3AE0">
        <w:rPr>
          <w:b/>
          <w:bCs/>
        </w:rPr>
        <w:t xml:space="preserve"> £/MW installed/y</w:t>
      </w:r>
      <w:r w:rsidR="183BC68C" w:rsidRPr="620D3AE0">
        <w:rPr>
          <w:b/>
          <w:bCs/>
        </w:rPr>
        <w:t>ear</w:t>
      </w:r>
      <w:r w:rsidR="235AD9A5" w:rsidRPr="620D3AE0">
        <w:rPr>
          <w:b/>
          <w:bCs/>
        </w:rPr>
        <w:t xml:space="preserve">. </w:t>
      </w:r>
      <w:r w:rsidR="00555A94" w:rsidRPr="620D3AE0">
        <w:rPr>
          <w:b/>
          <w:bCs/>
        </w:rPr>
        <w:t xml:space="preserve"> </w:t>
      </w:r>
      <w:r w:rsidR="00555A94" w:rsidRPr="620D3AE0">
        <w:rPr>
          <w:i/>
          <w:iCs/>
        </w:rPr>
        <w:t xml:space="preserve">(Please see appendix </w:t>
      </w:r>
      <w:r w:rsidR="0025008D" w:rsidRPr="620D3AE0">
        <w:rPr>
          <w:i/>
          <w:iCs/>
        </w:rPr>
        <w:t>D for alternatives considered)</w:t>
      </w:r>
    </w:p>
    <w:p w14:paraId="129D0291" w14:textId="77777777" w:rsidR="008E4C47" w:rsidRDefault="008E4C47" w:rsidP="00DE2DE0">
      <w:pPr>
        <w:spacing w:after="0" w:line="240" w:lineRule="auto"/>
        <w:rPr>
          <w:b/>
          <w:bCs/>
          <w:lang w:val="en-GB"/>
        </w:rPr>
      </w:pPr>
    </w:p>
    <w:p w14:paraId="0A9E0733" w14:textId="2BEDEF40" w:rsidR="000A0A55" w:rsidRPr="00DE2825" w:rsidRDefault="00DE2825" w:rsidP="00DE2DE0">
      <w:pPr>
        <w:spacing w:after="0" w:line="240" w:lineRule="auto"/>
        <w:rPr>
          <w:b/>
          <w:bCs/>
          <w:lang w:val="en-GB"/>
        </w:rPr>
      </w:pPr>
      <w:r w:rsidRPr="00DE2825">
        <w:rPr>
          <w:b/>
          <w:bCs/>
          <w:lang w:val="en-GB"/>
        </w:rPr>
        <w:t>To what extent d</w:t>
      </w:r>
      <w:r w:rsidR="1D52D4E2" w:rsidRPr="00DE2825">
        <w:rPr>
          <w:b/>
          <w:bCs/>
          <w:lang w:val="en-GB"/>
        </w:rPr>
        <w:t xml:space="preserve">o you support </w:t>
      </w:r>
      <w:r w:rsidR="008E4C47">
        <w:rPr>
          <w:b/>
          <w:bCs/>
          <w:lang w:val="en-GB"/>
        </w:rPr>
        <w:t xml:space="preserve">or oppose </w:t>
      </w:r>
      <w:r w:rsidR="0956E2F1" w:rsidRPr="00DE2825">
        <w:rPr>
          <w:b/>
          <w:bCs/>
          <w:lang w:val="en-GB"/>
        </w:rPr>
        <w:t xml:space="preserve">this </w:t>
      </w:r>
      <w:r w:rsidR="1D52D4E2" w:rsidRPr="00DE2825">
        <w:rPr>
          <w:b/>
          <w:bCs/>
          <w:lang w:val="en-GB"/>
        </w:rPr>
        <w:t xml:space="preserve">as the preferred </w:t>
      </w:r>
      <w:r w:rsidR="5E353694" w:rsidRPr="00DE2825">
        <w:rPr>
          <w:b/>
          <w:bCs/>
          <w:lang w:val="en-GB"/>
        </w:rPr>
        <w:t>approach</w:t>
      </w:r>
      <w:r w:rsidR="7C4507FA" w:rsidRPr="00DE2825">
        <w:rPr>
          <w:b/>
          <w:bCs/>
          <w:lang w:val="en-GB"/>
        </w:rPr>
        <w:t>?</w:t>
      </w:r>
    </w:p>
    <w:p w14:paraId="46971EAB" w14:textId="77777777" w:rsidR="00DE2825" w:rsidRPr="00E1004B" w:rsidRDefault="00DE2825" w:rsidP="00DE2DE0">
      <w:pPr>
        <w:spacing w:after="0" w:line="240" w:lineRule="auto"/>
        <w:rPr>
          <w:lang w:val="en-GB"/>
        </w:rPr>
      </w:pPr>
    </w:p>
    <w:p w14:paraId="7B745EBE" w14:textId="29ECC3B6" w:rsidR="00DE2825" w:rsidRDefault="00DE2825" w:rsidP="00DE2825">
      <w:pPr>
        <w:spacing w:after="0" w:line="240" w:lineRule="auto"/>
      </w:pPr>
      <w:r w:rsidRPr="47B49423">
        <w:rPr>
          <w:rFonts w:ascii="Aptos Narrow" w:hAnsi="Aptos Narrow"/>
        </w:rPr>
        <w:t>□</w:t>
      </w:r>
      <w:r>
        <w:t xml:space="preserve"> Fully support</w:t>
      </w:r>
    </w:p>
    <w:p w14:paraId="3A63A2E6" w14:textId="53653DE2" w:rsidR="00DE2825" w:rsidRDefault="00DE2825" w:rsidP="00DE2825">
      <w:pPr>
        <w:spacing w:after="0" w:line="240" w:lineRule="auto"/>
      </w:pPr>
      <w:r w:rsidRPr="47B49423">
        <w:rPr>
          <w:rFonts w:ascii="Aptos Narrow" w:hAnsi="Aptos Narrow"/>
        </w:rPr>
        <w:t>□</w:t>
      </w:r>
      <w:r>
        <w:t xml:space="preserve"> Somewhat support</w:t>
      </w:r>
    </w:p>
    <w:p w14:paraId="1B6D1F68" w14:textId="3ED956DE" w:rsidR="00DE2825" w:rsidRDefault="00DE2825" w:rsidP="00DE2825">
      <w:pPr>
        <w:spacing w:after="0" w:line="240" w:lineRule="auto"/>
      </w:pPr>
      <w:r w:rsidRPr="47B49423">
        <w:rPr>
          <w:rFonts w:ascii="Aptos Narrow" w:hAnsi="Aptos Narrow"/>
        </w:rPr>
        <w:t>□</w:t>
      </w:r>
      <w:r>
        <w:t xml:space="preserve"> </w:t>
      </w:r>
      <w:r w:rsidR="008E4C47">
        <w:t>Somewhat oppose</w:t>
      </w:r>
    </w:p>
    <w:p w14:paraId="01940C5C" w14:textId="7BEA4DA1" w:rsidR="008E4C47" w:rsidRDefault="008E4C47" w:rsidP="008E4C47">
      <w:pPr>
        <w:spacing w:after="0" w:line="240" w:lineRule="auto"/>
      </w:pPr>
      <w:r w:rsidRPr="47B49423">
        <w:rPr>
          <w:rFonts w:ascii="Aptos Narrow" w:hAnsi="Aptos Narrow"/>
        </w:rPr>
        <w:t>□</w:t>
      </w:r>
      <w:r>
        <w:t xml:space="preserve"> Strongly oppose</w:t>
      </w:r>
    </w:p>
    <w:p w14:paraId="055EB1BE" w14:textId="77777777" w:rsidR="00DE2825" w:rsidRDefault="00DE2825" w:rsidP="00DE2DE0">
      <w:pPr>
        <w:spacing w:after="0" w:line="240" w:lineRule="auto"/>
        <w:rPr>
          <w:lang w:val="en-GB"/>
        </w:rPr>
      </w:pPr>
    </w:p>
    <w:p w14:paraId="46FED107" w14:textId="49841EB0" w:rsidR="00DE2825" w:rsidRPr="00D23138" w:rsidRDefault="00DE2825" w:rsidP="00DE2825">
      <w:pPr>
        <w:spacing w:after="0" w:line="240" w:lineRule="auto"/>
        <w:rPr>
          <w:color w:val="0070C0"/>
        </w:rPr>
      </w:pPr>
      <w:r w:rsidRPr="00D23138">
        <w:rPr>
          <w:color w:val="0070C0"/>
        </w:rPr>
        <w:t>[Conditional formatting – if</w:t>
      </w:r>
      <w:r>
        <w:rPr>
          <w:color w:val="0070C0"/>
        </w:rPr>
        <w:t xml:space="preserve"> somewhat </w:t>
      </w:r>
      <w:r w:rsidR="008E4C47">
        <w:rPr>
          <w:color w:val="0070C0"/>
        </w:rPr>
        <w:t>oppose</w:t>
      </w:r>
      <w:r>
        <w:rPr>
          <w:color w:val="0070C0"/>
        </w:rPr>
        <w:t xml:space="preserve"> or </w:t>
      </w:r>
      <w:r w:rsidR="008E4C47">
        <w:rPr>
          <w:color w:val="0070C0"/>
        </w:rPr>
        <w:t>strongly oppose</w:t>
      </w:r>
      <w:r w:rsidRPr="00D23138">
        <w:rPr>
          <w:color w:val="0070C0"/>
        </w:rPr>
        <w:t xml:space="preserve">] </w:t>
      </w:r>
    </w:p>
    <w:p w14:paraId="16A9541B" w14:textId="59939C85" w:rsidR="00AC66B9" w:rsidRPr="00DE2825" w:rsidRDefault="00DE2825" w:rsidP="00DE2DE0">
      <w:pPr>
        <w:spacing w:after="0" w:line="240" w:lineRule="auto"/>
        <w:rPr>
          <w:b/>
          <w:bCs/>
          <w:lang w:val="en-GB"/>
        </w:rPr>
      </w:pPr>
      <w:r w:rsidRPr="00DE2825">
        <w:rPr>
          <w:b/>
          <w:bCs/>
          <w:lang w:val="en-GB"/>
        </w:rPr>
        <w:t>Q</w:t>
      </w:r>
      <w:r w:rsidR="0025008D">
        <w:rPr>
          <w:b/>
          <w:bCs/>
          <w:lang w:val="en-GB"/>
        </w:rPr>
        <w:t>1</w:t>
      </w:r>
      <w:r w:rsidR="00002A82">
        <w:rPr>
          <w:b/>
          <w:bCs/>
          <w:lang w:val="en-GB"/>
        </w:rPr>
        <w:t>8</w:t>
      </w:r>
      <w:r w:rsidRPr="00DE2825">
        <w:rPr>
          <w:b/>
          <w:bCs/>
          <w:lang w:val="en-GB"/>
        </w:rPr>
        <w:t xml:space="preserve">. </w:t>
      </w:r>
      <w:r>
        <w:rPr>
          <w:b/>
          <w:bCs/>
          <w:lang w:val="en-GB"/>
        </w:rPr>
        <w:t>W</w:t>
      </w:r>
      <w:r w:rsidR="000A0A55" w:rsidRPr="00DE2825">
        <w:rPr>
          <w:b/>
          <w:bCs/>
          <w:lang w:val="en-GB"/>
        </w:rPr>
        <w:t xml:space="preserve">hich </w:t>
      </w:r>
      <w:r w:rsidR="15C976B1" w:rsidRPr="00DE2825">
        <w:rPr>
          <w:b/>
          <w:bCs/>
          <w:lang w:val="en-GB"/>
        </w:rPr>
        <w:t xml:space="preserve">alternative </w:t>
      </w:r>
      <w:r w:rsidR="000A0A55" w:rsidRPr="00DE2825">
        <w:rPr>
          <w:b/>
          <w:bCs/>
          <w:lang w:val="en-GB"/>
        </w:rPr>
        <w:t>option</w:t>
      </w:r>
      <w:r w:rsidR="6D5490C2" w:rsidRPr="00DE2825">
        <w:rPr>
          <w:b/>
          <w:bCs/>
          <w:lang w:val="en-GB"/>
        </w:rPr>
        <w:t xml:space="preserve"> do you </w:t>
      </w:r>
      <w:r w:rsidR="000A0A55" w:rsidRPr="00DE2825">
        <w:rPr>
          <w:b/>
          <w:bCs/>
          <w:lang w:val="en-GB"/>
        </w:rPr>
        <w:t xml:space="preserve">prefer and why? </w:t>
      </w:r>
    </w:p>
    <w:p w14:paraId="1F92216B" w14:textId="77777777" w:rsidR="00DE2825" w:rsidRDefault="00DE2825" w:rsidP="00DE2DE0">
      <w:pPr>
        <w:spacing w:after="0" w:line="240" w:lineRule="auto"/>
        <w:rPr>
          <w:lang w:val="en-GB"/>
        </w:rPr>
      </w:pPr>
    </w:p>
    <w:tbl>
      <w:tblPr>
        <w:tblStyle w:val="TableGrid"/>
        <w:tblW w:w="0" w:type="auto"/>
        <w:tblLook w:val="04A0" w:firstRow="1" w:lastRow="0" w:firstColumn="1" w:lastColumn="0" w:noHBand="0" w:noVBand="1"/>
      </w:tblPr>
      <w:tblGrid>
        <w:gridCol w:w="10070"/>
      </w:tblGrid>
      <w:tr w:rsidR="00DE2825" w14:paraId="4810DE93" w14:textId="77777777" w:rsidTr="00DE2825">
        <w:tc>
          <w:tcPr>
            <w:tcW w:w="10070" w:type="dxa"/>
          </w:tcPr>
          <w:p w14:paraId="045AEB5B" w14:textId="77777777" w:rsidR="00DE2825" w:rsidRDefault="00DE2825" w:rsidP="00DE2DE0">
            <w:pPr>
              <w:spacing w:line="240" w:lineRule="auto"/>
            </w:pPr>
          </w:p>
          <w:p w14:paraId="3DFBC78F" w14:textId="77777777" w:rsidR="00DE2825" w:rsidRDefault="00DE2825" w:rsidP="00DE2DE0">
            <w:pPr>
              <w:spacing w:line="240" w:lineRule="auto"/>
            </w:pPr>
          </w:p>
          <w:p w14:paraId="2B9D2E95" w14:textId="77777777" w:rsidR="00DE2825" w:rsidRDefault="00DE2825" w:rsidP="00DE2DE0">
            <w:pPr>
              <w:spacing w:line="240" w:lineRule="auto"/>
            </w:pPr>
          </w:p>
        </w:tc>
      </w:tr>
    </w:tbl>
    <w:p w14:paraId="05010C32" w14:textId="77777777" w:rsidR="00DE2825" w:rsidRDefault="00DE2825" w:rsidP="00DE2DE0">
      <w:pPr>
        <w:spacing w:after="0" w:line="240" w:lineRule="auto"/>
      </w:pPr>
    </w:p>
    <w:p w14:paraId="6E2119B7" w14:textId="77777777" w:rsidR="008E4C47" w:rsidRDefault="008E4C47" w:rsidP="00DE2DE0">
      <w:pPr>
        <w:spacing w:after="0" w:line="240" w:lineRule="auto"/>
      </w:pPr>
    </w:p>
    <w:p w14:paraId="2B923B7E" w14:textId="4CF8EC54" w:rsidR="00AC66B9" w:rsidRPr="008E4C47" w:rsidRDefault="00DE2825" w:rsidP="00DE2DE0">
      <w:pPr>
        <w:spacing w:after="0" w:line="240" w:lineRule="auto"/>
        <w:rPr>
          <w:b/>
          <w:bCs/>
        </w:rPr>
      </w:pPr>
      <w:r w:rsidRPr="008E4C47">
        <w:rPr>
          <w:b/>
          <w:bCs/>
        </w:rPr>
        <w:t>Q1</w:t>
      </w:r>
      <w:r w:rsidR="00002A82">
        <w:rPr>
          <w:b/>
          <w:bCs/>
        </w:rPr>
        <w:t>9</w:t>
      </w:r>
      <w:r w:rsidR="00AC66B9" w:rsidRPr="008E4C47">
        <w:rPr>
          <w:b/>
          <w:bCs/>
        </w:rPr>
        <w:t xml:space="preserve">. </w:t>
      </w:r>
      <w:r w:rsidR="01FC65E2" w:rsidRPr="008E4C47">
        <w:rPr>
          <w:b/>
          <w:bCs/>
        </w:rPr>
        <w:t>CBC Tariffs</w:t>
      </w:r>
      <w:r w:rsidR="003D09A9">
        <w:rPr>
          <w:b/>
          <w:bCs/>
        </w:rPr>
        <w:t xml:space="preserve"> for different technologies</w:t>
      </w:r>
    </w:p>
    <w:p w14:paraId="7FEFF8EC" w14:textId="5F0274B0" w:rsidR="00DE2825" w:rsidRDefault="1CDCAF47" w:rsidP="00DE2DE0">
      <w:pPr>
        <w:spacing w:after="0" w:line="240" w:lineRule="auto"/>
        <w:rPr>
          <w:b/>
          <w:bCs/>
        </w:rPr>
      </w:pPr>
      <w:r w:rsidRPr="008E4C47">
        <w:rPr>
          <w:b/>
          <w:bCs/>
        </w:rPr>
        <w:t>P</w:t>
      </w:r>
      <w:r w:rsidR="00E1004B" w:rsidRPr="008E4C47">
        <w:rPr>
          <w:b/>
          <w:bCs/>
        </w:rPr>
        <w:t>aragraph</w:t>
      </w:r>
      <w:r w:rsidR="006D2B35" w:rsidRPr="008E4C47">
        <w:rPr>
          <w:b/>
          <w:bCs/>
        </w:rPr>
        <w:t xml:space="preserve"> 2</w:t>
      </w:r>
      <w:r w:rsidR="00D857B8" w:rsidRPr="008E4C47">
        <w:rPr>
          <w:b/>
          <w:bCs/>
        </w:rPr>
        <w:t>.5</w:t>
      </w:r>
      <w:r w:rsidR="00155086" w:rsidRPr="008E4C47">
        <w:rPr>
          <w:b/>
          <w:bCs/>
        </w:rPr>
        <w:t xml:space="preserve"> </w:t>
      </w:r>
      <w:r w:rsidR="00A565A9">
        <w:rPr>
          <w:b/>
          <w:bCs/>
        </w:rPr>
        <w:t xml:space="preserve">(page 18 of the consultation document </w:t>
      </w:r>
      <w:r w:rsidR="00011DA2">
        <w:rPr>
          <w:b/>
          <w:bCs/>
        </w:rPr>
        <w:t xml:space="preserve">and </w:t>
      </w:r>
      <w:r w:rsidR="00A72599" w:rsidRPr="008E4C47">
        <w:rPr>
          <w:b/>
          <w:bCs/>
        </w:rPr>
        <w:t xml:space="preserve">Appendix </w:t>
      </w:r>
      <w:r w:rsidR="00011DA2">
        <w:rPr>
          <w:b/>
          <w:bCs/>
        </w:rPr>
        <w:t>B</w:t>
      </w:r>
      <w:r w:rsidR="00A72599" w:rsidRPr="008E4C47">
        <w:rPr>
          <w:b/>
          <w:bCs/>
        </w:rPr>
        <w:t>)</w:t>
      </w:r>
      <w:r w:rsidR="7C7CA7C2" w:rsidRPr="008E4C47">
        <w:rPr>
          <w:b/>
          <w:bCs/>
        </w:rPr>
        <w:t xml:space="preserve"> sets out </w:t>
      </w:r>
      <w:r w:rsidR="006C67B2" w:rsidRPr="008E4C47">
        <w:rPr>
          <w:b/>
          <w:bCs/>
        </w:rPr>
        <w:t>tariffs</w:t>
      </w:r>
      <w:r w:rsidR="7C7CA7C2" w:rsidRPr="008E4C47">
        <w:rPr>
          <w:b/>
          <w:bCs/>
        </w:rPr>
        <w:t xml:space="preserve"> for mature technologies, based on </w:t>
      </w:r>
      <w:r w:rsidR="00FA32C4" w:rsidRPr="008E4C47">
        <w:rPr>
          <w:b/>
          <w:bCs/>
        </w:rPr>
        <w:t xml:space="preserve">current </w:t>
      </w:r>
      <w:r w:rsidR="00A72599" w:rsidRPr="008E4C47">
        <w:rPr>
          <w:b/>
          <w:bCs/>
        </w:rPr>
        <w:t>UK guidance for voluntary CBC negotiations</w:t>
      </w:r>
      <w:r w:rsidR="005564BA" w:rsidRPr="008E4C47">
        <w:rPr>
          <w:b/>
          <w:bCs/>
        </w:rPr>
        <w:t xml:space="preserve">. </w:t>
      </w:r>
    </w:p>
    <w:p w14:paraId="6EE58157" w14:textId="77777777" w:rsidR="008E4C47" w:rsidRPr="008E4C47" w:rsidRDefault="008E4C47" w:rsidP="00DE2DE0">
      <w:pPr>
        <w:spacing w:after="0" w:line="240" w:lineRule="auto"/>
        <w:rPr>
          <w:b/>
          <w:bCs/>
        </w:rPr>
      </w:pPr>
    </w:p>
    <w:p w14:paraId="790C3EB6" w14:textId="2510C1D1" w:rsidR="00AC66B9" w:rsidRPr="008E4C47" w:rsidRDefault="00DE2825" w:rsidP="00DE2DE0">
      <w:pPr>
        <w:spacing w:after="0" w:line="240" w:lineRule="auto"/>
        <w:rPr>
          <w:b/>
          <w:bCs/>
        </w:rPr>
      </w:pPr>
      <w:r w:rsidRPr="008E4C47">
        <w:rPr>
          <w:b/>
          <w:bCs/>
        </w:rPr>
        <w:t xml:space="preserve">To what extent do you </w:t>
      </w:r>
      <w:r w:rsidR="005564BA" w:rsidRPr="008E4C47">
        <w:rPr>
          <w:b/>
          <w:bCs/>
        </w:rPr>
        <w:t xml:space="preserve">agree </w:t>
      </w:r>
      <w:r w:rsidRPr="008E4C47">
        <w:rPr>
          <w:b/>
          <w:bCs/>
        </w:rPr>
        <w:t xml:space="preserve">or disagree </w:t>
      </w:r>
      <w:r w:rsidR="00025DB4" w:rsidRPr="008E4C47">
        <w:rPr>
          <w:b/>
          <w:bCs/>
        </w:rPr>
        <w:t xml:space="preserve">with </w:t>
      </w:r>
      <w:r w:rsidR="005564BA" w:rsidRPr="008E4C47">
        <w:rPr>
          <w:b/>
          <w:bCs/>
        </w:rPr>
        <w:t xml:space="preserve">the </w:t>
      </w:r>
      <w:r w:rsidR="2CBCCBFC" w:rsidRPr="008E4C47">
        <w:rPr>
          <w:b/>
          <w:bCs/>
        </w:rPr>
        <w:t xml:space="preserve">proposed </w:t>
      </w:r>
      <w:r w:rsidR="005564BA" w:rsidRPr="008E4C47">
        <w:rPr>
          <w:b/>
          <w:bCs/>
        </w:rPr>
        <w:t>tariffs for ground</w:t>
      </w:r>
      <w:r w:rsidR="09B348BA" w:rsidRPr="008E4C47">
        <w:rPr>
          <w:b/>
          <w:bCs/>
        </w:rPr>
        <w:t>-</w:t>
      </w:r>
      <w:r w:rsidR="005564BA" w:rsidRPr="008E4C47">
        <w:rPr>
          <w:b/>
          <w:bCs/>
        </w:rPr>
        <w:t>mount</w:t>
      </w:r>
      <w:r w:rsidR="021672BE" w:rsidRPr="008E4C47">
        <w:rPr>
          <w:b/>
          <w:bCs/>
        </w:rPr>
        <w:t>ed</w:t>
      </w:r>
      <w:r w:rsidR="005564BA" w:rsidRPr="008E4C47">
        <w:rPr>
          <w:b/>
          <w:bCs/>
        </w:rPr>
        <w:t xml:space="preserve"> solar, wind</w:t>
      </w:r>
      <w:r w:rsidR="510FC80F" w:rsidRPr="008E4C47">
        <w:rPr>
          <w:b/>
          <w:bCs/>
        </w:rPr>
        <w:t>,</w:t>
      </w:r>
      <w:r w:rsidR="005564BA" w:rsidRPr="008E4C47">
        <w:rPr>
          <w:b/>
          <w:bCs/>
        </w:rPr>
        <w:t xml:space="preserve"> and battery storage </w:t>
      </w:r>
      <w:r w:rsidR="002A5AA6" w:rsidRPr="008E4C47">
        <w:rPr>
          <w:b/>
          <w:bCs/>
        </w:rPr>
        <w:t xml:space="preserve">in </w:t>
      </w:r>
      <w:r w:rsidR="005564BA" w:rsidRPr="008E4C47">
        <w:rPr>
          <w:b/>
          <w:bCs/>
        </w:rPr>
        <w:t>Oxfordshire</w:t>
      </w:r>
      <w:r w:rsidR="00676DCB" w:rsidRPr="008E4C47">
        <w:rPr>
          <w:b/>
          <w:bCs/>
        </w:rPr>
        <w:t>?</w:t>
      </w:r>
    </w:p>
    <w:p w14:paraId="32311890" w14:textId="77777777" w:rsidR="008E4C47" w:rsidRDefault="008E4C47" w:rsidP="00DE2DE0">
      <w:pPr>
        <w:spacing w:after="0" w:line="240" w:lineRule="auto"/>
      </w:pPr>
    </w:p>
    <w:p w14:paraId="190B1FBE" w14:textId="54494C97" w:rsidR="00676DCB" w:rsidRDefault="0E52E46A" w:rsidP="00DE2DE0">
      <w:pPr>
        <w:spacing w:after="0" w:line="240" w:lineRule="auto"/>
        <w:rPr>
          <w:lang w:val="en-GB"/>
        </w:rPr>
      </w:pPr>
      <w:r w:rsidRPr="01FA22AC">
        <w:rPr>
          <w:rFonts w:ascii="Aptos Narrow" w:hAnsi="Aptos Narrow"/>
        </w:rPr>
        <w:t>□</w:t>
      </w:r>
      <w:r>
        <w:t xml:space="preserve"> </w:t>
      </w:r>
      <w:r w:rsidR="00DE2825">
        <w:t>Strongly agree</w:t>
      </w:r>
    </w:p>
    <w:p w14:paraId="639F062A" w14:textId="4B5D4586" w:rsidR="00676DCB" w:rsidRDefault="14747FB7" w:rsidP="00DE2DE0">
      <w:pPr>
        <w:spacing w:after="0" w:line="240" w:lineRule="auto"/>
      </w:pPr>
      <w:r w:rsidRPr="01FA22AC">
        <w:rPr>
          <w:rFonts w:ascii="Aptos Narrow" w:hAnsi="Aptos Narrow"/>
        </w:rPr>
        <w:t xml:space="preserve">□ </w:t>
      </w:r>
      <w:r w:rsidR="00DE2825">
        <w:t>Somewhat agree</w:t>
      </w:r>
    </w:p>
    <w:p w14:paraId="024F98B2" w14:textId="41AFDC32" w:rsidR="00DE2825" w:rsidRDefault="00DE2825" w:rsidP="00DE2825">
      <w:pPr>
        <w:spacing w:after="0" w:line="240" w:lineRule="auto"/>
        <w:rPr>
          <w:lang w:val="en-GB"/>
        </w:rPr>
      </w:pPr>
      <w:r w:rsidRPr="01FA22AC">
        <w:rPr>
          <w:rFonts w:ascii="Aptos Narrow" w:hAnsi="Aptos Narrow"/>
        </w:rPr>
        <w:lastRenderedPageBreak/>
        <w:t>□</w:t>
      </w:r>
      <w:r>
        <w:t xml:space="preserve"> </w:t>
      </w:r>
      <w:r w:rsidR="008E4C47">
        <w:t>Somewhat dis</w:t>
      </w:r>
      <w:r>
        <w:t>agree</w:t>
      </w:r>
    </w:p>
    <w:p w14:paraId="42A197B1" w14:textId="090F8BF9" w:rsidR="00DE2825" w:rsidRDefault="00DE2825" w:rsidP="00DE2825">
      <w:pPr>
        <w:spacing w:after="0" w:line="240" w:lineRule="auto"/>
        <w:rPr>
          <w:lang w:val="en-GB"/>
        </w:rPr>
      </w:pPr>
      <w:r w:rsidRPr="01FA22AC">
        <w:rPr>
          <w:rFonts w:ascii="Aptos Narrow" w:hAnsi="Aptos Narrow"/>
        </w:rPr>
        <w:t xml:space="preserve">□ </w:t>
      </w:r>
      <w:r w:rsidR="008E4C47">
        <w:t>Strongly dis</w:t>
      </w:r>
      <w:r>
        <w:t>agree</w:t>
      </w:r>
    </w:p>
    <w:p w14:paraId="2A3C5315" w14:textId="77777777" w:rsidR="008E4C47" w:rsidRDefault="008E4C47" w:rsidP="00DE2DE0">
      <w:pPr>
        <w:spacing w:after="0" w:line="240" w:lineRule="auto"/>
        <w:rPr>
          <w:lang w:val="en-GB"/>
        </w:rPr>
      </w:pPr>
    </w:p>
    <w:p w14:paraId="1728B234" w14:textId="3B37BDA4" w:rsidR="008E4C47" w:rsidRPr="00D23138" w:rsidRDefault="008E4C47" w:rsidP="008E4C47">
      <w:pPr>
        <w:spacing w:after="0" w:line="240" w:lineRule="auto"/>
        <w:rPr>
          <w:color w:val="0070C0"/>
        </w:rPr>
      </w:pPr>
      <w:r w:rsidRPr="00D23138">
        <w:rPr>
          <w:color w:val="0070C0"/>
        </w:rPr>
        <w:t>[Conditional formatting – if</w:t>
      </w:r>
      <w:r>
        <w:rPr>
          <w:color w:val="0070C0"/>
        </w:rPr>
        <w:t xml:space="preserve"> somewhat disagree or strongly disagree</w:t>
      </w:r>
      <w:r w:rsidRPr="00D23138">
        <w:rPr>
          <w:color w:val="0070C0"/>
        </w:rPr>
        <w:t xml:space="preserve">] </w:t>
      </w:r>
    </w:p>
    <w:p w14:paraId="5A489F79" w14:textId="796C84B0" w:rsidR="00676DCB" w:rsidRPr="008E4C47" w:rsidRDefault="008E4C47" w:rsidP="00DE2DE0">
      <w:pPr>
        <w:spacing w:after="0" w:line="240" w:lineRule="auto"/>
        <w:rPr>
          <w:b/>
          <w:bCs/>
        </w:rPr>
      </w:pPr>
      <w:r w:rsidRPr="008E4C47">
        <w:rPr>
          <w:b/>
          <w:bCs/>
        </w:rPr>
        <w:t>Q</w:t>
      </w:r>
      <w:r w:rsidR="00002A82">
        <w:rPr>
          <w:b/>
          <w:bCs/>
        </w:rPr>
        <w:t>20</w:t>
      </w:r>
      <w:r w:rsidRPr="008E4C47">
        <w:rPr>
          <w:b/>
          <w:bCs/>
        </w:rPr>
        <w:t>. W</w:t>
      </w:r>
      <w:r w:rsidR="00676DCB" w:rsidRPr="008E4C47">
        <w:rPr>
          <w:b/>
          <w:bCs/>
        </w:rPr>
        <w:t>hat would you change</w:t>
      </w:r>
      <w:r w:rsidR="002A5AA6" w:rsidRPr="008E4C47">
        <w:rPr>
          <w:b/>
          <w:bCs/>
        </w:rPr>
        <w:t xml:space="preserve">? Please </w:t>
      </w:r>
      <w:r w:rsidR="2CCA43A1" w:rsidRPr="008E4C47">
        <w:rPr>
          <w:b/>
          <w:bCs/>
        </w:rPr>
        <w:t>provide</w:t>
      </w:r>
      <w:r w:rsidR="00A06D4D" w:rsidRPr="008E4C47">
        <w:rPr>
          <w:b/>
          <w:bCs/>
        </w:rPr>
        <w:t xml:space="preserve"> reasons</w:t>
      </w:r>
      <w:r w:rsidR="4617BCD6" w:rsidRPr="008E4C47">
        <w:rPr>
          <w:b/>
          <w:bCs/>
        </w:rPr>
        <w:t xml:space="preserve"> and/or supporting </w:t>
      </w:r>
      <w:r w:rsidR="00A06D4D" w:rsidRPr="008E4C47">
        <w:rPr>
          <w:b/>
          <w:bCs/>
        </w:rPr>
        <w:t>evidence.</w:t>
      </w:r>
    </w:p>
    <w:p w14:paraId="50C6F5E1" w14:textId="77777777" w:rsidR="008E4C47" w:rsidRDefault="008E4C47" w:rsidP="00DE2DE0">
      <w:pPr>
        <w:spacing w:after="0" w:line="240" w:lineRule="auto"/>
      </w:pPr>
    </w:p>
    <w:tbl>
      <w:tblPr>
        <w:tblStyle w:val="TableGrid"/>
        <w:tblW w:w="0" w:type="auto"/>
        <w:tblLook w:val="04A0" w:firstRow="1" w:lastRow="0" w:firstColumn="1" w:lastColumn="0" w:noHBand="0" w:noVBand="1"/>
      </w:tblPr>
      <w:tblGrid>
        <w:gridCol w:w="10070"/>
      </w:tblGrid>
      <w:tr w:rsidR="008E4C47" w14:paraId="13D0D72F" w14:textId="77777777" w:rsidTr="008E4C47">
        <w:tc>
          <w:tcPr>
            <w:tcW w:w="10070" w:type="dxa"/>
          </w:tcPr>
          <w:p w14:paraId="60513E2A" w14:textId="77777777" w:rsidR="008E4C47" w:rsidRDefault="008E4C47" w:rsidP="00DE2DE0">
            <w:pPr>
              <w:spacing w:line="240" w:lineRule="auto"/>
            </w:pPr>
          </w:p>
          <w:p w14:paraId="263502B2" w14:textId="77777777" w:rsidR="008E4C47" w:rsidRDefault="008E4C47" w:rsidP="00DE2DE0">
            <w:pPr>
              <w:spacing w:line="240" w:lineRule="auto"/>
            </w:pPr>
          </w:p>
          <w:p w14:paraId="6F93CA9D" w14:textId="77777777" w:rsidR="008E4C47" w:rsidRDefault="008E4C47" w:rsidP="00DE2DE0">
            <w:pPr>
              <w:spacing w:line="240" w:lineRule="auto"/>
            </w:pPr>
          </w:p>
        </w:tc>
      </w:tr>
    </w:tbl>
    <w:p w14:paraId="00B35209" w14:textId="77777777" w:rsidR="008E4C47" w:rsidRDefault="008E4C47" w:rsidP="00DE2DE0">
      <w:pPr>
        <w:spacing w:after="0" w:line="240" w:lineRule="auto"/>
      </w:pPr>
    </w:p>
    <w:p w14:paraId="084C5640" w14:textId="77777777" w:rsidR="008E4C47" w:rsidRDefault="008E4C47" w:rsidP="00DE2DE0">
      <w:pPr>
        <w:spacing w:after="0" w:line="240" w:lineRule="auto"/>
      </w:pPr>
    </w:p>
    <w:p w14:paraId="51FFE288" w14:textId="0895771A" w:rsidR="00C61C01" w:rsidRPr="008E4C47" w:rsidRDefault="008E4C47" w:rsidP="00DE2DE0">
      <w:pPr>
        <w:spacing w:after="0" w:line="240" w:lineRule="auto"/>
        <w:rPr>
          <w:b/>
          <w:bCs/>
        </w:rPr>
      </w:pPr>
      <w:r w:rsidRPr="008E4C47">
        <w:rPr>
          <w:b/>
          <w:bCs/>
        </w:rPr>
        <w:t>Q</w:t>
      </w:r>
      <w:r w:rsidR="00002A82">
        <w:rPr>
          <w:b/>
          <w:bCs/>
        </w:rPr>
        <w:t>21</w:t>
      </w:r>
      <w:r w:rsidR="4667988A" w:rsidRPr="008E4C47">
        <w:rPr>
          <w:b/>
          <w:bCs/>
        </w:rPr>
        <w:t xml:space="preserve">. </w:t>
      </w:r>
      <w:r w:rsidR="7EE3A2D3" w:rsidRPr="008E4C47">
        <w:rPr>
          <w:b/>
          <w:bCs/>
        </w:rPr>
        <w:t xml:space="preserve">Local and Strategic Fund Priorities </w:t>
      </w:r>
    </w:p>
    <w:p w14:paraId="513CE6D9" w14:textId="18FA67FB" w:rsidR="00C61C01" w:rsidRPr="008E4C47" w:rsidRDefault="7EE3A2D3" w:rsidP="00DE2DE0">
      <w:pPr>
        <w:spacing w:after="0" w:line="240" w:lineRule="auto"/>
        <w:rPr>
          <w:b/>
          <w:bCs/>
        </w:rPr>
      </w:pPr>
      <w:r w:rsidRPr="008E4C47">
        <w:rPr>
          <w:b/>
          <w:bCs/>
        </w:rPr>
        <w:t>P</w:t>
      </w:r>
      <w:r w:rsidR="63379571" w:rsidRPr="008E4C47">
        <w:rPr>
          <w:b/>
          <w:bCs/>
        </w:rPr>
        <w:t xml:space="preserve">aragraph 2.6 </w:t>
      </w:r>
      <w:r w:rsidR="376618F6" w:rsidRPr="008E4C47">
        <w:rPr>
          <w:b/>
          <w:bCs/>
        </w:rPr>
        <w:t xml:space="preserve">provides </w:t>
      </w:r>
      <w:r w:rsidR="285874DB" w:rsidRPr="008E4C47">
        <w:rPr>
          <w:b/>
          <w:bCs/>
        </w:rPr>
        <w:t xml:space="preserve">examples </w:t>
      </w:r>
      <w:r w:rsidR="63379571" w:rsidRPr="008E4C47">
        <w:rPr>
          <w:b/>
          <w:bCs/>
        </w:rPr>
        <w:t xml:space="preserve">of </w:t>
      </w:r>
      <w:r w:rsidR="00E0626D">
        <w:rPr>
          <w:b/>
          <w:bCs/>
        </w:rPr>
        <w:t xml:space="preserve">the types of </w:t>
      </w:r>
      <w:r w:rsidR="00303496">
        <w:rPr>
          <w:b/>
          <w:bCs/>
        </w:rPr>
        <w:t xml:space="preserve">projects that </w:t>
      </w:r>
      <w:r w:rsidR="429F6A11" w:rsidRPr="008E4C47">
        <w:rPr>
          <w:b/>
          <w:bCs/>
        </w:rPr>
        <w:t>Local and Strategic Fund</w:t>
      </w:r>
      <w:r w:rsidR="00303496">
        <w:rPr>
          <w:b/>
          <w:bCs/>
        </w:rPr>
        <w:t>s could invest in.</w:t>
      </w:r>
    </w:p>
    <w:p w14:paraId="1F5AB7F3" w14:textId="77777777" w:rsidR="008E4C47" w:rsidRPr="008E4C47" w:rsidRDefault="008E4C47" w:rsidP="00DE2DE0">
      <w:pPr>
        <w:spacing w:after="0" w:line="240" w:lineRule="auto"/>
        <w:rPr>
          <w:b/>
          <w:bCs/>
        </w:rPr>
      </w:pPr>
    </w:p>
    <w:p w14:paraId="0910F9BB" w14:textId="10276C5B" w:rsidR="00C61C01" w:rsidRPr="008E4C47" w:rsidRDefault="5BE2337C" w:rsidP="008E4C47">
      <w:pPr>
        <w:spacing w:after="0" w:line="240" w:lineRule="auto"/>
        <w:rPr>
          <w:b/>
          <w:bCs/>
          <w:szCs w:val="24"/>
        </w:rPr>
      </w:pPr>
      <w:r w:rsidRPr="008E4C47">
        <w:rPr>
          <w:b/>
          <w:bCs/>
        </w:rPr>
        <w:t>Please provide your views on</w:t>
      </w:r>
      <w:r w:rsidR="008E4C47" w:rsidRPr="008E4C47">
        <w:rPr>
          <w:b/>
          <w:bCs/>
        </w:rPr>
        <w:t xml:space="preserve"> t</w:t>
      </w:r>
      <w:r w:rsidR="15EE0AAD" w:rsidRPr="008E4C47">
        <w:rPr>
          <w:b/>
          <w:bCs/>
        </w:rPr>
        <w:t xml:space="preserve">he </w:t>
      </w:r>
      <w:r w:rsidR="001331EB">
        <w:rPr>
          <w:b/>
          <w:bCs/>
        </w:rPr>
        <w:t xml:space="preserve">types of projects </w:t>
      </w:r>
      <w:r w:rsidR="00CE75C1">
        <w:rPr>
          <w:b/>
          <w:bCs/>
        </w:rPr>
        <w:t xml:space="preserve">that </w:t>
      </w:r>
      <w:r w:rsidR="0020063D">
        <w:rPr>
          <w:b/>
          <w:bCs/>
        </w:rPr>
        <w:t>the Local and Strategic Funds could invest in.</w:t>
      </w:r>
      <w:r w:rsidR="16B4DB04" w:rsidRPr="008E4C47">
        <w:rPr>
          <w:b/>
          <w:bCs/>
        </w:rPr>
        <w:t xml:space="preserve"> </w:t>
      </w:r>
    </w:p>
    <w:p w14:paraId="0F326EFF" w14:textId="77777777" w:rsidR="008E4C47" w:rsidRDefault="008E4C47" w:rsidP="008E4C47">
      <w:pPr>
        <w:spacing w:after="0" w:line="240" w:lineRule="auto"/>
        <w:rPr>
          <w:szCs w:val="24"/>
        </w:rPr>
      </w:pPr>
    </w:p>
    <w:tbl>
      <w:tblPr>
        <w:tblStyle w:val="TableGrid"/>
        <w:tblW w:w="0" w:type="auto"/>
        <w:tblLook w:val="04A0" w:firstRow="1" w:lastRow="0" w:firstColumn="1" w:lastColumn="0" w:noHBand="0" w:noVBand="1"/>
      </w:tblPr>
      <w:tblGrid>
        <w:gridCol w:w="10070"/>
      </w:tblGrid>
      <w:tr w:rsidR="008E4C47" w14:paraId="16122C9C" w14:textId="77777777" w:rsidTr="008E4C47">
        <w:tc>
          <w:tcPr>
            <w:tcW w:w="10070" w:type="dxa"/>
          </w:tcPr>
          <w:p w14:paraId="2B876329" w14:textId="77777777" w:rsidR="008E4C47" w:rsidRDefault="008E4C47" w:rsidP="008E4C47">
            <w:pPr>
              <w:spacing w:line="240" w:lineRule="auto"/>
              <w:rPr>
                <w:szCs w:val="24"/>
              </w:rPr>
            </w:pPr>
          </w:p>
          <w:p w14:paraId="4088E615" w14:textId="77777777" w:rsidR="008E4C47" w:rsidRDefault="008E4C47" w:rsidP="008E4C47">
            <w:pPr>
              <w:spacing w:line="240" w:lineRule="auto"/>
              <w:rPr>
                <w:szCs w:val="24"/>
              </w:rPr>
            </w:pPr>
          </w:p>
          <w:p w14:paraId="5E163C3F" w14:textId="77777777" w:rsidR="008E4C47" w:rsidRDefault="008E4C47" w:rsidP="008E4C47">
            <w:pPr>
              <w:spacing w:line="240" w:lineRule="auto"/>
              <w:rPr>
                <w:szCs w:val="24"/>
              </w:rPr>
            </w:pPr>
          </w:p>
        </w:tc>
      </w:tr>
    </w:tbl>
    <w:p w14:paraId="28C2AF09" w14:textId="77777777" w:rsidR="008E4C47" w:rsidRDefault="008E4C47" w:rsidP="008E4C47">
      <w:pPr>
        <w:spacing w:after="0" w:line="240" w:lineRule="auto"/>
        <w:rPr>
          <w:szCs w:val="24"/>
        </w:rPr>
      </w:pPr>
    </w:p>
    <w:p w14:paraId="78E8935F" w14:textId="77777777" w:rsidR="008E4C47" w:rsidRDefault="008E4C47" w:rsidP="008E4C47">
      <w:pPr>
        <w:spacing w:after="0" w:line="240" w:lineRule="auto"/>
        <w:rPr>
          <w:szCs w:val="24"/>
        </w:rPr>
      </w:pPr>
    </w:p>
    <w:p w14:paraId="5B9A56E3" w14:textId="6A5FB5EF" w:rsidR="008E4C47" w:rsidRPr="008E4C47" w:rsidRDefault="008E4C47" w:rsidP="008E4C47">
      <w:pPr>
        <w:spacing w:after="0" w:line="240" w:lineRule="auto"/>
        <w:rPr>
          <w:b/>
          <w:bCs/>
        </w:rPr>
      </w:pPr>
      <w:r w:rsidRPr="008E4C47">
        <w:rPr>
          <w:b/>
          <w:bCs/>
        </w:rPr>
        <w:t>Q</w:t>
      </w:r>
      <w:r w:rsidR="00FF4FD5">
        <w:rPr>
          <w:b/>
          <w:bCs/>
        </w:rPr>
        <w:t>22</w:t>
      </w:r>
      <w:r w:rsidRPr="008E4C47">
        <w:rPr>
          <w:b/>
          <w:bCs/>
        </w:rPr>
        <w:t xml:space="preserve">. Local and Strategic Fund Priorities </w:t>
      </w:r>
    </w:p>
    <w:p w14:paraId="4B042D16" w14:textId="5BF0EA66" w:rsidR="008E4C47" w:rsidRPr="008E4C47" w:rsidRDefault="008E4C47" w:rsidP="008E4C47">
      <w:pPr>
        <w:spacing w:after="0" w:line="240" w:lineRule="auto"/>
        <w:rPr>
          <w:b/>
          <w:bCs/>
        </w:rPr>
      </w:pPr>
      <w:r w:rsidRPr="008E4C47">
        <w:rPr>
          <w:b/>
          <w:bCs/>
        </w:rPr>
        <w:t xml:space="preserve">Paragraph 2.7 </w:t>
      </w:r>
      <w:r w:rsidR="00CD234C">
        <w:rPr>
          <w:b/>
          <w:bCs/>
        </w:rPr>
        <w:t xml:space="preserve">(page 21, in the consultation document) </w:t>
      </w:r>
      <w:r w:rsidRPr="008E4C47">
        <w:rPr>
          <w:b/>
          <w:bCs/>
        </w:rPr>
        <w:t xml:space="preserve">sets out guidance for </w:t>
      </w:r>
      <w:r w:rsidR="00B50AF9">
        <w:rPr>
          <w:b/>
          <w:bCs/>
        </w:rPr>
        <w:t xml:space="preserve">fund </w:t>
      </w:r>
      <w:r w:rsidRPr="008E4C47">
        <w:rPr>
          <w:b/>
          <w:bCs/>
        </w:rPr>
        <w:t>investment</w:t>
      </w:r>
      <w:r w:rsidR="00B50AF9">
        <w:rPr>
          <w:b/>
          <w:bCs/>
        </w:rPr>
        <w:t>s</w:t>
      </w:r>
      <w:r w:rsidRPr="008E4C47">
        <w:rPr>
          <w:b/>
          <w:bCs/>
        </w:rPr>
        <w:t>.</w:t>
      </w:r>
    </w:p>
    <w:p w14:paraId="350C7066" w14:textId="77777777" w:rsidR="008E4C47" w:rsidRPr="008E4C47" w:rsidRDefault="008E4C47" w:rsidP="008E4C47">
      <w:pPr>
        <w:spacing w:after="0" w:line="240" w:lineRule="auto"/>
        <w:rPr>
          <w:b/>
          <w:bCs/>
        </w:rPr>
      </w:pPr>
    </w:p>
    <w:p w14:paraId="4EDB1804" w14:textId="40FECE5A" w:rsidR="008E4C47" w:rsidRDefault="008E4C47" w:rsidP="008E4C47">
      <w:pPr>
        <w:spacing w:after="0" w:line="240" w:lineRule="auto"/>
        <w:rPr>
          <w:b/>
          <w:bCs/>
        </w:rPr>
      </w:pPr>
      <w:r w:rsidRPr="008E4C47">
        <w:rPr>
          <w:b/>
          <w:bCs/>
        </w:rPr>
        <w:t>Please provide your views on the guidance in paragraph 2.7.</w:t>
      </w:r>
    </w:p>
    <w:p w14:paraId="05BF5A30" w14:textId="77777777" w:rsidR="008E4C47" w:rsidRDefault="008E4C47" w:rsidP="008E4C47">
      <w:pPr>
        <w:spacing w:after="0" w:line="240" w:lineRule="auto"/>
        <w:rPr>
          <w:b/>
          <w:bCs/>
        </w:rPr>
      </w:pPr>
    </w:p>
    <w:tbl>
      <w:tblPr>
        <w:tblStyle w:val="TableGrid"/>
        <w:tblW w:w="0" w:type="auto"/>
        <w:tblLook w:val="04A0" w:firstRow="1" w:lastRow="0" w:firstColumn="1" w:lastColumn="0" w:noHBand="0" w:noVBand="1"/>
      </w:tblPr>
      <w:tblGrid>
        <w:gridCol w:w="10070"/>
      </w:tblGrid>
      <w:tr w:rsidR="008E4C47" w14:paraId="35FBEFD9" w14:textId="77777777" w:rsidTr="008E4C47">
        <w:tc>
          <w:tcPr>
            <w:tcW w:w="10070" w:type="dxa"/>
          </w:tcPr>
          <w:p w14:paraId="252D5419" w14:textId="77777777" w:rsidR="008E4C47" w:rsidRDefault="008E4C47" w:rsidP="008E4C47">
            <w:pPr>
              <w:spacing w:line="240" w:lineRule="auto"/>
              <w:rPr>
                <w:b/>
                <w:bCs/>
              </w:rPr>
            </w:pPr>
          </w:p>
          <w:p w14:paraId="357FF3AA" w14:textId="77777777" w:rsidR="008E4C47" w:rsidRDefault="008E4C47" w:rsidP="008E4C47">
            <w:pPr>
              <w:spacing w:line="240" w:lineRule="auto"/>
              <w:rPr>
                <w:b/>
                <w:bCs/>
              </w:rPr>
            </w:pPr>
          </w:p>
          <w:p w14:paraId="57AD7F5D" w14:textId="77777777" w:rsidR="008E4C47" w:rsidRDefault="008E4C47" w:rsidP="008E4C47">
            <w:pPr>
              <w:spacing w:line="240" w:lineRule="auto"/>
              <w:rPr>
                <w:b/>
                <w:bCs/>
              </w:rPr>
            </w:pPr>
          </w:p>
        </w:tc>
      </w:tr>
    </w:tbl>
    <w:p w14:paraId="543EFD30" w14:textId="77777777" w:rsidR="008E4C47" w:rsidRPr="008E4C47" w:rsidRDefault="008E4C47" w:rsidP="008E4C47">
      <w:pPr>
        <w:spacing w:after="0" w:line="240" w:lineRule="auto"/>
        <w:rPr>
          <w:b/>
          <w:bCs/>
        </w:rPr>
      </w:pPr>
    </w:p>
    <w:p w14:paraId="0448A5B4" w14:textId="77777777" w:rsidR="008E4C47" w:rsidRDefault="008E4C47" w:rsidP="008E4C47">
      <w:pPr>
        <w:spacing w:after="0" w:line="240" w:lineRule="auto"/>
        <w:rPr>
          <w:szCs w:val="24"/>
        </w:rPr>
      </w:pPr>
    </w:p>
    <w:p w14:paraId="3F4B0CB8" w14:textId="52EAEA2A" w:rsidR="003E1C31" w:rsidRPr="008E4C47" w:rsidRDefault="008E4C47" w:rsidP="00DE2DE0">
      <w:pPr>
        <w:spacing w:after="0" w:line="240" w:lineRule="auto"/>
        <w:rPr>
          <w:b/>
          <w:bCs/>
        </w:rPr>
      </w:pPr>
      <w:r w:rsidRPr="008E4C47">
        <w:rPr>
          <w:b/>
          <w:bCs/>
        </w:rPr>
        <w:t>Q</w:t>
      </w:r>
      <w:r w:rsidR="00FF4FD5">
        <w:rPr>
          <w:b/>
          <w:bCs/>
        </w:rPr>
        <w:t>23</w:t>
      </w:r>
      <w:r w:rsidR="4145F833" w:rsidRPr="008E4C47">
        <w:rPr>
          <w:b/>
          <w:bCs/>
        </w:rPr>
        <w:t>.</w:t>
      </w:r>
      <w:r w:rsidR="50555614" w:rsidRPr="008E4C47">
        <w:rPr>
          <w:b/>
          <w:bCs/>
        </w:rPr>
        <w:t xml:space="preserve"> Sliding Scale for Fund </w:t>
      </w:r>
      <w:r w:rsidR="00AA2D64" w:rsidRPr="008E4C47">
        <w:rPr>
          <w:b/>
          <w:bCs/>
        </w:rPr>
        <w:t>Distribution</w:t>
      </w:r>
      <w:r w:rsidR="50555614" w:rsidRPr="008E4C47">
        <w:rPr>
          <w:b/>
          <w:bCs/>
        </w:rPr>
        <w:t xml:space="preserve"> </w:t>
      </w:r>
      <w:r w:rsidR="00822786" w:rsidRPr="008E4C47">
        <w:rPr>
          <w:b/>
          <w:bCs/>
        </w:rPr>
        <w:t xml:space="preserve"> </w:t>
      </w:r>
    </w:p>
    <w:p w14:paraId="1F149F9D" w14:textId="7C7384BF" w:rsidR="008E4C47" w:rsidRPr="008E4C47" w:rsidRDefault="41E2D675" w:rsidP="00DE2DE0">
      <w:pPr>
        <w:spacing w:after="0" w:line="240" w:lineRule="auto"/>
        <w:rPr>
          <w:b/>
          <w:bCs/>
        </w:rPr>
      </w:pPr>
      <w:r w:rsidRPr="008E4C47">
        <w:rPr>
          <w:b/>
          <w:bCs/>
        </w:rPr>
        <w:t>P</w:t>
      </w:r>
      <w:r w:rsidR="002C0BAB" w:rsidRPr="008E4C47">
        <w:rPr>
          <w:b/>
          <w:bCs/>
        </w:rPr>
        <w:t>aragraph 2.</w:t>
      </w:r>
      <w:r w:rsidR="00BC32A0" w:rsidRPr="008E4C47">
        <w:rPr>
          <w:b/>
          <w:bCs/>
        </w:rPr>
        <w:t>8</w:t>
      </w:r>
      <w:r w:rsidR="11B8AD77" w:rsidRPr="008E4C47">
        <w:rPr>
          <w:b/>
          <w:bCs/>
        </w:rPr>
        <w:t xml:space="preserve"> </w:t>
      </w:r>
      <w:r w:rsidR="00AE0CB2">
        <w:rPr>
          <w:b/>
          <w:bCs/>
        </w:rPr>
        <w:t xml:space="preserve">(page 23 in the consultation document) </w:t>
      </w:r>
      <w:r w:rsidR="596DE162" w:rsidRPr="008E4C47">
        <w:rPr>
          <w:b/>
          <w:bCs/>
        </w:rPr>
        <w:t>outlines</w:t>
      </w:r>
      <w:r w:rsidR="11B8AD77" w:rsidRPr="008E4C47">
        <w:rPr>
          <w:b/>
          <w:bCs/>
        </w:rPr>
        <w:t xml:space="preserve"> a preferred </w:t>
      </w:r>
      <w:r w:rsidR="004A2077" w:rsidRPr="008E4C47">
        <w:rPr>
          <w:b/>
          <w:bCs/>
        </w:rPr>
        <w:t xml:space="preserve">sliding scale </w:t>
      </w:r>
      <w:r w:rsidR="00A941EB" w:rsidRPr="008E4C47">
        <w:rPr>
          <w:b/>
          <w:bCs/>
        </w:rPr>
        <w:t>metho</w:t>
      </w:r>
      <w:r w:rsidR="005C43B8" w:rsidRPr="008E4C47">
        <w:rPr>
          <w:b/>
          <w:bCs/>
        </w:rPr>
        <w:t>do</w:t>
      </w:r>
      <w:r w:rsidR="00A941EB" w:rsidRPr="008E4C47">
        <w:rPr>
          <w:b/>
          <w:bCs/>
        </w:rPr>
        <w:t>logy for apportioning CBC</w:t>
      </w:r>
      <w:r w:rsidR="4AB8F008" w:rsidRPr="008E4C47">
        <w:rPr>
          <w:b/>
          <w:bCs/>
        </w:rPr>
        <w:t xml:space="preserve"> </w:t>
      </w:r>
      <w:r w:rsidR="00A941EB" w:rsidRPr="008E4C47">
        <w:rPr>
          <w:b/>
          <w:bCs/>
        </w:rPr>
        <w:t>between Local and Strategic Funds</w:t>
      </w:r>
      <w:r w:rsidR="312EDD14" w:rsidRPr="008E4C47">
        <w:rPr>
          <w:b/>
          <w:bCs/>
        </w:rPr>
        <w:t>.</w:t>
      </w:r>
      <w:r w:rsidR="00976BD6" w:rsidRPr="008E4C47">
        <w:rPr>
          <w:b/>
          <w:bCs/>
        </w:rPr>
        <w:t xml:space="preserve"> </w:t>
      </w:r>
    </w:p>
    <w:p w14:paraId="1E13E73E" w14:textId="77777777" w:rsidR="008E4C47" w:rsidRPr="008E4C47" w:rsidRDefault="008E4C47" w:rsidP="00DE2DE0">
      <w:pPr>
        <w:spacing w:after="0" w:line="240" w:lineRule="auto"/>
        <w:rPr>
          <w:b/>
          <w:bCs/>
        </w:rPr>
      </w:pPr>
    </w:p>
    <w:p w14:paraId="6DF659A8" w14:textId="7C9AE6E6" w:rsidR="003E1C31" w:rsidRPr="008E4C47" w:rsidRDefault="008E4C47" w:rsidP="00DE2DE0">
      <w:pPr>
        <w:spacing w:after="0" w:line="240" w:lineRule="auto"/>
        <w:rPr>
          <w:b/>
          <w:bCs/>
        </w:rPr>
      </w:pPr>
      <w:r w:rsidRPr="008E4C47">
        <w:rPr>
          <w:b/>
          <w:bCs/>
        </w:rPr>
        <w:t>To what extent d</w:t>
      </w:r>
      <w:r w:rsidR="00976BD6" w:rsidRPr="008E4C47">
        <w:rPr>
          <w:b/>
          <w:bCs/>
        </w:rPr>
        <w:t>o you agree or disagree with this approach?</w:t>
      </w:r>
    </w:p>
    <w:p w14:paraId="3BA9E89C" w14:textId="77777777" w:rsidR="00976BD6" w:rsidRDefault="00976BD6" w:rsidP="00DE2DE0">
      <w:pPr>
        <w:spacing w:after="0" w:line="240" w:lineRule="auto"/>
      </w:pPr>
    </w:p>
    <w:p w14:paraId="56341334" w14:textId="77777777" w:rsidR="008E4C47" w:rsidRDefault="008E4C47" w:rsidP="008E4C47">
      <w:pPr>
        <w:spacing w:after="0" w:line="240" w:lineRule="auto"/>
        <w:rPr>
          <w:lang w:val="en-GB"/>
        </w:rPr>
      </w:pPr>
      <w:r w:rsidRPr="01FA22AC">
        <w:rPr>
          <w:rFonts w:ascii="Aptos Narrow" w:hAnsi="Aptos Narrow"/>
        </w:rPr>
        <w:t>□</w:t>
      </w:r>
      <w:r>
        <w:t xml:space="preserve"> Strongly agree</w:t>
      </w:r>
    </w:p>
    <w:p w14:paraId="26D19074" w14:textId="77777777" w:rsidR="008E4C47" w:rsidRDefault="008E4C47" w:rsidP="008E4C47">
      <w:pPr>
        <w:spacing w:after="0" w:line="240" w:lineRule="auto"/>
      </w:pPr>
      <w:r w:rsidRPr="01FA22AC">
        <w:rPr>
          <w:rFonts w:ascii="Aptos Narrow" w:hAnsi="Aptos Narrow"/>
        </w:rPr>
        <w:t xml:space="preserve">□ </w:t>
      </w:r>
      <w:r>
        <w:t>Somewhat agree</w:t>
      </w:r>
    </w:p>
    <w:p w14:paraId="509F6E75" w14:textId="77777777" w:rsidR="008E4C47" w:rsidRDefault="008E4C47" w:rsidP="008E4C47">
      <w:pPr>
        <w:spacing w:after="0" w:line="240" w:lineRule="auto"/>
        <w:rPr>
          <w:lang w:val="en-GB"/>
        </w:rPr>
      </w:pPr>
      <w:r w:rsidRPr="01FA22AC">
        <w:rPr>
          <w:rFonts w:ascii="Aptos Narrow" w:hAnsi="Aptos Narrow"/>
        </w:rPr>
        <w:t>□</w:t>
      </w:r>
      <w:r>
        <w:t xml:space="preserve"> Somewhat disagree</w:t>
      </w:r>
    </w:p>
    <w:p w14:paraId="0F5D60D0" w14:textId="77777777" w:rsidR="008E4C47" w:rsidRDefault="008E4C47" w:rsidP="008E4C47">
      <w:pPr>
        <w:spacing w:after="0" w:line="240" w:lineRule="auto"/>
        <w:rPr>
          <w:lang w:val="en-GB"/>
        </w:rPr>
      </w:pPr>
      <w:r w:rsidRPr="01FA22AC">
        <w:rPr>
          <w:rFonts w:ascii="Aptos Narrow" w:hAnsi="Aptos Narrow"/>
        </w:rPr>
        <w:t xml:space="preserve">□ </w:t>
      </w:r>
      <w:r>
        <w:t>Strongly disagree</w:t>
      </w:r>
    </w:p>
    <w:p w14:paraId="7021823E" w14:textId="77777777" w:rsidR="008E4C47" w:rsidRDefault="008E4C47" w:rsidP="00DE2DE0">
      <w:pPr>
        <w:spacing w:after="0" w:line="240" w:lineRule="auto"/>
      </w:pPr>
    </w:p>
    <w:p w14:paraId="1B739078" w14:textId="77777777" w:rsidR="00CD6D0B" w:rsidRDefault="00CD6D0B" w:rsidP="00DE2DE0">
      <w:pPr>
        <w:spacing w:after="0" w:line="240" w:lineRule="auto"/>
      </w:pPr>
    </w:p>
    <w:p w14:paraId="71556213" w14:textId="4206048E" w:rsidR="005C43B8" w:rsidRPr="008E4C47" w:rsidRDefault="008E4C47" w:rsidP="00DE2DE0">
      <w:pPr>
        <w:spacing w:after="0" w:line="240" w:lineRule="auto"/>
        <w:rPr>
          <w:b/>
          <w:bCs/>
        </w:rPr>
      </w:pPr>
      <w:r w:rsidRPr="008E4C47">
        <w:rPr>
          <w:b/>
          <w:bCs/>
        </w:rPr>
        <w:lastRenderedPageBreak/>
        <w:t>Q</w:t>
      </w:r>
      <w:r w:rsidR="00FF4FD5">
        <w:rPr>
          <w:b/>
          <w:bCs/>
        </w:rPr>
        <w:t>24</w:t>
      </w:r>
      <w:r w:rsidRPr="008E4C47">
        <w:rPr>
          <w:b/>
          <w:bCs/>
        </w:rPr>
        <w:t>. Please explain the reasoning for your answer:</w:t>
      </w:r>
    </w:p>
    <w:p w14:paraId="3EA5455C" w14:textId="77777777" w:rsidR="008E4C47" w:rsidRDefault="008E4C47" w:rsidP="00DE2DE0">
      <w:pPr>
        <w:spacing w:after="0" w:line="240" w:lineRule="auto"/>
      </w:pPr>
    </w:p>
    <w:tbl>
      <w:tblPr>
        <w:tblStyle w:val="TableGrid"/>
        <w:tblW w:w="0" w:type="auto"/>
        <w:tblLook w:val="04A0" w:firstRow="1" w:lastRow="0" w:firstColumn="1" w:lastColumn="0" w:noHBand="0" w:noVBand="1"/>
      </w:tblPr>
      <w:tblGrid>
        <w:gridCol w:w="10070"/>
      </w:tblGrid>
      <w:tr w:rsidR="008E4C47" w14:paraId="3A828C79" w14:textId="77777777" w:rsidTr="008E4C47">
        <w:tc>
          <w:tcPr>
            <w:tcW w:w="10070" w:type="dxa"/>
          </w:tcPr>
          <w:p w14:paraId="3C00BC5A" w14:textId="77777777" w:rsidR="008E4C47" w:rsidRDefault="008E4C47" w:rsidP="00DE2DE0">
            <w:pPr>
              <w:spacing w:line="240" w:lineRule="auto"/>
            </w:pPr>
          </w:p>
          <w:p w14:paraId="4896CAC7" w14:textId="77777777" w:rsidR="008E4C47" w:rsidRDefault="008E4C47" w:rsidP="00DE2DE0">
            <w:pPr>
              <w:spacing w:line="240" w:lineRule="auto"/>
            </w:pPr>
          </w:p>
          <w:p w14:paraId="42BF2887" w14:textId="77777777" w:rsidR="008E4C47" w:rsidRDefault="008E4C47" w:rsidP="00DE2DE0">
            <w:pPr>
              <w:spacing w:line="240" w:lineRule="auto"/>
            </w:pPr>
          </w:p>
        </w:tc>
      </w:tr>
    </w:tbl>
    <w:p w14:paraId="3E297600" w14:textId="77777777" w:rsidR="00B50AF9" w:rsidRDefault="00B50AF9" w:rsidP="00DE2DE0">
      <w:pPr>
        <w:spacing w:after="0" w:line="240" w:lineRule="auto"/>
        <w:rPr>
          <w:b/>
          <w:bCs/>
        </w:rPr>
      </w:pPr>
    </w:p>
    <w:p w14:paraId="183187D0" w14:textId="77777777" w:rsidR="006F7D6D" w:rsidRDefault="006F7D6D" w:rsidP="00DE2DE0">
      <w:pPr>
        <w:spacing w:after="0" w:line="240" w:lineRule="auto"/>
        <w:rPr>
          <w:b/>
          <w:bCs/>
        </w:rPr>
      </w:pPr>
    </w:p>
    <w:p w14:paraId="11326BB8" w14:textId="621CB57A" w:rsidR="008E64A9" w:rsidRPr="003938AB" w:rsidRDefault="008E4C47" w:rsidP="00DE2DE0">
      <w:pPr>
        <w:spacing w:after="0" w:line="240" w:lineRule="auto"/>
        <w:rPr>
          <w:b/>
          <w:bCs/>
        </w:rPr>
      </w:pPr>
      <w:r w:rsidRPr="003938AB">
        <w:rPr>
          <w:b/>
          <w:bCs/>
        </w:rPr>
        <w:t>Q</w:t>
      </w:r>
      <w:r w:rsidR="00FF4FD5">
        <w:rPr>
          <w:b/>
          <w:bCs/>
        </w:rPr>
        <w:t>25</w:t>
      </w:r>
      <w:r w:rsidR="7A67575E" w:rsidRPr="003938AB">
        <w:rPr>
          <w:b/>
          <w:bCs/>
        </w:rPr>
        <w:t>.</w:t>
      </w:r>
      <w:r w:rsidR="008E64A9" w:rsidRPr="003938AB">
        <w:rPr>
          <w:b/>
          <w:bCs/>
        </w:rPr>
        <w:t xml:space="preserve"> </w:t>
      </w:r>
      <w:r w:rsidR="31DF9325" w:rsidRPr="003938AB">
        <w:rPr>
          <w:b/>
          <w:bCs/>
        </w:rPr>
        <w:t>Unallocated Local Fund Spend</w:t>
      </w:r>
    </w:p>
    <w:p w14:paraId="599AAA02" w14:textId="0B8D42DA" w:rsidR="008E4C47" w:rsidRPr="003938AB" w:rsidRDefault="31DF9325" w:rsidP="00DE2DE0">
      <w:pPr>
        <w:spacing w:after="0" w:line="240" w:lineRule="auto"/>
        <w:rPr>
          <w:b/>
          <w:bCs/>
        </w:rPr>
      </w:pPr>
      <w:r w:rsidRPr="003938AB">
        <w:rPr>
          <w:b/>
          <w:bCs/>
        </w:rPr>
        <w:t>A</w:t>
      </w:r>
      <w:r w:rsidR="007D7ADC" w:rsidRPr="003938AB">
        <w:rPr>
          <w:b/>
          <w:bCs/>
        </w:rPr>
        <w:t xml:space="preserve"> </w:t>
      </w:r>
      <w:r w:rsidR="00851FE8" w:rsidRPr="003938AB">
        <w:rPr>
          <w:b/>
          <w:bCs/>
        </w:rPr>
        <w:t xml:space="preserve">key </w:t>
      </w:r>
      <w:r w:rsidR="00435797" w:rsidRPr="003938AB">
        <w:rPr>
          <w:b/>
          <w:bCs/>
        </w:rPr>
        <w:t xml:space="preserve">challenge </w:t>
      </w:r>
      <w:r w:rsidR="4814CDF4" w:rsidRPr="003938AB">
        <w:rPr>
          <w:b/>
          <w:bCs/>
        </w:rPr>
        <w:t xml:space="preserve">for </w:t>
      </w:r>
      <w:r w:rsidR="00435797" w:rsidRPr="003938AB">
        <w:rPr>
          <w:b/>
          <w:bCs/>
        </w:rPr>
        <w:t xml:space="preserve">Local Funds is </w:t>
      </w:r>
      <w:r w:rsidR="0F78C9D4" w:rsidRPr="003938AB">
        <w:rPr>
          <w:b/>
          <w:bCs/>
        </w:rPr>
        <w:t xml:space="preserve">allocating </w:t>
      </w:r>
      <w:r w:rsidR="00A705E4">
        <w:rPr>
          <w:b/>
          <w:bCs/>
        </w:rPr>
        <w:t xml:space="preserve">all the </w:t>
      </w:r>
      <w:r w:rsidR="002743E9" w:rsidRPr="003938AB">
        <w:rPr>
          <w:b/>
          <w:bCs/>
        </w:rPr>
        <w:t>annual</w:t>
      </w:r>
      <w:r w:rsidR="6CDAF9B2" w:rsidRPr="003938AB">
        <w:rPr>
          <w:b/>
          <w:bCs/>
        </w:rPr>
        <w:t xml:space="preserve"> funding, particularly </w:t>
      </w:r>
      <w:r w:rsidR="00851FE8" w:rsidRPr="003938AB">
        <w:rPr>
          <w:b/>
          <w:bCs/>
        </w:rPr>
        <w:t>for large</w:t>
      </w:r>
      <w:r w:rsidR="00EB29B2">
        <w:rPr>
          <w:b/>
          <w:bCs/>
        </w:rPr>
        <w:t xml:space="preserve"> levels of CBC which are paid annually for a minimum of 20 years but could extend to 40 years.</w:t>
      </w:r>
    </w:p>
    <w:p w14:paraId="54E3C866" w14:textId="33BFA145" w:rsidR="008E64A9" w:rsidRPr="003938AB" w:rsidRDefault="002743E9" w:rsidP="00DE2DE0">
      <w:pPr>
        <w:spacing w:after="0" w:line="240" w:lineRule="auto"/>
        <w:rPr>
          <w:b/>
          <w:bCs/>
        </w:rPr>
      </w:pPr>
      <w:r w:rsidRPr="003938AB">
        <w:rPr>
          <w:b/>
          <w:bCs/>
        </w:rPr>
        <w:t xml:space="preserve"> </w:t>
      </w:r>
    </w:p>
    <w:p w14:paraId="6C09CCA2" w14:textId="282F6A0F" w:rsidR="008E64A9" w:rsidRPr="003938AB" w:rsidRDefault="008E4C47" w:rsidP="00DE2DE0">
      <w:pPr>
        <w:spacing w:after="0" w:line="240" w:lineRule="auto"/>
        <w:rPr>
          <w:b/>
          <w:bCs/>
        </w:rPr>
      </w:pPr>
      <w:r w:rsidRPr="003938AB">
        <w:rPr>
          <w:b/>
          <w:bCs/>
        </w:rPr>
        <w:t>To what extent d</w:t>
      </w:r>
      <w:r w:rsidR="2F861A6D" w:rsidRPr="003938AB">
        <w:rPr>
          <w:b/>
          <w:bCs/>
        </w:rPr>
        <w:t xml:space="preserve">o you </w:t>
      </w:r>
      <w:r w:rsidR="007D7ADC" w:rsidRPr="003938AB">
        <w:rPr>
          <w:b/>
          <w:bCs/>
        </w:rPr>
        <w:t>a</w:t>
      </w:r>
      <w:r w:rsidR="2F861A6D" w:rsidRPr="003938AB">
        <w:rPr>
          <w:b/>
          <w:bCs/>
        </w:rPr>
        <w:t xml:space="preserve">gree </w:t>
      </w:r>
      <w:r w:rsidRPr="003938AB">
        <w:rPr>
          <w:b/>
          <w:bCs/>
        </w:rPr>
        <w:t xml:space="preserve">or disagree </w:t>
      </w:r>
      <w:r w:rsidR="2F861A6D" w:rsidRPr="003938AB">
        <w:rPr>
          <w:b/>
          <w:bCs/>
        </w:rPr>
        <w:t xml:space="preserve">that any unallocated </w:t>
      </w:r>
      <w:r w:rsidR="00FC72C5" w:rsidRPr="003938AB">
        <w:rPr>
          <w:b/>
          <w:bCs/>
        </w:rPr>
        <w:t xml:space="preserve">Local Fund </w:t>
      </w:r>
      <w:proofErr w:type="gramStart"/>
      <w:r w:rsidR="00B47A99" w:rsidRPr="003938AB">
        <w:rPr>
          <w:b/>
          <w:bCs/>
        </w:rPr>
        <w:t>in a</w:t>
      </w:r>
      <w:r w:rsidR="264ECAF0" w:rsidRPr="003938AB">
        <w:rPr>
          <w:b/>
          <w:bCs/>
        </w:rPr>
        <w:t xml:space="preserve"> given</w:t>
      </w:r>
      <w:r w:rsidR="00B47A99" w:rsidRPr="003938AB">
        <w:rPr>
          <w:b/>
          <w:bCs/>
        </w:rPr>
        <w:t xml:space="preserve"> year</w:t>
      </w:r>
      <w:proofErr w:type="gramEnd"/>
      <w:r w:rsidR="3072DCC8" w:rsidRPr="003938AB">
        <w:rPr>
          <w:b/>
          <w:bCs/>
        </w:rPr>
        <w:t xml:space="preserve"> should be transferred to the</w:t>
      </w:r>
      <w:r w:rsidR="00AB3D18" w:rsidRPr="003938AB">
        <w:rPr>
          <w:b/>
          <w:bCs/>
        </w:rPr>
        <w:t xml:space="preserve"> </w:t>
      </w:r>
      <w:r w:rsidR="47CC2975" w:rsidRPr="003938AB">
        <w:rPr>
          <w:b/>
          <w:bCs/>
        </w:rPr>
        <w:t>S</w:t>
      </w:r>
      <w:r w:rsidR="007F548E" w:rsidRPr="003938AB">
        <w:rPr>
          <w:b/>
          <w:bCs/>
        </w:rPr>
        <w:t xml:space="preserve">trategic </w:t>
      </w:r>
      <w:r w:rsidR="4C962BA7" w:rsidRPr="003938AB">
        <w:rPr>
          <w:b/>
          <w:bCs/>
        </w:rPr>
        <w:t>F</w:t>
      </w:r>
      <w:r w:rsidR="007F548E" w:rsidRPr="003938AB">
        <w:rPr>
          <w:b/>
          <w:bCs/>
        </w:rPr>
        <w:t>und</w:t>
      </w:r>
      <w:r w:rsidR="00E36AB7">
        <w:rPr>
          <w:b/>
          <w:bCs/>
        </w:rPr>
        <w:t xml:space="preserve"> to support bigger </w:t>
      </w:r>
      <w:proofErr w:type="spellStart"/>
      <w:r w:rsidR="00E36AB7">
        <w:rPr>
          <w:b/>
          <w:bCs/>
        </w:rPr>
        <w:t>programmes</w:t>
      </w:r>
      <w:proofErr w:type="spellEnd"/>
      <w:r w:rsidR="00E36AB7">
        <w:rPr>
          <w:b/>
          <w:bCs/>
        </w:rPr>
        <w:t xml:space="preserve"> or projects</w:t>
      </w:r>
      <w:r w:rsidR="007F548E" w:rsidRPr="003938AB">
        <w:rPr>
          <w:b/>
          <w:bCs/>
        </w:rPr>
        <w:t>?</w:t>
      </w:r>
    </w:p>
    <w:p w14:paraId="59D6A09D" w14:textId="77777777" w:rsidR="008E4C47" w:rsidRDefault="008E4C47" w:rsidP="00DE2DE0">
      <w:pPr>
        <w:spacing w:after="0" w:line="240" w:lineRule="auto"/>
      </w:pPr>
    </w:p>
    <w:p w14:paraId="4AD08584" w14:textId="77777777" w:rsidR="008E4C47" w:rsidRDefault="008E4C47" w:rsidP="008E4C47">
      <w:pPr>
        <w:spacing w:after="0" w:line="240" w:lineRule="auto"/>
        <w:rPr>
          <w:lang w:val="en-GB"/>
        </w:rPr>
      </w:pPr>
      <w:r w:rsidRPr="01FA22AC">
        <w:rPr>
          <w:rFonts w:ascii="Aptos Narrow" w:hAnsi="Aptos Narrow"/>
        </w:rPr>
        <w:t>□</w:t>
      </w:r>
      <w:r>
        <w:t xml:space="preserve"> Strongly agree</w:t>
      </w:r>
    </w:p>
    <w:p w14:paraId="3C9EE8AD" w14:textId="77777777" w:rsidR="008E4C47" w:rsidRDefault="008E4C47" w:rsidP="008E4C47">
      <w:pPr>
        <w:spacing w:after="0" w:line="240" w:lineRule="auto"/>
      </w:pPr>
      <w:r w:rsidRPr="01FA22AC">
        <w:rPr>
          <w:rFonts w:ascii="Aptos Narrow" w:hAnsi="Aptos Narrow"/>
        </w:rPr>
        <w:t xml:space="preserve">□ </w:t>
      </w:r>
      <w:r>
        <w:t>Somewhat agree</w:t>
      </w:r>
    </w:p>
    <w:p w14:paraId="375118E1" w14:textId="77777777" w:rsidR="008E4C47" w:rsidRDefault="008E4C47" w:rsidP="008E4C47">
      <w:pPr>
        <w:spacing w:after="0" w:line="240" w:lineRule="auto"/>
        <w:rPr>
          <w:lang w:val="en-GB"/>
        </w:rPr>
      </w:pPr>
      <w:r w:rsidRPr="01FA22AC">
        <w:rPr>
          <w:rFonts w:ascii="Aptos Narrow" w:hAnsi="Aptos Narrow"/>
        </w:rPr>
        <w:t>□</w:t>
      </w:r>
      <w:r>
        <w:t xml:space="preserve"> Somewhat disagree</w:t>
      </w:r>
    </w:p>
    <w:p w14:paraId="3D343606" w14:textId="77777777" w:rsidR="008E4C47" w:rsidRDefault="008E4C47" w:rsidP="008E4C47">
      <w:pPr>
        <w:spacing w:after="0" w:line="240" w:lineRule="auto"/>
      </w:pPr>
      <w:r w:rsidRPr="01FA22AC">
        <w:rPr>
          <w:rFonts w:ascii="Aptos Narrow" w:hAnsi="Aptos Narrow"/>
        </w:rPr>
        <w:t xml:space="preserve">□ </w:t>
      </w:r>
      <w:r>
        <w:t>Strongly disagree</w:t>
      </w:r>
    </w:p>
    <w:p w14:paraId="60C444A9" w14:textId="77777777" w:rsidR="008E4C47" w:rsidRDefault="008E4C47" w:rsidP="008E4C47">
      <w:pPr>
        <w:spacing w:after="0" w:line="240" w:lineRule="auto"/>
      </w:pPr>
    </w:p>
    <w:p w14:paraId="4484005E" w14:textId="77777777" w:rsidR="006F7D6D" w:rsidRDefault="006F7D6D" w:rsidP="008E4C47">
      <w:pPr>
        <w:spacing w:after="0" w:line="240" w:lineRule="auto"/>
      </w:pPr>
    </w:p>
    <w:p w14:paraId="79449771" w14:textId="77777777" w:rsidR="008E4C47" w:rsidRPr="00D23138" w:rsidRDefault="008E4C47" w:rsidP="008E4C47">
      <w:pPr>
        <w:spacing w:after="0" w:line="240" w:lineRule="auto"/>
        <w:rPr>
          <w:color w:val="0070C0"/>
        </w:rPr>
      </w:pPr>
      <w:r w:rsidRPr="00D23138">
        <w:rPr>
          <w:color w:val="0070C0"/>
        </w:rPr>
        <w:t>[Conditional formatting – if</w:t>
      </w:r>
      <w:r>
        <w:rPr>
          <w:color w:val="0070C0"/>
        </w:rPr>
        <w:t xml:space="preserve"> somewhat disagree or strongly disagree</w:t>
      </w:r>
      <w:r w:rsidRPr="00D23138">
        <w:rPr>
          <w:color w:val="0070C0"/>
        </w:rPr>
        <w:t xml:space="preserve">] </w:t>
      </w:r>
    </w:p>
    <w:p w14:paraId="26BA3708" w14:textId="7D0492D2" w:rsidR="00AB3D18" w:rsidRPr="00DC5259" w:rsidRDefault="00293799" w:rsidP="00DE2DE0">
      <w:pPr>
        <w:spacing w:after="0" w:line="240" w:lineRule="auto"/>
        <w:rPr>
          <w:b/>
          <w:bCs/>
        </w:rPr>
      </w:pPr>
      <w:r w:rsidRPr="00DC5259">
        <w:rPr>
          <w:b/>
          <w:bCs/>
        </w:rPr>
        <w:t>Q</w:t>
      </w:r>
      <w:r w:rsidR="00FF4FD5">
        <w:rPr>
          <w:b/>
          <w:bCs/>
        </w:rPr>
        <w:t>26</w:t>
      </w:r>
      <w:r w:rsidRPr="00DC5259">
        <w:rPr>
          <w:b/>
          <w:bCs/>
        </w:rPr>
        <w:t>. P</w:t>
      </w:r>
      <w:r w:rsidR="00AB3D18" w:rsidRPr="00DC5259">
        <w:rPr>
          <w:b/>
          <w:bCs/>
        </w:rPr>
        <w:t xml:space="preserve">lease </w:t>
      </w:r>
      <w:r w:rsidR="0F9BF8A5" w:rsidRPr="00DC5259">
        <w:rPr>
          <w:b/>
          <w:bCs/>
        </w:rPr>
        <w:t>explain</w:t>
      </w:r>
      <w:r w:rsidR="00AB3D18" w:rsidRPr="00DC5259">
        <w:rPr>
          <w:b/>
          <w:bCs/>
        </w:rPr>
        <w:t xml:space="preserve"> </w:t>
      </w:r>
      <w:r w:rsidRPr="00DC5259">
        <w:rPr>
          <w:b/>
          <w:bCs/>
        </w:rPr>
        <w:t>the</w:t>
      </w:r>
      <w:r w:rsidR="00AB3D18" w:rsidRPr="00DC5259">
        <w:rPr>
          <w:b/>
          <w:bCs/>
        </w:rPr>
        <w:t xml:space="preserve"> reasons</w:t>
      </w:r>
      <w:r w:rsidRPr="00DC5259">
        <w:rPr>
          <w:b/>
          <w:bCs/>
        </w:rPr>
        <w:t xml:space="preserve"> for your answer:</w:t>
      </w:r>
      <w:r w:rsidR="00AB3D18" w:rsidRPr="00DC5259">
        <w:rPr>
          <w:b/>
          <w:bCs/>
        </w:rPr>
        <w:t xml:space="preserve"> </w:t>
      </w:r>
    </w:p>
    <w:p w14:paraId="70B0DDFF" w14:textId="77777777" w:rsidR="00AB3D18" w:rsidRDefault="00AB3D18" w:rsidP="00DE2DE0">
      <w:pPr>
        <w:spacing w:after="0" w:line="240" w:lineRule="auto"/>
      </w:pPr>
    </w:p>
    <w:tbl>
      <w:tblPr>
        <w:tblStyle w:val="TableGrid"/>
        <w:tblW w:w="0" w:type="auto"/>
        <w:tblLook w:val="04A0" w:firstRow="1" w:lastRow="0" w:firstColumn="1" w:lastColumn="0" w:noHBand="0" w:noVBand="1"/>
      </w:tblPr>
      <w:tblGrid>
        <w:gridCol w:w="10070"/>
      </w:tblGrid>
      <w:tr w:rsidR="00DC5259" w14:paraId="6772EF23" w14:textId="77777777" w:rsidTr="00DC5259">
        <w:tc>
          <w:tcPr>
            <w:tcW w:w="10070" w:type="dxa"/>
          </w:tcPr>
          <w:p w14:paraId="658AF3E5" w14:textId="77777777" w:rsidR="00DC5259" w:rsidRDefault="00DC5259" w:rsidP="00DE2DE0">
            <w:pPr>
              <w:spacing w:line="240" w:lineRule="auto"/>
            </w:pPr>
          </w:p>
          <w:p w14:paraId="1C201FE5" w14:textId="77777777" w:rsidR="00DC5259" w:rsidRDefault="00DC5259" w:rsidP="00DE2DE0">
            <w:pPr>
              <w:spacing w:line="240" w:lineRule="auto"/>
            </w:pPr>
          </w:p>
          <w:p w14:paraId="169EDC37" w14:textId="77777777" w:rsidR="00DC5259" w:rsidRDefault="00DC5259" w:rsidP="00DE2DE0">
            <w:pPr>
              <w:spacing w:line="240" w:lineRule="auto"/>
            </w:pPr>
          </w:p>
        </w:tc>
      </w:tr>
    </w:tbl>
    <w:p w14:paraId="0C3F9345" w14:textId="77777777" w:rsidR="00DC5259" w:rsidRDefault="00DC5259" w:rsidP="00DE2DE0">
      <w:pPr>
        <w:spacing w:after="0" w:line="240" w:lineRule="auto"/>
      </w:pPr>
    </w:p>
    <w:p w14:paraId="145109AE" w14:textId="77777777" w:rsidR="00C222DA" w:rsidRDefault="00C222DA" w:rsidP="00DE2DE0">
      <w:pPr>
        <w:spacing w:after="0" w:line="240" w:lineRule="auto"/>
      </w:pPr>
    </w:p>
    <w:p w14:paraId="14CB8939" w14:textId="2666BBCD" w:rsidR="0081163F" w:rsidRDefault="00DC5259" w:rsidP="00DE2DE0">
      <w:pPr>
        <w:spacing w:after="0" w:line="240" w:lineRule="auto"/>
        <w:rPr>
          <w:b/>
          <w:bCs/>
        </w:rPr>
      </w:pPr>
      <w:r w:rsidRPr="00DC5259">
        <w:rPr>
          <w:b/>
          <w:bCs/>
        </w:rPr>
        <w:t>Q</w:t>
      </w:r>
      <w:r w:rsidR="00FF4FD5">
        <w:rPr>
          <w:b/>
          <w:bCs/>
        </w:rPr>
        <w:t>27</w:t>
      </w:r>
      <w:r w:rsidRPr="00DC5259">
        <w:rPr>
          <w:b/>
          <w:bCs/>
        </w:rPr>
        <w:t xml:space="preserve">. </w:t>
      </w:r>
      <w:r w:rsidR="00C222DA" w:rsidRPr="00DC5259">
        <w:rPr>
          <w:b/>
          <w:bCs/>
        </w:rPr>
        <w:t xml:space="preserve">Paragraph 2.9 compares </w:t>
      </w:r>
      <w:r w:rsidR="00C30BDF" w:rsidRPr="00DC5259">
        <w:rPr>
          <w:b/>
          <w:bCs/>
        </w:rPr>
        <w:t xml:space="preserve">CBC and CSO in terms of </w:t>
      </w:r>
      <w:r w:rsidR="00EB5365">
        <w:rPr>
          <w:b/>
          <w:bCs/>
        </w:rPr>
        <w:t>value/</w:t>
      </w:r>
      <w:r w:rsidR="00C30BDF" w:rsidRPr="00DC5259">
        <w:rPr>
          <w:b/>
          <w:bCs/>
        </w:rPr>
        <w:t xml:space="preserve">tariffs. </w:t>
      </w:r>
    </w:p>
    <w:p w14:paraId="275B6C3F" w14:textId="77777777" w:rsidR="00DC5259" w:rsidRPr="00DC5259" w:rsidRDefault="00DC5259" w:rsidP="00DE2DE0">
      <w:pPr>
        <w:spacing w:after="0" w:line="240" w:lineRule="auto"/>
        <w:rPr>
          <w:b/>
          <w:bCs/>
        </w:rPr>
      </w:pPr>
    </w:p>
    <w:p w14:paraId="70CEABBB" w14:textId="5203B886" w:rsidR="0081163F" w:rsidRPr="00DC5259" w:rsidRDefault="34E7E31F" w:rsidP="00DE2DE0">
      <w:pPr>
        <w:spacing w:after="0" w:line="240" w:lineRule="auto"/>
        <w:rPr>
          <w:b/>
          <w:bCs/>
        </w:rPr>
      </w:pPr>
      <w:r w:rsidRPr="00DC5259">
        <w:rPr>
          <w:b/>
          <w:bCs/>
        </w:rPr>
        <w:t xml:space="preserve">Does this comparison </w:t>
      </w:r>
      <w:r w:rsidR="007766B0" w:rsidRPr="00DC5259">
        <w:rPr>
          <w:b/>
          <w:bCs/>
        </w:rPr>
        <w:t xml:space="preserve">make you </w:t>
      </w:r>
      <w:proofErr w:type="gramStart"/>
      <w:r w:rsidR="007766B0" w:rsidRPr="00DC5259">
        <w:rPr>
          <w:b/>
          <w:bCs/>
        </w:rPr>
        <w:t xml:space="preserve">more </w:t>
      </w:r>
      <w:r w:rsidR="00DC5259" w:rsidRPr="00DC5259">
        <w:rPr>
          <w:b/>
          <w:bCs/>
        </w:rPr>
        <w:t xml:space="preserve">or less </w:t>
      </w:r>
      <w:r w:rsidR="007766B0" w:rsidRPr="00DC5259">
        <w:rPr>
          <w:b/>
          <w:bCs/>
        </w:rPr>
        <w:t>inclined</w:t>
      </w:r>
      <w:proofErr w:type="gramEnd"/>
      <w:r w:rsidR="007766B0" w:rsidRPr="00DC5259">
        <w:rPr>
          <w:b/>
          <w:bCs/>
        </w:rPr>
        <w:t xml:space="preserve"> to consider CSO as a</w:t>
      </w:r>
      <w:r w:rsidR="0081163F" w:rsidRPr="00DC5259">
        <w:rPr>
          <w:b/>
          <w:bCs/>
        </w:rPr>
        <w:t xml:space="preserve"> key opportunity for host communities?</w:t>
      </w:r>
    </w:p>
    <w:p w14:paraId="48E6232E" w14:textId="77777777" w:rsidR="00DC5259" w:rsidRDefault="00DC5259" w:rsidP="00DE2DE0">
      <w:pPr>
        <w:spacing w:after="0" w:line="240" w:lineRule="auto"/>
      </w:pPr>
    </w:p>
    <w:p w14:paraId="109C8738" w14:textId="77777777" w:rsidR="00DC5259" w:rsidRDefault="22786B84" w:rsidP="00DE2DE0">
      <w:pPr>
        <w:spacing w:after="0" w:line="240" w:lineRule="auto"/>
      </w:pPr>
      <w:r w:rsidRPr="01FA22AC">
        <w:rPr>
          <w:rFonts w:ascii="Aptos Narrow" w:hAnsi="Aptos Narrow"/>
        </w:rPr>
        <w:t>□</w:t>
      </w:r>
      <w:r>
        <w:t xml:space="preserve"> </w:t>
      </w:r>
      <w:r w:rsidR="007F1861">
        <w:t>Y</w:t>
      </w:r>
      <w:r w:rsidR="12E6E701">
        <w:t>es</w:t>
      </w:r>
      <w:r w:rsidR="00DC5259">
        <w:t>, more inclined</w:t>
      </w:r>
    </w:p>
    <w:p w14:paraId="3B3A6E9A" w14:textId="106D23D1" w:rsidR="00DC5259" w:rsidRDefault="00DC5259" w:rsidP="00DC5259">
      <w:pPr>
        <w:spacing w:after="0" w:line="240" w:lineRule="auto"/>
      </w:pPr>
      <w:r w:rsidRPr="01FA22AC">
        <w:rPr>
          <w:rFonts w:ascii="Aptos Narrow" w:hAnsi="Aptos Narrow"/>
        </w:rPr>
        <w:t>□</w:t>
      </w:r>
      <w:r>
        <w:t xml:space="preserve"> Yes, somewhat inclined</w:t>
      </w:r>
    </w:p>
    <w:p w14:paraId="4BB1CB82" w14:textId="36DDDA8F" w:rsidR="00DC5259" w:rsidRDefault="00DC5259" w:rsidP="00DC5259">
      <w:pPr>
        <w:spacing w:after="0" w:line="240" w:lineRule="auto"/>
      </w:pPr>
      <w:r w:rsidRPr="01FA22AC">
        <w:rPr>
          <w:rFonts w:ascii="Aptos Narrow" w:hAnsi="Aptos Narrow"/>
        </w:rPr>
        <w:t>□</w:t>
      </w:r>
      <w:r>
        <w:t xml:space="preserve"> No, somewhat less inclined</w:t>
      </w:r>
    </w:p>
    <w:p w14:paraId="7E1E2FD1" w14:textId="280CE4CB" w:rsidR="007F1861" w:rsidRDefault="12E6E701" w:rsidP="00DE2DE0">
      <w:pPr>
        <w:spacing w:after="0" w:line="240" w:lineRule="auto"/>
      </w:pPr>
      <w:r w:rsidRPr="01FA22AC">
        <w:rPr>
          <w:rFonts w:ascii="Aptos Narrow" w:hAnsi="Aptos Narrow"/>
        </w:rPr>
        <w:t>□</w:t>
      </w:r>
      <w:r>
        <w:t xml:space="preserve"> </w:t>
      </w:r>
      <w:r w:rsidR="007F1861">
        <w:t>N</w:t>
      </w:r>
      <w:r w:rsidR="1EB8EC5A">
        <w:t>o</w:t>
      </w:r>
      <w:r w:rsidR="00DC5259">
        <w:t>, not inclined at all</w:t>
      </w:r>
    </w:p>
    <w:p w14:paraId="6C2DE6A2" w14:textId="77777777" w:rsidR="007F1861" w:rsidRDefault="007F1861" w:rsidP="00DE2DE0">
      <w:pPr>
        <w:spacing w:after="0" w:line="240" w:lineRule="auto"/>
      </w:pPr>
    </w:p>
    <w:p w14:paraId="64DA1DC5" w14:textId="56FA8A18" w:rsidR="00DC5259" w:rsidRPr="00D23138" w:rsidRDefault="00DC5259" w:rsidP="00DC5259">
      <w:pPr>
        <w:spacing w:after="0" w:line="240" w:lineRule="auto"/>
        <w:rPr>
          <w:color w:val="0070C0"/>
        </w:rPr>
      </w:pPr>
      <w:r w:rsidRPr="00D23138">
        <w:rPr>
          <w:color w:val="0070C0"/>
        </w:rPr>
        <w:t>Conditional formatting – if</w:t>
      </w:r>
      <w:r>
        <w:rPr>
          <w:color w:val="0070C0"/>
        </w:rPr>
        <w:t xml:space="preserve"> no, somewhat less inclined or no, not inclined at all</w:t>
      </w:r>
      <w:r w:rsidRPr="00D23138">
        <w:rPr>
          <w:color w:val="0070C0"/>
        </w:rPr>
        <w:t xml:space="preserve"> </w:t>
      </w:r>
    </w:p>
    <w:p w14:paraId="1EB4FDC3" w14:textId="0F08140C" w:rsidR="00DC5259" w:rsidRPr="00DC5259" w:rsidRDefault="00DC5259" w:rsidP="00DC5259">
      <w:pPr>
        <w:spacing w:after="0" w:line="240" w:lineRule="auto"/>
        <w:rPr>
          <w:b/>
          <w:bCs/>
        </w:rPr>
      </w:pPr>
      <w:r w:rsidRPr="00DC5259">
        <w:rPr>
          <w:b/>
          <w:bCs/>
        </w:rPr>
        <w:t>Q</w:t>
      </w:r>
      <w:r w:rsidR="00FF4FD5">
        <w:rPr>
          <w:b/>
          <w:bCs/>
        </w:rPr>
        <w:t>28</w:t>
      </w:r>
      <w:r w:rsidRPr="00DC5259">
        <w:rPr>
          <w:b/>
          <w:bCs/>
        </w:rPr>
        <w:t xml:space="preserve">. Please explain the reasons for your answer: </w:t>
      </w:r>
    </w:p>
    <w:p w14:paraId="2077EA99" w14:textId="77777777" w:rsidR="00DC5259" w:rsidRDefault="00DC5259" w:rsidP="00DC5259">
      <w:pPr>
        <w:spacing w:after="0" w:line="240" w:lineRule="auto"/>
      </w:pPr>
    </w:p>
    <w:p w14:paraId="336FB15F" w14:textId="77777777" w:rsidR="00DC5259" w:rsidRDefault="00DC5259" w:rsidP="00DC5259">
      <w:pPr>
        <w:spacing w:after="0" w:line="240" w:lineRule="auto"/>
      </w:pPr>
    </w:p>
    <w:tbl>
      <w:tblPr>
        <w:tblStyle w:val="TableGrid"/>
        <w:tblW w:w="0" w:type="auto"/>
        <w:tblLook w:val="04A0" w:firstRow="1" w:lastRow="0" w:firstColumn="1" w:lastColumn="0" w:noHBand="0" w:noVBand="1"/>
      </w:tblPr>
      <w:tblGrid>
        <w:gridCol w:w="10070"/>
      </w:tblGrid>
      <w:tr w:rsidR="00DC5259" w14:paraId="4C74266C" w14:textId="77777777" w:rsidTr="003D2EE6">
        <w:tc>
          <w:tcPr>
            <w:tcW w:w="10070" w:type="dxa"/>
          </w:tcPr>
          <w:p w14:paraId="5EF44F6B" w14:textId="77777777" w:rsidR="00DC5259" w:rsidRDefault="00DC5259" w:rsidP="003D2EE6">
            <w:pPr>
              <w:spacing w:line="240" w:lineRule="auto"/>
            </w:pPr>
          </w:p>
          <w:p w14:paraId="5D97A7C4" w14:textId="77777777" w:rsidR="00DC5259" w:rsidRDefault="00DC5259" w:rsidP="003D2EE6">
            <w:pPr>
              <w:spacing w:line="240" w:lineRule="auto"/>
            </w:pPr>
          </w:p>
          <w:p w14:paraId="1E0BF9A0" w14:textId="77777777" w:rsidR="00DC5259" w:rsidRDefault="00DC5259" w:rsidP="003D2EE6">
            <w:pPr>
              <w:spacing w:line="240" w:lineRule="auto"/>
            </w:pPr>
          </w:p>
        </w:tc>
      </w:tr>
    </w:tbl>
    <w:p w14:paraId="3C57A2BD" w14:textId="3E383503" w:rsidR="0048229A" w:rsidRPr="006F7D6D" w:rsidRDefault="0048229A" w:rsidP="0048229A">
      <w:pPr>
        <w:spacing w:after="0" w:line="240" w:lineRule="auto"/>
        <w:rPr>
          <w:rFonts w:eastAsiaTheme="majorEastAsia" w:cstheme="majorBidi"/>
          <w:b/>
          <w:bCs/>
          <w:sz w:val="28"/>
          <w:szCs w:val="28"/>
        </w:rPr>
      </w:pPr>
      <w:r w:rsidRPr="006F7D6D">
        <w:rPr>
          <w:rFonts w:eastAsiaTheme="majorEastAsia" w:cstheme="majorBidi"/>
          <w:b/>
          <w:bCs/>
          <w:sz w:val="28"/>
          <w:szCs w:val="28"/>
        </w:rPr>
        <w:lastRenderedPageBreak/>
        <w:t xml:space="preserve">Part 3 </w:t>
      </w:r>
      <w:r w:rsidRPr="006F7D6D">
        <w:rPr>
          <w:rFonts w:eastAsiaTheme="majorEastAsia" w:cstheme="majorBidi"/>
          <w:b/>
          <w:bCs/>
          <w:szCs w:val="24"/>
        </w:rPr>
        <w:t xml:space="preserve">(please refer to pages 27– </w:t>
      </w:r>
      <w:r w:rsidR="000F0205" w:rsidRPr="006F7D6D">
        <w:rPr>
          <w:rFonts w:eastAsiaTheme="majorEastAsia" w:cstheme="majorBidi"/>
          <w:b/>
          <w:bCs/>
          <w:szCs w:val="24"/>
        </w:rPr>
        <w:t>34</w:t>
      </w:r>
      <w:r w:rsidRPr="006F7D6D">
        <w:rPr>
          <w:rFonts w:eastAsiaTheme="majorEastAsia" w:cstheme="majorBidi"/>
          <w:b/>
          <w:bCs/>
          <w:szCs w:val="24"/>
        </w:rPr>
        <w:t xml:space="preserve"> of the Consultation Document for further info)</w:t>
      </w:r>
    </w:p>
    <w:p w14:paraId="164E571C" w14:textId="77777777" w:rsidR="0048229A" w:rsidRDefault="0048229A" w:rsidP="00DE2DE0">
      <w:pPr>
        <w:spacing w:after="0" w:line="240" w:lineRule="auto"/>
        <w:rPr>
          <w:b/>
          <w:bCs/>
        </w:rPr>
      </w:pPr>
    </w:p>
    <w:p w14:paraId="775CBA5F" w14:textId="5EC8C75C" w:rsidR="00DC5259" w:rsidRDefault="00DC5259" w:rsidP="00DE2DE0">
      <w:pPr>
        <w:spacing w:after="0" w:line="240" w:lineRule="auto"/>
        <w:rPr>
          <w:b/>
          <w:bCs/>
        </w:rPr>
      </w:pPr>
      <w:r w:rsidRPr="00DC5259">
        <w:rPr>
          <w:b/>
          <w:bCs/>
        </w:rPr>
        <w:t>Q</w:t>
      </w:r>
      <w:r w:rsidR="00FF4FD5">
        <w:rPr>
          <w:b/>
          <w:bCs/>
        </w:rPr>
        <w:t>29</w:t>
      </w:r>
      <w:r w:rsidR="20E373B6" w:rsidRPr="00DC5259">
        <w:rPr>
          <w:b/>
          <w:bCs/>
        </w:rPr>
        <w:t>.</w:t>
      </w:r>
      <w:r w:rsidR="00FF4FD5">
        <w:rPr>
          <w:b/>
          <w:bCs/>
        </w:rPr>
        <w:t xml:space="preserve"> </w:t>
      </w:r>
      <w:r w:rsidR="6255AF54" w:rsidRPr="00DC5259">
        <w:rPr>
          <w:b/>
          <w:bCs/>
        </w:rPr>
        <w:t xml:space="preserve">Roles and </w:t>
      </w:r>
      <w:r w:rsidR="3F96ACB4" w:rsidRPr="00DC5259">
        <w:rPr>
          <w:b/>
          <w:bCs/>
        </w:rPr>
        <w:t>responsibilities</w:t>
      </w:r>
      <w:r w:rsidR="6255AF54" w:rsidRPr="00DC5259">
        <w:rPr>
          <w:b/>
          <w:bCs/>
        </w:rPr>
        <w:t xml:space="preserve"> in CBC and CSO delivery</w:t>
      </w:r>
    </w:p>
    <w:p w14:paraId="088A3FDF" w14:textId="380372ED" w:rsidR="00DF4E98" w:rsidRPr="00DC5259" w:rsidRDefault="20E373B6" w:rsidP="00DE2DE0">
      <w:pPr>
        <w:spacing w:after="0" w:line="240" w:lineRule="auto"/>
        <w:rPr>
          <w:b/>
          <w:bCs/>
        </w:rPr>
      </w:pPr>
      <w:r w:rsidRPr="00DC5259">
        <w:rPr>
          <w:b/>
          <w:bCs/>
        </w:rPr>
        <w:t xml:space="preserve"> </w:t>
      </w:r>
    </w:p>
    <w:p w14:paraId="09F7BCA1" w14:textId="0B30DA55" w:rsidR="00DF4E98" w:rsidRDefault="20E373B6" w:rsidP="00DE2DE0">
      <w:pPr>
        <w:spacing w:after="0" w:line="240" w:lineRule="auto"/>
        <w:rPr>
          <w:b/>
          <w:bCs/>
        </w:rPr>
      </w:pPr>
      <w:r w:rsidRPr="00DC5259">
        <w:rPr>
          <w:b/>
          <w:bCs/>
        </w:rPr>
        <w:t>In paragraph 3.3</w:t>
      </w:r>
      <w:r w:rsidR="009A6FE0">
        <w:rPr>
          <w:b/>
          <w:bCs/>
        </w:rPr>
        <w:t xml:space="preserve"> (page 28 in the consultation document)</w:t>
      </w:r>
      <w:r w:rsidR="6258A9B0" w:rsidRPr="00DC5259">
        <w:rPr>
          <w:b/>
          <w:bCs/>
        </w:rPr>
        <w:t>, we have set out the roles of key stakeholders in the securing and implementation of both CBC and CSO.</w:t>
      </w:r>
      <w:r w:rsidR="10E2ED54" w:rsidRPr="00DC5259">
        <w:rPr>
          <w:b/>
          <w:bCs/>
        </w:rPr>
        <w:t xml:space="preserve"> </w:t>
      </w:r>
    </w:p>
    <w:p w14:paraId="7190DA2C" w14:textId="77777777" w:rsidR="00DC5259" w:rsidRPr="00DC5259" w:rsidRDefault="00DC5259" w:rsidP="00DE2DE0">
      <w:pPr>
        <w:spacing w:after="0" w:line="240" w:lineRule="auto"/>
        <w:rPr>
          <w:b/>
          <w:bCs/>
        </w:rPr>
      </w:pPr>
    </w:p>
    <w:p w14:paraId="30B49F87" w14:textId="28F3D66D" w:rsidR="00DF4E98" w:rsidRDefault="10E2ED54" w:rsidP="00DE2DE0">
      <w:pPr>
        <w:spacing w:after="0" w:line="240" w:lineRule="auto"/>
        <w:rPr>
          <w:b/>
          <w:bCs/>
        </w:rPr>
      </w:pPr>
      <w:r w:rsidRPr="00DC5259">
        <w:rPr>
          <w:b/>
          <w:bCs/>
        </w:rPr>
        <w:t>Are the</w:t>
      </w:r>
      <w:r w:rsidR="30AA14EF" w:rsidRPr="00DC5259">
        <w:rPr>
          <w:b/>
          <w:bCs/>
        </w:rPr>
        <w:t>re any missing</w:t>
      </w:r>
      <w:r w:rsidRPr="00DC5259">
        <w:rPr>
          <w:b/>
          <w:bCs/>
        </w:rPr>
        <w:t xml:space="preserve"> role</w:t>
      </w:r>
      <w:r w:rsidR="30AA14EF" w:rsidRPr="00DC5259">
        <w:rPr>
          <w:b/>
          <w:bCs/>
        </w:rPr>
        <w:t xml:space="preserve">s and </w:t>
      </w:r>
      <w:r w:rsidR="73932076" w:rsidRPr="00DC5259">
        <w:rPr>
          <w:b/>
          <w:bCs/>
        </w:rPr>
        <w:t>responsibilities</w:t>
      </w:r>
      <w:r w:rsidR="1D2BA868" w:rsidRPr="00DC5259">
        <w:rPr>
          <w:b/>
          <w:bCs/>
        </w:rPr>
        <w:t xml:space="preserve"> that should be included</w:t>
      </w:r>
      <w:r w:rsidR="73932076" w:rsidRPr="00DC5259">
        <w:rPr>
          <w:b/>
          <w:bCs/>
        </w:rPr>
        <w:t>?</w:t>
      </w:r>
      <w:r w:rsidRPr="00DC5259">
        <w:rPr>
          <w:b/>
          <w:bCs/>
        </w:rPr>
        <w:t xml:space="preserve"> </w:t>
      </w:r>
    </w:p>
    <w:p w14:paraId="1C133DBE" w14:textId="77777777" w:rsidR="00DC5259" w:rsidRPr="00DC5259" w:rsidRDefault="00DC5259" w:rsidP="00DE2DE0">
      <w:pPr>
        <w:spacing w:after="0" w:line="240" w:lineRule="auto"/>
        <w:rPr>
          <w:b/>
          <w:bCs/>
        </w:rPr>
      </w:pPr>
    </w:p>
    <w:p w14:paraId="16BF32A6" w14:textId="64B2BCD7" w:rsidR="00D50C70" w:rsidRDefault="32D28A3D" w:rsidP="00DE2DE0">
      <w:pPr>
        <w:spacing w:after="0" w:line="240" w:lineRule="auto"/>
        <w:rPr>
          <w:lang w:val="en-GB"/>
        </w:rPr>
      </w:pPr>
      <w:r w:rsidRPr="403A216D">
        <w:rPr>
          <w:rFonts w:ascii="Aptos Narrow" w:hAnsi="Aptos Narrow"/>
        </w:rPr>
        <w:t>□</w:t>
      </w:r>
      <w:r>
        <w:t xml:space="preserve"> </w:t>
      </w:r>
      <w:r w:rsidR="0061438A">
        <w:t>Y</w:t>
      </w:r>
      <w:r w:rsidR="0EA71E78">
        <w:t>es</w:t>
      </w:r>
    </w:p>
    <w:p w14:paraId="47FFB07E" w14:textId="25D1D5DB" w:rsidR="00D50C70" w:rsidRDefault="5435515E" w:rsidP="00DE2DE0">
      <w:pPr>
        <w:spacing w:after="0" w:line="240" w:lineRule="auto"/>
        <w:rPr>
          <w:lang w:val="en-GB"/>
        </w:rPr>
      </w:pPr>
      <w:r w:rsidRPr="403A216D">
        <w:rPr>
          <w:rFonts w:ascii="Aptos Narrow" w:hAnsi="Aptos Narrow"/>
        </w:rPr>
        <w:t>□</w:t>
      </w:r>
      <w:r>
        <w:t xml:space="preserve"> </w:t>
      </w:r>
      <w:r w:rsidR="00B86CD6">
        <w:t>N</w:t>
      </w:r>
      <w:r w:rsidR="45ACF88B">
        <w:t>o</w:t>
      </w:r>
    </w:p>
    <w:p w14:paraId="1BED491D" w14:textId="77777777" w:rsidR="00DC5259" w:rsidRDefault="00DC5259" w:rsidP="00DE2DE0">
      <w:pPr>
        <w:spacing w:after="0" w:line="240" w:lineRule="auto"/>
      </w:pPr>
    </w:p>
    <w:p w14:paraId="4F8D1840" w14:textId="3EB2C371" w:rsidR="00DC5259" w:rsidRPr="00D23138" w:rsidRDefault="00DC5259" w:rsidP="00DC5259">
      <w:pPr>
        <w:spacing w:after="0" w:line="240" w:lineRule="auto"/>
        <w:rPr>
          <w:color w:val="0070C0"/>
        </w:rPr>
      </w:pPr>
      <w:r w:rsidRPr="00D23138">
        <w:rPr>
          <w:color w:val="0070C0"/>
        </w:rPr>
        <w:t>Conditional formatting – if</w:t>
      </w:r>
      <w:r>
        <w:rPr>
          <w:color w:val="0070C0"/>
        </w:rPr>
        <w:t xml:space="preserve"> yes</w:t>
      </w:r>
      <w:r w:rsidRPr="00D23138">
        <w:rPr>
          <w:color w:val="0070C0"/>
        </w:rPr>
        <w:t xml:space="preserve"> </w:t>
      </w:r>
    </w:p>
    <w:p w14:paraId="12D2EB8A" w14:textId="2C656E33" w:rsidR="0061438A" w:rsidRPr="00DC5259" w:rsidRDefault="00DC5259" w:rsidP="00DE2DE0">
      <w:pPr>
        <w:spacing w:after="0" w:line="240" w:lineRule="auto"/>
        <w:rPr>
          <w:b/>
          <w:bCs/>
        </w:rPr>
      </w:pPr>
      <w:r w:rsidRPr="00DC5259">
        <w:rPr>
          <w:b/>
          <w:bCs/>
        </w:rPr>
        <w:t>Q</w:t>
      </w:r>
      <w:r w:rsidR="00FF4FD5">
        <w:rPr>
          <w:b/>
          <w:bCs/>
        </w:rPr>
        <w:t>30</w:t>
      </w:r>
      <w:r w:rsidRPr="00DC5259">
        <w:rPr>
          <w:b/>
          <w:bCs/>
        </w:rPr>
        <w:t>. P</w:t>
      </w:r>
      <w:r w:rsidR="00141761" w:rsidRPr="00DC5259">
        <w:rPr>
          <w:b/>
          <w:bCs/>
        </w:rPr>
        <w:t xml:space="preserve">lease </w:t>
      </w:r>
      <w:r w:rsidR="009131B0" w:rsidRPr="00DC5259">
        <w:rPr>
          <w:b/>
          <w:bCs/>
        </w:rPr>
        <w:t xml:space="preserve">identify </w:t>
      </w:r>
      <w:r w:rsidR="3F49DFF1" w:rsidRPr="00DC5259">
        <w:rPr>
          <w:b/>
          <w:bCs/>
        </w:rPr>
        <w:t>any additional</w:t>
      </w:r>
      <w:r w:rsidR="009131B0" w:rsidRPr="00DC5259">
        <w:rPr>
          <w:b/>
          <w:bCs/>
        </w:rPr>
        <w:t xml:space="preserve"> roles and </w:t>
      </w:r>
      <w:r w:rsidR="00A84789" w:rsidRPr="00DC5259">
        <w:rPr>
          <w:b/>
          <w:bCs/>
        </w:rPr>
        <w:t>responsibilities</w:t>
      </w:r>
      <w:r w:rsidR="009131B0" w:rsidRPr="00DC5259">
        <w:rPr>
          <w:b/>
          <w:bCs/>
        </w:rPr>
        <w:t xml:space="preserve"> </w:t>
      </w:r>
      <w:r w:rsidR="00CA1807" w:rsidRPr="00DC5259">
        <w:rPr>
          <w:b/>
          <w:bCs/>
        </w:rPr>
        <w:t xml:space="preserve">that </w:t>
      </w:r>
      <w:r w:rsidR="0024496E" w:rsidRPr="00DC5259">
        <w:rPr>
          <w:b/>
          <w:bCs/>
        </w:rPr>
        <w:t>should be</w:t>
      </w:r>
      <w:r w:rsidR="00CA1807" w:rsidRPr="00DC5259">
        <w:rPr>
          <w:b/>
          <w:bCs/>
        </w:rPr>
        <w:t xml:space="preserve"> considered</w:t>
      </w:r>
    </w:p>
    <w:p w14:paraId="5FB9068D" w14:textId="77777777" w:rsidR="00CA1807" w:rsidRDefault="00CA1807" w:rsidP="00DE2DE0">
      <w:pPr>
        <w:spacing w:after="0" w:line="240" w:lineRule="auto"/>
      </w:pPr>
    </w:p>
    <w:tbl>
      <w:tblPr>
        <w:tblStyle w:val="TableGrid"/>
        <w:tblW w:w="0" w:type="auto"/>
        <w:tblLook w:val="04A0" w:firstRow="1" w:lastRow="0" w:firstColumn="1" w:lastColumn="0" w:noHBand="0" w:noVBand="1"/>
      </w:tblPr>
      <w:tblGrid>
        <w:gridCol w:w="10070"/>
      </w:tblGrid>
      <w:tr w:rsidR="00DC5259" w14:paraId="1EDD2AAA" w14:textId="77777777" w:rsidTr="00DC5259">
        <w:tc>
          <w:tcPr>
            <w:tcW w:w="10070" w:type="dxa"/>
          </w:tcPr>
          <w:p w14:paraId="66BF4CF0" w14:textId="77777777" w:rsidR="00DC5259" w:rsidRDefault="00DC5259" w:rsidP="00DE2DE0">
            <w:pPr>
              <w:spacing w:line="240" w:lineRule="auto"/>
            </w:pPr>
          </w:p>
          <w:p w14:paraId="5799E625" w14:textId="77777777" w:rsidR="00DC5259" w:rsidRDefault="00DC5259" w:rsidP="00DE2DE0">
            <w:pPr>
              <w:spacing w:line="240" w:lineRule="auto"/>
            </w:pPr>
          </w:p>
          <w:p w14:paraId="47A1A253" w14:textId="77777777" w:rsidR="00DC5259" w:rsidRDefault="00DC5259" w:rsidP="00DE2DE0">
            <w:pPr>
              <w:spacing w:line="240" w:lineRule="auto"/>
            </w:pPr>
          </w:p>
        </w:tc>
      </w:tr>
    </w:tbl>
    <w:p w14:paraId="4980E0EA" w14:textId="77777777" w:rsidR="00DC5259" w:rsidRDefault="00DC5259" w:rsidP="00DE2DE0">
      <w:pPr>
        <w:spacing w:after="0" w:line="240" w:lineRule="auto"/>
      </w:pPr>
    </w:p>
    <w:p w14:paraId="1BCF9768" w14:textId="4D404B4C" w:rsidR="00417DEA" w:rsidRPr="004927A7" w:rsidRDefault="00417DEA" w:rsidP="00417DEA">
      <w:pPr>
        <w:spacing w:after="0" w:line="240" w:lineRule="auto"/>
        <w:rPr>
          <w:b/>
          <w:bCs/>
        </w:rPr>
      </w:pPr>
      <w:r w:rsidRPr="004927A7">
        <w:rPr>
          <w:b/>
          <w:bCs/>
        </w:rPr>
        <w:t>Q</w:t>
      </w:r>
      <w:r w:rsidR="00FF4FD5">
        <w:rPr>
          <w:b/>
          <w:bCs/>
        </w:rPr>
        <w:t>31</w:t>
      </w:r>
      <w:r w:rsidRPr="004927A7">
        <w:rPr>
          <w:b/>
          <w:bCs/>
        </w:rPr>
        <w:t>. Local Investment Boards (LIBs) membership</w:t>
      </w:r>
    </w:p>
    <w:p w14:paraId="05F03DE3" w14:textId="3261E5A3" w:rsidR="00417DEA" w:rsidRPr="004927A7" w:rsidRDefault="00417DEA" w:rsidP="00417DEA">
      <w:pPr>
        <w:spacing w:after="0" w:line="240" w:lineRule="auto"/>
        <w:rPr>
          <w:b/>
          <w:bCs/>
        </w:rPr>
      </w:pPr>
      <w:r w:rsidRPr="004927A7">
        <w:rPr>
          <w:b/>
          <w:bCs/>
        </w:rPr>
        <w:t>The role of the Local Investment Board is set out in 3.3.4</w:t>
      </w:r>
      <w:r w:rsidR="00C2711F">
        <w:rPr>
          <w:b/>
          <w:bCs/>
        </w:rPr>
        <w:t xml:space="preserve"> (page 2</w:t>
      </w:r>
      <w:r w:rsidR="00B5354F">
        <w:rPr>
          <w:b/>
          <w:bCs/>
        </w:rPr>
        <w:t>9, in the consultation document)</w:t>
      </w:r>
      <w:r w:rsidRPr="004927A7">
        <w:rPr>
          <w:b/>
          <w:bCs/>
        </w:rPr>
        <w:t xml:space="preserve"> </w:t>
      </w:r>
    </w:p>
    <w:p w14:paraId="6C82DD6B" w14:textId="77777777" w:rsidR="00417DEA" w:rsidRPr="004927A7" w:rsidRDefault="00417DEA" w:rsidP="00417DEA">
      <w:pPr>
        <w:spacing w:after="0" w:line="240" w:lineRule="auto"/>
        <w:rPr>
          <w:b/>
          <w:bCs/>
        </w:rPr>
      </w:pPr>
    </w:p>
    <w:p w14:paraId="7375354C" w14:textId="77777777" w:rsidR="00417DEA" w:rsidRPr="004927A7" w:rsidRDefault="00417DEA" w:rsidP="00417DEA">
      <w:pPr>
        <w:spacing w:after="0" w:line="240" w:lineRule="auto"/>
        <w:rPr>
          <w:b/>
          <w:bCs/>
        </w:rPr>
      </w:pPr>
      <w:r w:rsidRPr="004927A7">
        <w:rPr>
          <w:b/>
          <w:bCs/>
        </w:rPr>
        <w:t>Please identify any additional organisations or partners that you suggest should be included on LIBs to help guide investment decisions for Local Funds:</w:t>
      </w:r>
    </w:p>
    <w:p w14:paraId="728AA64F" w14:textId="77777777" w:rsidR="00417DEA" w:rsidRDefault="00417DEA" w:rsidP="00417DEA">
      <w:pPr>
        <w:spacing w:after="0" w:line="240" w:lineRule="auto"/>
      </w:pPr>
    </w:p>
    <w:tbl>
      <w:tblPr>
        <w:tblStyle w:val="TableGrid"/>
        <w:tblW w:w="0" w:type="auto"/>
        <w:tblLook w:val="04A0" w:firstRow="1" w:lastRow="0" w:firstColumn="1" w:lastColumn="0" w:noHBand="0" w:noVBand="1"/>
      </w:tblPr>
      <w:tblGrid>
        <w:gridCol w:w="10070"/>
      </w:tblGrid>
      <w:tr w:rsidR="00417DEA" w14:paraId="63F819FB" w14:textId="77777777" w:rsidTr="0081760E">
        <w:tc>
          <w:tcPr>
            <w:tcW w:w="10070" w:type="dxa"/>
          </w:tcPr>
          <w:p w14:paraId="4C1B0EB9" w14:textId="77777777" w:rsidR="00417DEA" w:rsidRDefault="00417DEA" w:rsidP="0081760E">
            <w:pPr>
              <w:spacing w:line="240" w:lineRule="auto"/>
            </w:pPr>
          </w:p>
          <w:p w14:paraId="4510A9F2" w14:textId="77777777" w:rsidR="00417DEA" w:rsidRDefault="00417DEA" w:rsidP="0081760E">
            <w:pPr>
              <w:spacing w:line="240" w:lineRule="auto"/>
            </w:pPr>
          </w:p>
          <w:p w14:paraId="2B54817B" w14:textId="77777777" w:rsidR="00417DEA" w:rsidRDefault="00417DEA" w:rsidP="0081760E">
            <w:pPr>
              <w:spacing w:line="240" w:lineRule="auto"/>
            </w:pPr>
          </w:p>
        </w:tc>
      </w:tr>
    </w:tbl>
    <w:p w14:paraId="4009AB45" w14:textId="77777777" w:rsidR="00417DEA" w:rsidRDefault="00417DEA" w:rsidP="00417DEA">
      <w:pPr>
        <w:spacing w:after="0" w:line="240" w:lineRule="auto"/>
      </w:pPr>
    </w:p>
    <w:p w14:paraId="16782FD4" w14:textId="77777777" w:rsidR="00417DEA" w:rsidRPr="00D12D8F" w:rsidRDefault="00417DEA" w:rsidP="00DE2DE0">
      <w:pPr>
        <w:spacing w:after="0" w:line="240" w:lineRule="auto"/>
      </w:pPr>
    </w:p>
    <w:p w14:paraId="0A7DD5D1" w14:textId="17DE60A7" w:rsidR="00F20946" w:rsidRPr="004927A7" w:rsidRDefault="004927A7" w:rsidP="00DE2DE0">
      <w:pPr>
        <w:spacing w:after="0" w:line="240" w:lineRule="auto"/>
        <w:rPr>
          <w:b/>
          <w:bCs/>
        </w:rPr>
      </w:pPr>
      <w:r w:rsidRPr="004927A7">
        <w:rPr>
          <w:b/>
          <w:bCs/>
        </w:rPr>
        <w:t>Q</w:t>
      </w:r>
      <w:r w:rsidR="00FF4FD5">
        <w:rPr>
          <w:b/>
          <w:bCs/>
        </w:rPr>
        <w:t>32</w:t>
      </w:r>
      <w:r w:rsidR="00DF4E98" w:rsidRPr="004927A7">
        <w:rPr>
          <w:b/>
          <w:bCs/>
        </w:rPr>
        <w:t xml:space="preserve">. </w:t>
      </w:r>
      <w:r w:rsidR="54D0B612" w:rsidRPr="004927A7">
        <w:rPr>
          <w:b/>
          <w:bCs/>
        </w:rPr>
        <w:t>Strategic Investment Board (SIB) membership</w:t>
      </w:r>
    </w:p>
    <w:p w14:paraId="113A1E6D" w14:textId="77777777" w:rsidR="00C56BFF" w:rsidRDefault="00654616" w:rsidP="00DE2DE0">
      <w:pPr>
        <w:spacing w:after="0" w:line="240" w:lineRule="auto"/>
        <w:rPr>
          <w:b/>
          <w:bCs/>
        </w:rPr>
      </w:pPr>
      <w:r w:rsidRPr="004927A7">
        <w:rPr>
          <w:b/>
          <w:bCs/>
        </w:rPr>
        <w:t xml:space="preserve">The </w:t>
      </w:r>
      <w:r w:rsidR="00A84789" w:rsidRPr="004927A7">
        <w:rPr>
          <w:b/>
          <w:bCs/>
        </w:rPr>
        <w:t xml:space="preserve">role and </w:t>
      </w:r>
      <w:r w:rsidR="002F6BCC" w:rsidRPr="004927A7">
        <w:rPr>
          <w:b/>
          <w:bCs/>
        </w:rPr>
        <w:t xml:space="preserve">membership of the Strategic Investment Board is </w:t>
      </w:r>
      <w:r w:rsidRPr="004927A7">
        <w:rPr>
          <w:b/>
          <w:bCs/>
        </w:rPr>
        <w:t xml:space="preserve">set out in </w:t>
      </w:r>
      <w:r w:rsidR="00A84789" w:rsidRPr="004927A7">
        <w:rPr>
          <w:b/>
          <w:bCs/>
        </w:rPr>
        <w:t>3.3.7</w:t>
      </w:r>
      <w:r w:rsidR="00B5354F">
        <w:rPr>
          <w:b/>
          <w:bCs/>
        </w:rPr>
        <w:t xml:space="preserve"> (page</w:t>
      </w:r>
      <w:r w:rsidR="00C56BFF">
        <w:rPr>
          <w:b/>
          <w:bCs/>
        </w:rPr>
        <w:t xml:space="preserve"> 30, in the consultation document).</w:t>
      </w:r>
    </w:p>
    <w:p w14:paraId="0577820A" w14:textId="77777777" w:rsidR="00590386" w:rsidRDefault="00590386" w:rsidP="00DE2DE0">
      <w:pPr>
        <w:spacing w:after="0" w:line="240" w:lineRule="auto"/>
        <w:rPr>
          <w:b/>
          <w:bCs/>
        </w:rPr>
      </w:pPr>
    </w:p>
    <w:p w14:paraId="5B405035" w14:textId="68905E1E" w:rsidR="00F20946" w:rsidRPr="004927A7" w:rsidRDefault="00A51BC8" w:rsidP="00DE2DE0">
      <w:pPr>
        <w:spacing w:after="0" w:line="240" w:lineRule="auto"/>
        <w:rPr>
          <w:b/>
          <w:bCs/>
        </w:rPr>
      </w:pPr>
      <w:r w:rsidRPr="004927A7">
        <w:rPr>
          <w:b/>
          <w:bCs/>
        </w:rPr>
        <w:t xml:space="preserve">Please </w:t>
      </w:r>
      <w:r w:rsidR="0024496E" w:rsidRPr="004927A7">
        <w:rPr>
          <w:b/>
          <w:bCs/>
        </w:rPr>
        <w:t>list any</w:t>
      </w:r>
      <w:r w:rsidRPr="004927A7">
        <w:rPr>
          <w:b/>
          <w:bCs/>
        </w:rPr>
        <w:t xml:space="preserve"> </w:t>
      </w:r>
      <w:r w:rsidR="002407A5" w:rsidRPr="004927A7">
        <w:rPr>
          <w:b/>
          <w:bCs/>
        </w:rPr>
        <w:t xml:space="preserve">additional </w:t>
      </w:r>
      <w:r w:rsidRPr="004927A7">
        <w:rPr>
          <w:b/>
          <w:bCs/>
        </w:rPr>
        <w:t>organisations</w:t>
      </w:r>
      <w:r w:rsidR="58EC76E9" w:rsidRPr="004927A7">
        <w:rPr>
          <w:b/>
          <w:bCs/>
        </w:rPr>
        <w:t xml:space="preserve"> or </w:t>
      </w:r>
      <w:r w:rsidRPr="004927A7">
        <w:rPr>
          <w:b/>
          <w:bCs/>
        </w:rPr>
        <w:t xml:space="preserve">partners </w:t>
      </w:r>
      <w:r w:rsidR="00533906" w:rsidRPr="004927A7">
        <w:rPr>
          <w:b/>
          <w:bCs/>
        </w:rPr>
        <w:t xml:space="preserve">that you </w:t>
      </w:r>
      <w:r w:rsidR="0024496E" w:rsidRPr="004927A7">
        <w:rPr>
          <w:b/>
          <w:bCs/>
        </w:rPr>
        <w:t>believe</w:t>
      </w:r>
      <w:r w:rsidR="7E40E4DF" w:rsidRPr="004927A7">
        <w:rPr>
          <w:b/>
          <w:bCs/>
        </w:rPr>
        <w:t xml:space="preserve"> should be included </w:t>
      </w:r>
      <w:r w:rsidR="002407A5" w:rsidRPr="004927A7">
        <w:rPr>
          <w:b/>
          <w:bCs/>
        </w:rPr>
        <w:t>on the</w:t>
      </w:r>
      <w:r w:rsidRPr="004927A7">
        <w:rPr>
          <w:b/>
          <w:bCs/>
        </w:rPr>
        <w:t xml:space="preserve"> </w:t>
      </w:r>
      <w:r w:rsidR="00533906" w:rsidRPr="004927A7">
        <w:rPr>
          <w:b/>
          <w:bCs/>
        </w:rPr>
        <w:t xml:space="preserve">SIB </w:t>
      </w:r>
      <w:r w:rsidR="002407A5" w:rsidRPr="004927A7">
        <w:rPr>
          <w:b/>
          <w:bCs/>
        </w:rPr>
        <w:t xml:space="preserve">to </w:t>
      </w:r>
      <w:r w:rsidR="4860162F" w:rsidRPr="004927A7">
        <w:rPr>
          <w:b/>
          <w:bCs/>
        </w:rPr>
        <w:t>help</w:t>
      </w:r>
      <w:r w:rsidR="002407A5" w:rsidRPr="004927A7">
        <w:rPr>
          <w:b/>
          <w:bCs/>
        </w:rPr>
        <w:t xml:space="preserve"> guide investment </w:t>
      </w:r>
      <w:r w:rsidR="2E64E4B0" w:rsidRPr="004927A7">
        <w:rPr>
          <w:b/>
          <w:bCs/>
        </w:rPr>
        <w:t>decisions for</w:t>
      </w:r>
      <w:r w:rsidR="002407A5" w:rsidRPr="004927A7">
        <w:rPr>
          <w:b/>
          <w:bCs/>
        </w:rPr>
        <w:t xml:space="preserve"> the Strategic Fund</w:t>
      </w:r>
      <w:r w:rsidR="32B7CDFF" w:rsidRPr="004927A7">
        <w:rPr>
          <w:b/>
          <w:bCs/>
        </w:rPr>
        <w:t>:</w:t>
      </w:r>
      <w:r w:rsidR="00333756" w:rsidRPr="004927A7">
        <w:rPr>
          <w:b/>
          <w:bCs/>
        </w:rPr>
        <w:t xml:space="preserve"> </w:t>
      </w:r>
    </w:p>
    <w:p w14:paraId="7BF4CCCF" w14:textId="77777777" w:rsidR="004927A7" w:rsidRDefault="004927A7" w:rsidP="00DE2DE0">
      <w:pPr>
        <w:spacing w:after="0" w:line="240" w:lineRule="auto"/>
      </w:pPr>
    </w:p>
    <w:tbl>
      <w:tblPr>
        <w:tblStyle w:val="TableGrid"/>
        <w:tblW w:w="0" w:type="auto"/>
        <w:tblLook w:val="04A0" w:firstRow="1" w:lastRow="0" w:firstColumn="1" w:lastColumn="0" w:noHBand="0" w:noVBand="1"/>
      </w:tblPr>
      <w:tblGrid>
        <w:gridCol w:w="10070"/>
      </w:tblGrid>
      <w:tr w:rsidR="004927A7" w14:paraId="10CCDF01" w14:textId="77777777" w:rsidTr="004927A7">
        <w:tc>
          <w:tcPr>
            <w:tcW w:w="10070" w:type="dxa"/>
          </w:tcPr>
          <w:p w14:paraId="0F4EC703" w14:textId="77777777" w:rsidR="004927A7" w:rsidRDefault="004927A7" w:rsidP="00DE2DE0">
            <w:pPr>
              <w:spacing w:line="240" w:lineRule="auto"/>
            </w:pPr>
          </w:p>
          <w:p w14:paraId="09B17515" w14:textId="77777777" w:rsidR="004927A7" w:rsidRDefault="004927A7" w:rsidP="00DE2DE0">
            <w:pPr>
              <w:spacing w:line="240" w:lineRule="auto"/>
            </w:pPr>
          </w:p>
          <w:p w14:paraId="1BE08EA4" w14:textId="77777777" w:rsidR="004927A7" w:rsidRDefault="004927A7" w:rsidP="00DE2DE0">
            <w:pPr>
              <w:spacing w:line="240" w:lineRule="auto"/>
            </w:pPr>
          </w:p>
        </w:tc>
      </w:tr>
    </w:tbl>
    <w:p w14:paraId="41836260" w14:textId="77777777" w:rsidR="004927A7" w:rsidRDefault="004927A7" w:rsidP="00DE2DE0">
      <w:pPr>
        <w:spacing w:after="0" w:line="240" w:lineRule="auto"/>
      </w:pPr>
    </w:p>
    <w:p w14:paraId="18FF5D89" w14:textId="77777777" w:rsidR="004927A7" w:rsidRDefault="004927A7" w:rsidP="00DE2DE0">
      <w:pPr>
        <w:spacing w:after="0" w:line="240" w:lineRule="auto"/>
      </w:pPr>
    </w:p>
    <w:p w14:paraId="35AB6E98" w14:textId="77777777" w:rsidR="006F7D6D" w:rsidRDefault="006F7D6D" w:rsidP="00DE2DE0">
      <w:pPr>
        <w:spacing w:after="0" w:line="240" w:lineRule="auto"/>
      </w:pPr>
    </w:p>
    <w:p w14:paraId="31A794F1" w14:textId="4317E1BA" w:rsidR="00444547" w:rsidRDefault="00444547" w:rsidP="00DE2DE0">
      <w:pPr>
        <w:spacing w:after="0" w:line="240" w:lineRule="auto"/>
      </w:pPr>
    </w:p>
    <w:p w14:paraId="53B6140B" w14:textId="068797FE" w:rsidR="00DF4E98" w:rsidRPr="004927A7" w:rsidRDefault="00590386" w:rsidP="00DE2DE0">
      <w:pPr>
        <w:spacing w:after="0" w:line="240" w:lineRule="auto"/>
        <w:rPr>
          <w:b/>
          <w:bCs/>
        </w:rPr>
      </w:pPr>
      <w:r>
        <w:rPr>
          <w:b/>
          <w:bCs/>
        </w:rPr>
        <w:lastRenderedPageBreak/>
        <w:t>Q</w:t>
      </w:r>
      <w:r w:rsidR="00FF4FD5">
        <w:rPr>
          <w:b/>
          <w:bCs/>
        </w:rPr>
        <w:t>33</w:t>
      </w:r>
      <w:r>
        <w:rPr>
          <w:b/>
          <w:bCs/>
        </w:rPr>
        <w:t xml:space="preserve">. </w:t>
      </w:r>
      <w:r w:rsidR="08F591E6" w:rsidRPr="004927A7">
        <w:rPr>
          <w:b/>
          <w:bCs/>
        </w:rPr>
        <w:t>Local Community Action Plan (CAP)</w:t>
      </w:r>
      <w:r>
        <w:rPr>
          <w:b/>
          <w:bCs/>
        </w:rPr>
        <w:t xml:space="preserve">.  </w:t>
      </w:r>
      <w:r w:rsidR="0AC881A4" w:rsidRPr="004927A7">
        <w:rPr>
          <w:b/>
          <w:bCs/>
        </w:rPr>
        <w:t xml:space="preserve">A </w:t>
      </w:r>
      <w:r w:rsidR="51FCF3DA" w:rsidRPr="004927A7">
        <w:rPr>
          <w:b/>
          <w:bCs/>
        </w:rPr>
        <w:t xml:space="preserve">draft </w:t>
      </w:r>
      <w:r w:rsidR="0AC881A4" w:rsidRPr="004927A7">
        <w:rPr>
          <w:b/>
          <w:bCs/>
        </w:rPr>
        <w:t xml:space="preserve">template for a </w:t>
      </w:r>
      <w:r w:rsidR="51FCF3DA" w:rsidRPr="004927A7">
        <w:rPr>
          <w:b/>
          <w:bCs/>
        </w:rPr>
        <w:t xml:space="preserve">Local </w:t>
      </w:r>
      <w:r w:rsidR="0AC881A4" w:rsidRPr="004927A7">
        <w:rPr>
          <w:b/>
          <w:bCs/>
        </w:rPr>
        <w:t xml:space="preserve">Community Action Plan is </w:t>
      </w:r>
      <w:r w:rsidR="0079572B">
        <w:rPr>
          <w:b/>
          <w:bCs/>
        </w:rPr>
        <w:t>in</w:t>
      </w:r>
      <w:r w:rsidR="0AC881A4" w:rsidRPr="004927A7">
        <w:rPr>
          <w:b/>
          <w:bCs/>
        </w:rPr>
        <w:t xml:space="preserve"> Appendix C</w:t>
      </w:r>
      <w:r w:rsidR="00FC3F9F">
        <w:rPr>
          <w:b/>
          <w:bCs/>
        </w:rPr>
        <w:t>, page 40</w:t>
      </w:r>
      <w:r w:rsidR="006E3B47">
        <w:rPr>
          <w:b/>
          <w:bCs/>
        </w:rPr>
        <w:t>-42,</w:t>
      </w:r>
      <w:r>
        <w:rPr>
          <w:b/>
          <w:bCs/>
        </w:rPr>
        <w:t xml:space="preserve"> of the consultation document</w:t>
      </w:r>
      <w:r w:rsidR="0AC881A4" w:rsidRPr="004927A7">
        <w:rPr>
          <w:b/>
          <w:bCs/>
        </w:rPr>
        <w:t xml:space="preserve">. </w:t>
      </w:r>
    </w:p>
    <w:p w14:paraId="688AC5B0" w14:textId="77777777" w:rsidR="004927A7" w:rsidRPr="004927A7" w:rsidRDefault="004927A7" w:rsidP="00DE2DE0">
      <w:pPr>
        <w:spacing w:after="0" w:line="240" w:lineRule="auto"/>
        <w:rPr>
          <w:b/>
          <w:bCs/>
        </w:rPr>
      </w:pPr>
    </w:p>
    <w:p w14:paraId="69A11EA7" w14:textId="0D55CB76" w:rsidR="00DF4E98" w:rsidRPr="004927A7" w:rsidRDefault="786D80F8" w:rsidP="00DE2DE0">
      <w:pPr>
        <w:spacing w:after="0" w:line="240" w:lineRule="auto"/>
        <w:rPr>
          <w:b/>
          <w:bCs/>
        </w:rPr>
      </w:pPr>
      <w:r w:rsidRPr="004927A7">
        <w:rPr>
          <w:b/>
          <w:bCs/>
        </w:rPr>
        <w:t xml:space="preserve">What </w:t>
      </w:r>
      <w:r w:rsidR="5602762F" w:rsidRPr="004927A7">
        <w:rPr>
          <w:b/>
          <w:bCs/>
        </w:rPr>
        <w:t>do you see as</w:t>
      </w:r>
      <w:r w:rsidRPr="004927A7">
        <w:rPr>
          <w:b/>
          <w:bCs/>
        </w:rPr>
        <w:t xml:space="preserve"> the </w:t>
      </w:r>
      <w:r w:rsidR="7A68F2B4" w:rsidRPr="004927A7">
        <w:rPr>
          <w:b/>
          <w:bCs/>
        </w:rPr>
        <w:t xml:space="preserve">key </w:t>
      </w:r>
      <w:r w:rsidRPr="004927A7">
        <w:rPr>
          <w:b/>
          <w:bCs/>
        </w:rPr>
        <w:t xml:space="preserve">challenges </w:t>
      </w:r>
      <w:r w:rsidR="584FCFC5" w:rsidRPr="004927A7">
        <w:rPr>
          <w:b/>
          <w:bCs/>
        </w:rPr>
        <w:t xml:space="preserve">in </w:t>
      </w:r>
      <w:r w:rsidRPr="004927A7">
        <w:rPr>
          <w:b/>
          <w:bCs/>
        </w:rPr>
        <w:t xml:space="preserve">developing a </w:t>
      </w:r>
      <w:r w:rsidR="09D07447" w:rsidRPr="004927A7">
        <w:rPr>
          <w:b/>
          <w:bCs/>
        </w:rPr>
        <w:t xml:space="preserve">local </w:t>
      </w:r>
      <w:r w:rsidRPr="004927A7">
        <w:rPr>
          <w:b/>
          <w:bCs/>
        </w:rPr>
        <w:t>CAP</w:t>
      </w:r>
      <w:r w:rsidR="51FCF3DA" w:rsidRPr="004927A7">
        <w:rPr>
          <w:b/>
          <w:bCs/>
        </w:rPr>
        <w:t xml:space="preserve">? </w:t>
      </w:r>
    </w:p>
    <w:p w14:paraId="2478B809" w14:textId="77777777" w:rsidR="004927A7" w:rsidRDefault="004927A7" w:rsidP="00DE2DE0">
      <w:pPr>
        <w:spacing w:after="0" w:line="240" w:lineRule="auto"/>
      </w:pPr>
    </w:p>
    <w:tbl>
      <w:tblPr>
        <w:tblStyle w:val="TableGrid"/>
        <w:tblW w:w="0" w:type="auto"/>
        <w:tblLook w:val="04A0" w:firstRow="1" w:lastRow="0" w:firstColumn="1" w:lastColumn="0" w:noHBand="0" w:noVBand="1"/>
      </w:tblPr>
      <w:tblGrid>
        <w:gridCol w:w="10070"/>
      </w:tblGrid>
      <w:tr w:rsidR="004927A7" w14:paraId="31908A81" w14:textId="77777777" w:rsidTr="004927A7">
        <w:tc>
          <w:tcPr>
            <w:tcW w:w="10070" w:type="dxa"/>
          </w:tcPr>
          <w:p w14:paraId="01799E80" w14:textId="77777777" w:rsidR="004927A7" w:rsidRDefault="004927A7" w:rsidP="00DE2DE0">
            <w:pPr>
              <w:spacing w:line="240" w:lineRule="auto"/>
            </w:pPr>
          </w:p>
          <w:p w14:paraId="5D0F5DDB" w14:textId="77777777" w:rsidR="004927A7" w:rsidRDefault="004927A7" w:rsidP="00DE2DE0">
            <w:pPr>
              <w:spacing w:line="240" w:lineRule="auto"/>
            </w:pPr>
          </w:p>
        </w:tc>
      </w:tr>
    </w:tbl>
    <w:p w14:paraId="33056737" w14:textId="77777777" w:rsidR="006E3B47" w:rsidRDefault="006E3B47" w:rsidP="004927A7">
      <w:pPr>
        <w:spacing w:after="0" w:line="240" w:lineRule="auto"/>
        <w:rPr>
          <w:b/>
          <w:bCs/>
        </w:rPr>
      </w:pPr>
    </w:p>
    <w:p w14:paraId="4ABC54B8" w14:textId="64140A3D" w:rsidR="004927A7" w:rsidRPr="004927A7" w:rsidRDefault="004927A7" w:rsidP="004927A7">
      <w:pPr>
        <w:spacing w:after="0" w:line="240" w:lineRule="auto"/>
        <w:rPr>
          <w:b/>
          <w:bCs/>
        </w:rPr>
      </w:pPr>
      <w:r w:rsidRPr="004927A7">
        <w:rPr>
          <w:b/>
          <w:bCs/>
        </w:rPr>
        <w:t>Q</w:t>
      </w:r>
      <w:r w:rsidR="00FF4FD5">
        <w:rPr>
          <w:b/>
          <w:bCs/>
        </w:rPr>
        <w:t>34</w:t>
      </w:r>
      <w:r w:rsidRPr="004927A7">
        <w:rPr>
          <w:b/>
          <w:bCs/>
        </w:rPr>
        <w:t xml:space="preserve">. What do you see as the key opportunities in developing a local CAP? </w:t>
      </w:r>
    </w:p>
    <w:p w14:paraId="360B0357" w14:textId="77777777" w:rsidR="004927A7" w:rsidRDefault="004927A7" w:rsidP="004927A7">
      <w:pPr>
        <w:spacing w:after="0" w:line="240" w:lineRule="auto"/>
      </w:pPr>
    </w:p>
    <w:tbl>
      <w:tblPr>
        <w:tblStyle w:val="TableGrid"/>
        <w:tblW w:w="0" w:type="auto"/>
        <w:tblLook w:val="04A0" w:firstRow="1" w:lastRow="0" w:firstColumn="1" w:lastColumn="0" w:noHBand="0" w:noVBand="1"/>
      </w:tblPr>
      <w:tblGrid>
        <w:gridCol w:w="10070"/>
      </w:tblGrid>
      <w:tr w:rsidR="004927A7" w14:paraId="0FD78254" w14:textId="77777777" w:rsidTr="004927A7">
        <w:tc>
          <w:tcPr>
            <w:tcW w:w="10070" w:type="dxa"/>
          </w:tcPr>
          <w:p w14:paraId="4553DADD" w14:textId="77777777" w:rsidR="004927A7" w:rsidRDefault="004927A7" w:rsidP="004927A7">
            <w:pPr>
              <w:spacing w:line="240" w:lineRule="auto"/>
            </w:pPr>
          </w:p>
          <w:p w14:paraId="48E7301C" w14:textId="77777777" w:rsidR="004927A7" w:rsidRDefault="004927A7" w:rsidP="004927A7">
            <w:pPr>
              <w:spacing w:line="240" w:lineRule="auto"/>
            </w:pPr>
          </w:p>
          <w:p w14:paraId="21352BA1" w14:textId="77777777" w:rsidR="004927A7" w:rsidRDefault="004927A7" w:rsidP="004927A7">
            <w:pPr>
              <w:spacing w:line="240" w:lineRule="auto"/>
            </w:pPr>
          </w:p>
        </w:tc>
      </w:tr>
    </w:tbl>
    <w:p w14:paraId="1A85100A" w14:textId="77777777" w:rsidR="004927A7" w:rsidRDefault="004927A7" w:rsidP="004927A7">
      <w:pPr>
        <w:spacing w:after="0" w:line="240" w:lineRule="auto"/>
      </w:pPr>
    </w:p>
    <w:p w14:paraId="7B410F0E" w14:textId="010D9B22" w:rsidR="004927A7" w:rsidRPr="004927A7" w:rsidRDefault="004927A7" w:rsidP="00DE2DE0">
      <w:pPr>
        <w:spacing w:after="0" w:line="240" w:lineRule="auto"/>
        <w:rPr>
          <w:b/>
          <w:bCs/>
        </w:rPr>
      </w:pPr>
      <w:r w:rsidRPr="004927A7">
        <w:rPr>
          <w:b/>
          <w:bCs/>
        </w:rPr>
        <w:t>Q</w:t>
      </w:r>
      <w:r w:rsidR="00FF4FD5">
        <w:rPr>
          <w:b/>
          <w:bCs/>
        </w:rPr>
        <w:t>35</w:t>
      </w:r>
      <w:r w:rsidRPr="004927A7">
        <w:rPr>
          <w:b/>
          <w:bCs/>
        </w:rPr>
        <w:t xml:space="preserve">. </w:t>
      </w:r>
      <w:r w:rsidR="51FCF3DA" w:rsidRPr="004927A7">
        <w:rPr>
          <w:b/>
          <w:bCs/>
        </w:rPr>
        <w:t xml:space="preserve">What changes </w:t>
      </w:r>
      <w:r w:rsidR="3E0B4ADA" w:rsidRPr="004927A7">
        <w:rPr>
          <w:b/>
          <w:bCs/>
        </w:rPr>
        <w:t xml:space="preserve">or improvements </w:t>
      </w:r>
      <w:r w:rsidR="51FCF3DA" w:rsidRPr="004927A7">
        <w:rPr>
          <w:b/>
          <w:bCs/>
        </w:rPr>
        <w:t xml:space="preserve">would you </w:t>
      </w:r>
      <w:r w:rsidR="1A6CF6D1" w:rsidRPr="004927A7">
        <w:rPr>
          <w:b/>
          <w:bCs/>
        </w:rPr>
        <w:t xml:space="preserve">recommend </w:t>
      </w:r>
      <w:r w:rsidR="51FCF3DA" w:rsidRPr="004927A7">
        <w:rPr>
          <w:b/>
          <w:bCs/>
        </w:rPr>
        <w:t>to the CAP template?</w:t>
      </w:r>
    </w:p>
    <w:p w14:paraId="2E1571C0" w14:textId="77777777" w:rsidR="004927A7" w:rsidRDefault="004927A7" w:rsidP="00DE2DE0">
      <w:pPr>
        <w:spacing w:after="0" w:line="240" w:lineRule="auto"/>
      </w:pPr>
    </w:p>
    <w:tbl>
      <w:tblPr>
        <w:tblStyle w:val="TableGrid"/>
        <w:tblW w:w="0" w:type="auto"/>
        <w:tblLook w:val="04A0" w:firstRow="1" w:lastRow="0" w:firstColumn="1" w:lastColumn="0" w:noHBand="0" w:noVBand="1"/>
      </w:tblPr>
      <w:tblGrid>
        <w:gridCol w:w="10070"/>
      </w:tblGrid>
      <w:tr w:rsidR="004927A7" w14:paraId="59E30E5B" w14:textId="77777777" w:rsidTr="004927A7">
        <w:tc>
          <w:tcPr>
            <w:tcW w:w="10070" w:type="dxa"/>
          </w:tcPr>
          <w:p w14:paraId="72586DBD" w14:textId="77777777" w:rsidR="004927A7" w:rsidRDefault="004927A7" w:rsidP="00DE2DE0">
            <w:pPr>
              <w:spacing w:line="240" w:lineRule="auto"/>
            </w:pPr>
          </w:p>
          <w:p w14:paraId="7E408629" w14:textId="77777777" w:rsidR="004927A7" w:rsidRDefault="004927A7" w:rsidP="00DE2DE0">
            <w:pPr>
              <w:spacing w:line="240" w:lineRule="auto"/>
            </w:pPr>
          </w:p>
          <w:p w14:paraId="34847E03" w14:textId="77777777" w:rsidR="004927A7" w:rsidRDefault="004927A7" w:rsidP="00DE2DE0">
            <w:pPr>
              <w:spacing w:line="240" w:lineRule="auto"/>
            </w:pPr>
          </w:p>
        </w:tc>
      </w:tr>
    </w:tbl>
    <w:p w14:paraId="582C3B91" w14:textId="77777777" w:rsidR="004927A7" w:rsidRDefault="004927A7" w:rsidP="00DE2DE0">
      <w:pPr>
        <w:spacing w:after="0" w:line="240" w:lineRule="auto"/>
      </w:pPr>
    </w:p>
    <w:p w14:paraId="762AF089" w14:textId="77777777" w:rsidR="004927A7" w:rsidRDefault="004927A7" w:rsidP="00DE2DE0">
      <w:pPr>
        <w:spacing w:after="0" w:line="240" w:lineRule="auto"/>
      </w:pPr>
    </w:p>
    <w:p w14:paraId="14DB4903" w14:textId="4CD5B3EF" w:rsidR="00FA67EF" w:rsidRPr="004927A7" w:rsidRDefault="004927A7" w:rsidP="00DE2DE0">
      <w:pPr>
        <w:spacing w:after="0" w:line="240" w:lineRule="auto"/>
        <w:rPr>
          <w:b/>
          <w:bCs/>
        </w:rPr>
      </w:pPr>
      <w:r w:rsidRPr="004927A7">
        <w:rPr>
          <w:b/>
          <w:bCs/>
        </w:rPr>
        <w:t>Q</w:t>
      </w:r>
      <w:r w:rsidR="00FF4FD5">
        <w:rPr>
          <w:b/>
          <w:bCs/>
        </w:rPr>
        <w:t>36</w:t>
      </w:r>
      <w:r w:rsidRPr="004927A7">
        <w:rPr>
          <w:b/>
          <w:bCs/>
        </w:rPr>
        <w:t xml:space="preserve">. </w:t>
      </w:r>
      <w:r w:rsidR="7CE34E67" w:rsidRPr="004927A7">
        <w:rPr>
          <w:b/>
          <w:bCs/>
        </w:rPr>
        <w:t xml:space="preserve">Community </w:t>
      </w:r>
      <w:r w:rsidRPr="004927A7">
        <w:rPr>
          <w:b/>
          <w:bCs/>
        </w:rPr>
        <w:t>S</w:t>
      </w:r>
      <w:r w:rsidR="7CE34E67" w:rsidRPr="004927A7">
        <w:rPr>
          <w:b/>
          <w:bCs/>
        </w:rPr>
        <w:t>har</w:t>
      </w:r>
      <w:r w:rsidRPr="004927A7">
        <w:rPr>
          <w:b/>
          <w:bCs/>
        </w:rPr>
        <w:t>e</w:t>
      </w:r>
      <w:r w:rsidR="7CE34E67" w:rsidRPr="004927A7">
        <w:rPr>
          <w:b/>
          <w:bCs/>
        </w:rPr>
        <w:t>d Ownership (CSO) route map</w:t>
      </w:r>
    </w:p>
    <w:p w14:paraId="0E0F93FE" w14:textId="6D8A005B" w:rsidR="00FA67EF" w:rsidRPr="004927A7" w:rsidRDefault="2DFAD7D4" w:rsidP="00DE2DE0">
      <w:pPr>
        <w:spacing w:after="0" w:line="240" w:lineRule="auto"/>
        <w:rPr>
          <w:b/>
          <w:bCs/>
        </w:rPr>
      </w:pPr>
      <w:r w:rsidRPr="004927A7">
        <w:rPr>
          <w:b/>
          <w:bCs/>
        </w:rPr>
        <w:t>S</w:t>
      </w:r>
      <w:r w:rsidR="00C25715" w:rsidRPr="004927A7">
        <w:rPr>
          <w:b/>
          <w:bCs/>
        </w:rPr>
        <w:t>ection 3.4</w:t>
      </w:r>
      <w:r w:rsidR="00911DE1">
        <w:rPr>
          <w:b/>
          <w:bCs/>
        </w:rPr>
        <w:t xml:space="preserve">, page </w:t>
      </w:r>
      <w:r w:rsidR="008D7143">
        <w:rPr>
          <w:b/>
          <w:bCs/>
        </w:rPr>
        <w:t>31 of the consultation document,</w:t>
      </w:r>
      <w:r w:rsidR="00C25715" w:rsidRPr="004927A7">
        <w:rPr>
          <w:b/>
          <w:bCs/>
        </w:rPr>
        <w:t xml:space="preserve"> describe</w:t>
      </w:r>
      <w:r w:rsidR="12D07566" w:rsidRPr="004927A7">
        <w:rPr>
          <w:b/>
          <w:bCs/>
        </w:rPr>
        <w:t>s</w:t>
      </w:r>
      <w:r w:rsidR="00C25715" w:rsidRPr="004927A7">
        <w:rPr>
          <w:b/>
          <w:bCs/>
        </w:rPr>
        <w:t xml:space="preserve"> </w:t>
      </w:r>
      <w:r w:rsidR="00DA5B35" w:rsidRPr="004927A7">
        <w:rPr>
          <w:b/>
          <w:bCs/>
        </w:rPr>
        <w:t xml:space="preserve">the benefits of CSO and </w:t>
      </w:r>
      <w:r w:rsidR="1C9779BD" w:rsidRPr="004927A7">
        <w:rPr>
          <w:b/>
          <w:bCs/>
        </w:rPr>
        <w:t>sets out</w:t>
      </w:r>
      <w:r w:rsidR="00DA5B35" w:rsidRPr="004927A7">
        <w:rPr>
          <w:b/>
          <w:bCs/>
        </w:rPr>
        <w:t xml:space="preserve"> a route map to support </w:t>
      </w:r>
      <w:r w:rsidR="0099101F" w:rsidRPr="004927A7">
        <w:rPr>
          <w:b/>
          <w:bCs/>
        </w:rPr>
        <w:t xml:space="preserve">the </w:t>
      </w:r>
      <w:r w:rsidR="00DA5B35" w:rsidRPr="004927A7">
        <w:rPr>
          <w:b/>
          <w:bCs/>
        </w:rPr>
        <w:t>grow</w:t>
      </w:r>
      <w:r w:rsidR="0099101F" w:rsidRPr="004927A7">
        <w:rPr>
          <w:b/>
          <w:bCs/>
        </w:rPr>
        <w:t>th</w:t>
      </w:r>
      <w:r w:rsidR="00DA5B35" w:rsidRPr="004927A7">
        <w:rPr>
          <w:b/>
          <w:bCs/>
        </w:rPr>
        <w:t xml:space="preserve"> </w:t>
      </w:r>
      <w:r w:rsidR="0099101F" w:rsidRPr="004927A7">
        <w:rPr>
          <w:b/>
          <w:bCs/>
        </w:rPr>
        <w:t xml:space="preserve">of CSO </w:t>
      </w:r>
      <w:r w:rsidR="00DA5B35" w:rsidRPr="004927A7">
        <w:rPr>
          <w:b/>
          <w:bCs/>
        </w:rPr>
        <w:t>in Oxfordshire</w:t>
      </w:r>
      <w:r w:rsidR="0099101F" w:rsidRPr="004927A7">
        <w:rPr>
          <w:b/>
          <w:bCs/>
        </w:rPr>
        <w:t xml:space="preserve"> </w:t>
      </w:r>
      <w:r w:rsidR="008A0DAB">
        <w:rPr>
          <w:b/>
          <w:bCs/>
        </w:rPr>
        <w:t xml:space="preserve">and </w:t>
      </w:r>
      <w:r w:rsidR="00BB0607">
        <w:rPr>
          <w:b/>
          <w:bCs/>
        </w:rPr>
        <w:t xml:space="preserve">the opportunity that </w:t>
      </w:r>
      <w:r w:rsidR="0099101F" w:rsidRPr="004927A7">
        <w:rPr>
          <w:b/>
          <w:bCs/>
        </w:rPr>
        <w:t>private</w:t>
      </w:r>
      <w:r w:rsidR="5953B6FF" w:rsidRPr="004927A7">
        <w:rPr>
          <w:b/>
          <w:bCs/>
        </w:rPr>
        <w:t xml:space="preserve">, </w:t>
      </w:r>
      <w:r w:rsidR="0099101F" w:rsidRPr="004927A7">
        <w:rPr>
          <w:b/>
          <w:bCs/>
        </w:rPr>
        <w:t>for</w:t>
      </w:r>
      <w:r w:rsidR="008D7143">
        <w:rPr>
          <w:b/>
          <w:bCs/>
        </w:rPr>
        <w:t>-</w:t>
      </w:r>
      <w:r w:rsidR="0099101F" w:rsidRPr="004927A7">
        <w:rPr>
          <w:b/>
          <w:bCs/>
        </w:rPr>
        <w:t>profit low carbon energy projects.</w:t>
      </w:r>
      <w:r w:rsidR="00DA5B35" w:rsidRPr="004927A7">
        <w:rPr>
          <w:b/>
          <w:bCs/>
        </w:rPr>
        <w:t xml:space="preserve"> </w:t>
      </w:r>
    </w:p>
    <w:p w14:paraId="6CA46898" w14:textId="77777777" w:rsidR="004927A7" w:rsidRPr="004927A7" w:rsidRDefault="004927A7" w:rsidP="00DE2DE0">
      <w:pPr>
        <w:spacing w:after="0" w:line="240" w:lineRule="auto"/>
        <w:rPr>
          <w:b/>
          <w:bCs/>
        </w:rPr>
      </w:pPr>
    </w:p>
    <w:p w14:paraId="5F2C4C05" w14:textId="58B0A0B1" w:rsidR="00DF4E98" w:rsidRPr="004927A7" w:rsidRDefault="00FA67EF" w:rsidP="00DE2DE0">
      <w:pPr>
        <w:spacing w:after="0" w:line="240" w:lineRule="auto"/>
        <w:rPr>
          <w:b/>
          <w:bCs/>
        </w:rPr>
      </w:pPr>
      <w:r w:rsidRPr="004927A7">
        <w:rPr>
          <w:b/>
          <w:bCs/>
        </w:rPr>
        <w:t>A</w:t>
      </w:r>
      <w:r w:rsidR="00DF4E98" w:rsidRPr="004927A7">
        <w:rPr>
          <w:b/>
          <w:bCs/>
        </w:rPr>
        <w:t xml:space="preserve">part from </w:t>
      </w:r>
      <w:r w:rsidR="0099101F" w:rsidRPr="004927A7">
        <w:rPr>
          <w:b/>
          <w:bCs/>
        </w:rPr>
        <w:t>Local Authorities</w:t>
      </w:r>
      <w:r w:rsidR="00DF4E98" w:rsidRPr="004927A7">
        <w:rPr>
          <w:b/>
          <w:bCs/>
        </w:rPr>
        <w:t xml:space="preserve"> and C</w:t>
      </w:r>
      <w:r w:rsidR="00FA1A3C">
        <w:rPr>
          <w:b/>
          <w:bCs/>
        </w:rPr>
        <w:t>ommunity Energy Groups</w:t>
      </w:r>
      <w:r w:rsidR="007F2A29" w:rsidRPr="004927A7">
        <w:rPr>
          <w:b/>
          <w:bCs/>
        </w:rPr>
        <w:t xml:space="preserve">, who else </w:t>
      </w:r>
      <w:r w:rsidR="7BA717D6" w:rsidRPr="004927A7">
        <w:rPr>
          <w:b/>
          <w:bCs/>
        </w:rPr>
        <w:t>sh</w:t>
      </w:r>
      <w:r w:rsidR="007F2A29" w:rsidRPr="004927A7">
        <w:rPr>
          <w:b/>
          <w:bCs/>
        </w:rPr>
        <w:t xml:space="preserve">ould be </w:t>
      </w:r>
      <w:r w:rsidR="7CF5ED2A" w:rsidRPr="004927A7">
        <w:rPr>
          <w:b/>
          <w:bCs/>
        </w:rPr>
        <w:t>involved in the CSO route map</w:t>
      </w:r>
      <w:r w:rsidR="00DF4E98" w:rsidRPr="004927A7">
        <w:rPr>
          <w:b/>
          <w:bCs/>
        </w:rPr>
        <w:t>?</w:t>
      </w:r>
    </w:p>
    <w:p w14:paraId="74210EEA" w14:textId="77777777" w:rsidR="004927A7" w:rsidRDefault="004927A7" w:rsidP="00DE2DE0">
      <w:pPr>
        <w:spacing w:after="0" w:line="240" w:lineRule="auto"/>
      </w:pPr>
    </w:p>
    <w:tbl>
      <w:tblPr>
        <w:tblStyle w:val="TableGrid"/>
        <w:tblW w:w="0" w:type="auto"/>
        <w:tblLook w:val="04A0" w:firstRow="1" w:lastRow="0" w:firstColumn="1" w:lastColumn="0" w:noHBand="0" w:noVBand="1"/>
      </w:tblPr>
      <w:tblGrid>
        <w:gridCol w:w="10070"/>
      </w:tblGrid>
      <w:tr w:rsidR="004927A7" w14:paraId="08974C00" w14:textId="77777777" w:rsidTr="004927A7">
        <w:tc>
          <w:tcPr>
            <w:tcW w:w="10070" w:type="dxa"/>
          </w:tcPr>
          <w:p w14:paraId="0AF93EAB" w14:textId="77777777" w:rsidR="004927A7" w:rsidRDefault="004927A7" w:rsidP="00DE2DE0">
            <w:pPr>
              <w:spacing w:line="240" w:lineRule="auto"/>
            </w:pPr>
          </w:p>
          <w:p w14:paraId="09164890" w14:textId="77777777" w:rsidR="004927A7" w:rsidRDefault="004927A7" w:rsidP="00DE2DE0">
            <w:pPr>
              <w:spacing w:line="240" w:lineRule="auto"/>
            </w:pPr>
          </w:p>
          <w:p w14:paraId="0AB97A59" w14:textId="77777777" w:rsidR="004927A7" w:rsidRDefault="004927A7" w:rsidP="00DE2DE0">
            <w:pPr>
              <w:spacing w:line="240" w:lineRule="auto"/>
            </w:pPr>
          </w:p>
        </w:tc>
      </w:tr>
    </w:tbl>
    <w:p w14:paraId="22363894" w14:textId="77777777" w:rsidR="004927A7" w:rsidRDefault="004927A7" w:rsidP="00DE2DE0">
      <w:pPr>
        <w:spacing w:after="0" w:line="240" w:lineRule="auto"/>
      </w:pPr>
    </w:p>
    <w:p w14:paraId="45EA3AB4" w14:textId="77777777" w:rsidR="004927A7" w:rsidRDefault="004927A7" w:rsidP="00DE2DE0">
      <w:pPr>
        <w:spacing w:after="0" w:line="240" w:lineRule="auto"/>
      </w:pPr>
    </w:p>
    <w:p w14:paraId="07FA6528" w14:textId="4DE8D56B" w:rsidR="004927A7" w:rsidRPr="004927A7" w:rsidRDefault="004927A7" w:rsidP="004927A7">
      <w:pPr>
        <w:spacing w:after="0" w:line="240" w:lineRule="auto"/>
        <w:rPr>
          <w:b/>
          <w:bCs/>
        </w:rPr>
      </w:pPr>
      <w:r w:rsidRPr="004927A7">
        <w:rPr>
          <w:b/>
          <w:bCs/>
        </w:rPr>
        <w:t>Q</w:t>
      </w:r>
      <w:r w:rsidR="00FF4FD5">
        <w:rPr>
          <w:b/>
          <w:bCs/>
        </w:rPr>
        <w:t>37</w:t>
      </w:r>
      <w:r w:rsidRPr="004927A7">
        <w:rPr>
          <w:b/>
          <w:bCs/>
        </w:rPr>
        <w:t>. If you suggested anyone else, what should their indicative roles be?</w:t>
      </w:r>
    </w:p>
    <w:p w14:paraId="7F299B46" w14:textId="77777777" w:rsidR="004927A7" w:rsidRDefault="004927A7" w:rsidP="004927A7">
      <w:pPr>
        <w:spacing w:after="0" w:line="240" w:lineRule="auto"/>
      </w:pPr>
    </w:p>
    <w:tbl>
      <w:tblPr>
        <w:tblStyle w:val="TableGrid"/>
        <w:tblW w:w="0" w:type="auto"/>
        <w:tblLook w:val="04A0" w:firstRow="1" w:lastRow="0" w:firstColumn="1" w:lastColumn="0" w:noHBand="0" w:noVBand="1"/>
      </w:tblPr>
      <w:tblGrid>
        <w:gridCol w:w="10070"/>
      </w:tblGrid>
      <w:tr w:rsidR="004927A7" w14:paraId="7B9F000B" w14:textId="77777777" w:rsidTr="004927A7">
        <w:tc>
          <w:tcPr>
            <w:tcW w:w="10070" w:type="dxa"/>
          </w:tcPr>
          <w:p w14:paraId="03D6CC49" w14:textId="77777777" w:rsidR="004927A7" w:rsidRDefault="004927A7" w:rsidP="004927A7">
            <w:pPr>
              <w:spacing w:line="240" w:lineRule="auto"/>
            </w:pPr>
          </w:p>
          <w:p w14:paraId="43EC6C66" w14:textId="77777777" w:rsidR="004927A7" w:rsidRDefault="004927A7" w:rsidP="004927A7">
            <w:pPr>
              <w:spacing w:line="240" w:lineRule="auto"/>
            </w:pPr>
          </w:p>
          <w:p w14:paraId="50663228" w14:textId="77777777" w:rsidR="004927A7" w:rsidRDefault="004927A7" w:rsidP="004927A7">
            <w:pPr>
              <w:spacing w:line="240" w:lineRule="auto"/>
            </w:pPr>
          </w:p>
        </w:tc>
      </w:tr>
    </w:tbl>
    <w:p w14:paraId="219A8884" w14:textId="77777777" w:rsidR="004927A7" w:rsidRDefault="004927A7" w:rsidP="004927A7">
      <w:pPr>
        <w:spacing w:after="0" w:line="240" w:lineRule="auto"/>
      </w:pPr>
    </w:p>
    <w:p w14:paraId="7BA6E26F" w14:textId="77777777" w:rsidR="004927A7" w:rsidRDefault="004927A7" w:rsidP="00DE2DE0">
      <w:pPr>
        <w:spacing w:after="0" w:line="240" w:lineRule="auto"/>
      </w:pPr>
    </w:p>
    <w:p w14:paraId="1353235D" w14:textId="07ED3F1C" w:rsidR="006E45E4" w:rsidRPr="004927A7" w:rsidRDefault="004927A7" w:rsidP="00DE2DE0">
      <w:pPr>
        <w:spacing w:after="0" w:line="240" w:lineRule="auto"/>
        <w:rPr>
          <w:b/>
          <w:bCs/>
        </w:rPr>
      </w:pPr>
      <w:r w:rsidRPr="004927A7">
        <w:rPr>
          <w:b/>
          <w:bCs/>
        </w:rPr>
        <w:t>Q</w:t>
      </w:r>
      <w:r w:rsidR="00FF4FD5">
        <w:rPr>
          <w:b/>
          <w:bCs/>
        </w:rPr>
        <w:t>38</w:t>
      </w:r>
      <w:r w:rsidRPr="004927A7">
        <w:rPr>
          <w:b/>
          <w:bCs/>
        </w:rPr>
        <w:t xml:space="preserve">. </w:t>
      </w:r>
      <w:r w:rsidR="08FB4B51" w:rsidRPr="004927A7">
        <w:rPr>
          <w:b/>
          <w:bCs/>
        </w:rPr>
        <w:t>(</w:t>
      </w:r>
      <w:r w:rsidR="57F67ED3" w:rsidRPr="004927A7">
        <w:rPr>
          <w:b/>
          <w:bCs/>
        </w:rPr>
        <w:t>F</w:t>
      </w:r>
      <w:r w:rsidR="7F41B46D" w:rsidRPr="004927A7">
        <w:rPr>
          <w:b/>
          <w:bCs/>
        </w:rPr>
        <w:t xml:space="preserve">or </w:t>
      </w:r>
      <w:r w:rsidR="57F67ED3" w:rsidRPr="004927A7">
        <w:rPr>
          <w:b/>
          <w:bCs/>
        </w:rPr>
        <w:t>C</w:t>
      </w:r>
      <w:r w:rsidR="00EC71DA">
        <w:rPr>
          <w:b/>
          <w:bCs/>
        </w:rPr>
        <w:t>ommunity Groups</w:t>
      </w:r>
      <w:r w:rsidR="57F67ED3" w:rsidRPr="004927A7">
        <w:rPr>
          <w:b/>
          <w:bCs/>
        </w:rPr>
        <w:t xml:space="preserve"> only</w:t>
      </w:r>
      <w:r w:rsidR="37C9AE99" w:rsidRPr="004927A7">
        <w:rPr>
          <w:b/>
          <w:bCs/>
        </w:rPr>
        <w:t>)</w:t>
      </w:r>
      <w:r w:rsidR="57F67ED3" w:rsidRPr="004927A7">
        <w:rPr>
          <w:b/>
          <w:bCs/>
        </w:rPr>
        <w:t xml:space="preserve"> </w:t>
      </w:r>
    </w:p>
    <w:p w14:paraId="6B5524F6" w14:textId="2D3D11E8" w:rsidR="006E45E4" w:rsidRDefault="3BC329AE" w:rsidP="00DE2DE0">
      <w:pPr>
        <w:spacing w:after="0" w:line="240" w:lineRule="auto"/>
        <w:rPr>
          <w:b/>
          <w:bCs/>
        </w:rPr>
      </w:pPr>
      <w:r w:rsidRPr="004927A7">
        <w:rPr>
          <w:b/>
          <w:bCs/>
        </w:rPr>
        <w:t xml:space="preserve">Please indicate </w:t>
      </w:r>
      <w:r w:rsidR="2A36BC3C" w:rsidRPr="004927A7">
        <w:rPr>
          <w:b/>
          <w:bCs/>
        </w:rPr>
        <w:t xml:space="preserve">whether </w:t>
      </w:r>
      <w:r w:rsidRPr="004927A7">
        <w:rPr>
          <w:b/>
          <w:bCs/>
        </w:rPr>
        <w:t xml:space="preserve">your community energy group is </w:t>
      </w:r>
      <w:r w:rsidR="5B304AA8" w:rsidRPr="004927A7">
        <w:rPr>
          <w:b/>
          <w:bCs/>
        </w:rPr>
        <w:t xml:space="preserve">interested in </w:t>
      </w:r>
      <w:r w:rsidR="28AB1271" w:rsidRPr="004927A7">
        <w:rPr>
          <w:b/>
          <w:bCs/>
        </w:rPr>
        <w:t>develop</w:t>
      </w:r>
      <w:r w:rsidR="7739FE2F" w:rsidRPr="004927A7">
        <w:rPr>
          <w:b/>
          <w:bCs/>
        </w:rPr>
        <w:t>ing</w:t>
      </w:r>
      <w:r w:rsidR="28AB1271" w:rsidRPr="004927A7">
        <w:rPr>
          <w:b/>
          <w:bCs/>
        </w:rPr>
        <w:t xml:space="preserve"> and manag</w:t>
      </w:r>
      <w:r w:rsidR="57C5A22F" w:rsidRPr="004927A7">
        <w:rPr>
          <w:b/>
          <w:bCs/>
        </w:rPr>
        <w:t>ing</w:t>
      </w:r>
      <w:r w:rsidR="28AB1271" w:rsidRPr="004927A7">
        <w:rPr>
          <w:b/>
          <w:bCs/>
        </w:rPr>
        <w:t xml:space="preserve"> </w:t>
      </w:r>
      <w:r w:rsidR="57F67ED3" w:rsidRPr="004927A7">
        <w:rPr>
          <w:b/>
          <w:bCs/>
        </w:rPr>
        <w:t xml:space="preserve">future </w:t>
      </w:r>
      <w:r w:rsidR="28AB1271" w:rsidRPr="004927A7">
        <w:rPr>
          <w:b/>
          <w:bCs/>
        </w:rPr>
        <w:t>generation assets</w:t>
      </w:r>
      <w:r w:rsidR="57F67ED3" w:rsidRPr="004927A7">
        <w:rPr>
          <w:b/>
          <w:bCs/>
        </w:rPr>
        <w:t xml:space="preserve"> via CSO from private</w:t>
      </w:r>
      <w:r w:rsidR="11F59E72" w:rsidRPr="004927A7">
        <w:rPr>
          <w:b/>
          <w:bCs/>
        </w:rPr>
        <w:t>,</w:t>
      </w:r>
      <w:r w:rsidR="57F67ED3" w:rsidRPr="004927A7">
        <w:rPr>
          <w:b/>
          <w:bCs/>
        </w:rPr>
        <w:t xml:space="preserve"> </w:t>
      </w:r>
      <w:r w:rsidR="008F7C23" w:rsidRPr="004927A7">
        <w:rPr>
          <w:b/>
          <w:bCs/>
        </w:rPr>
        <w:t>for-profit</w:t>
      </w:r>
      <w:r w:rsidR="57F67ED3" w:rsidRPr="004927A7">
        <w:rPr>
          <w:b/>
          <w:bCs/>
        </w:rPr>
        <w:t xml:space="preserve"> low carbon energy projects</w:t>
      </w:r>
      <w:r w:rsidR="28AB1271" w:rsidRPr="004927A7">
        <w:rPr>
          <w:b/>
          <w:bCs/>
        </w:rPr>
        <w:t>?</w:t>
      </w:r>
    </w:p>
    <w:p w14:paraId="6FAE0695" w14:textId="77777777" w:rsidR="004927A7" w:rsidRDefault="004927A7" w:rsidP="00DE2DE0">
      <w:pPr>
        <w:spacing w:after="0" w:line="240" w:lineRule="auto"/>
        <w:rPr>
          <w:b/>
          <w:bCs/>
        </w:rPr>
      </w:pPr>
    </w:p>
    <w:p w14:paraId="40FF8EFD" w14:textId="77777777" w:rsidR="004927A7" w:rsidRDefault="004927A7" w:rsidP="004927A7">
      <w:pPr>
        <w:spacing w:after="0" w:line="240" w:lineRule="auto"/>
        <w:rPr>
          <w:lang w:val="en-GB"/>
        </w:rPr>
      </w:pPr>
      <w:r w:rsidRPr="403A216D">
        <w:rPr>
          <w:rFonts w:ascii="Aptos Narrow" w:hAnsi="Aptos Narrow"/>
        </w:rPr>
        <w:lastRenderedPageBreak/>
        <w:t>□</w:t>
      </w:r>
      <w:r>
        <w:t xml:space="preserve"> Yes</w:t>
      </w:r>
    </w:p>
    <w:p w14:paraId="271D63CB" w14:textId="0A20405E" w:rsidR="004927A7" w:rsidRDefault="004927A7" w:rsidP="004927A7">
      <w:pPr>
        <w:spacing w:after="0" w:line="240" w:lineRule="auto"/>
      </w:pPr>
      <w:r w:rsidRPr="403A216D">
        <w:rPr>
          <w:rFonts w:ascii="Aptos Narrow" w:hAnsi="Aptos Narrow"/>
        </w:rPr>
        <w:t>□</w:t>
      </w:r>
      <w:r>
        <w:t xml:space="preserve"> Maybe</w:t>
      </w:r>
    </w:p>
    <w:p w14:paraId="643960B1" w14:textId="77777777" w:rsidR="004927A7" w:rsidRDefault="004927A7" w:rsidP="004927A7">
      <w:pPr>
        <w:spacing w:after="0" w:line="240" w:lineRule="auto"/>
        <w:rPr>
          <w:lang w:val="en-GB"/>
        </w:rPr>
      </w:pPr>
      <w:r w:rsidRPr="403A216D">
        <w:rPr>
          <w:rFonts w:ascii="Aptos Narrow" w:hAnsi="Aptos Narrow"/>
        </w:rPr>
        <w:t>□</w:t>
      </w:r>
      <w:r>
        <w:t xml:space="preserve"> No</w:t>
      </w:r>
    </w:p>
    <w:p w14:paraId="083F4DDB" w14:textId="77777777" w:rsidR="004927A7" w:rsidRDefault="004927A7" w:rsidP="004927A7">
      <w:pPr>
        <w:spacing w:after="0" w:line="240" w:lineRule="auto"/>
      </w:pPr>
    </w:p>
    <w:p w14:paraId="72789793" w14:textId="77777777" w:rsidR="004927A7" w:rsidRDefault="004927A7" w:rsidP="004927A7">
      <w:pPr>
        <w:spacing w:after="0" w:line="240" w:lineRule="auto"/>
      </w:pPr>
    </w:p>
    <w:p w14:paraId="7F9A7F14" w14:textId="3288E9BC" w:rsidR="004927A7" w:rsidRPr="00D23138" w:rsidRDefault="004927A7" w:rsidP="004927A7">
      <w:pPr>
        <w:spacing w:after="0" w:line="240" w:lineRule="auto"/>
        <w:rPr>
          <w:color w:val="0070C0"/>
        </w:rPr>
      </w:pPr>
      <w:r w:rsidRPr="00D23138">
        <w:rPr>
          <w:color w:val="0070C0"/>
        </w:rPr>
        <w:t>Conditional formatting – if</w:t>
      </w:r>
      <w:r>
        <w:rPr>
          <w:color w:val="0070C0"/>
        </w:rPr>
        <w:t xml:space="preserve"> yes or maybe</w:t>
      </w:r>
      <w:r w:rsidRPr="00D23138">
        <w:rPr>
          <w:color w:val="0070C0"/>
        </w:rPr>
        <w:t xml:space="preserve"> </w:t>
      </w:r>
    </w:p>
    <w:p w14:paraId="6E978FE4" w14:textId="4C549A88" w:rsidR="004927A7" w:rsidRPr="004927A7" w:rsidRDefault="004927A7" w:rsidP="004927A7">
      <w:pPr>
        <w:spacing w:after="0" w:line="240" w:lineRule="auto"/>
        <w:rPr>
          <w:b/>
          <w:bCs/>
          <w:lang w:val="en-GB"/>
        </w:rPr>
      </w:pPr>
      <w:r w:rsidRPr="004927A7">
        <w:rPr>
          <w:b/>
          <w:bCs/>
          <w:lang w:val="en-GB"/>
        </w:rPr>
        <w:t>Q</w:t>
      </w:r>
      <w:r w:rsidR="00FF4FD5">
        <w:rPr>
          <w:b/>
          <w:bCs/>
          <w:lang w:val="en-GB"/>
        </w:rPr>
        <w:t>39</w:t>
      </w:r>
      <w:r w:rsidRPr="004927A7">
        <w:rPr>
          <w:b/>
          <w:bCs/>
          <w:lang w:val="en-GB"/>
        </w:rPr>
        <w:t>. Please provide the name</w:t>
      </w:r>
      <w:r w:rsidR="008F7C23">
        <w:rPr>
          <w:b/>
          <w:bCs/>
          <w:lang w:val="en-GB"/>
        </w:rPr>
        <w:t xml:space="preserve"> and contact email for</w:t>
      </w:r>
      <w:r w:rsidRPr="004927A7">
        <w:rPr>
          <w:b/>
          <w:bCs/>
          <w:lang w:val="en-GB"/>
        </w:rPr>
        <w:t xml:space="preserve"> your group</w:t>
      </w:r>
      <w:r>
        <w:rPr>
          <w:b/>
          <w:bCs/>
          <w:lang w:val="en-GB"/>
        </w:rPr>
        <w:t>:</w:t>
      </w:r>
    </w:p>
    <w:p w14:paraId="5030CE5A" w14:textId="77777777" w:rsidR="004927A7" w:rsidRDefault="004927A7" w:rsidP="004927A7">
      <w:pPr>
        <w:spacing w:after="0" w:line="240" w:lineRule="auto"/>
        <w:rPr>
          <w:lang w:val="en-GB"/>
        </w:rPr>
      </w:pPr>
    </w:p>
    <w:tbl>
      <w:tblPr>
        <w:tblStyle w:val="TableGrid"/>
        <w:tblW w:w="0" w:type="auto"/>
        <w:tblLook w:val="04A0" w:firstRow="1" w:lastRow="0" w:firstColumn="1" w:lastColumn="0" w:noHBand="0" w:noVBand="1"/>
      </w:tblPr>
      <w:tblGrid>
        <w:gridCol w:w="10070"/>
      </w:tblGrid>
      <w:tr w:rsidR="004927A7" w14:paraId="252950B0" w14:textId="77777777" w:rsidTr="004927A7">
        <w:tc>
          <w:tcPr>
            <w:tcW w:w="10070" w:type="dxa"/>
          </w:tcPr>
          <w:p w14:paraId="5C6ACEF5" w14:textId="77777777" w:rsidR="004927A7" w:rsidRDefault="004927A7" w:rsidP="004927A7">
            <w:pPr>
              <w:spacing w:line="240" w:lineRule="auto"/>
              <w:rPr>
                <w:lang w:val="en-GB"/>
              </w:rPr>
            </w:pPr>
          </w:p>
          <w:p w14:paraId="778DEF73" w14:textId="77777777" w:rsidR="004927A7" w:rsidRDefault="004927A7" w:rsidP="004927A7">
            <w:pPr>
              <w:spacing w:line="240" w:lineRule="auto"/>
              <w:rPr>
                <w:lang w:val="en-GB"/>
              </w:rPr>
            </w:pPr>
          </w:p>
          <w:p w14:paraId="37111397" w14:textId="77777777" w:rsidR="004927A7" w:rsidRDefault="004927A7" w:rsidP="004927A7">
            <w:pPr>
              <w:spacing w:line="240" w:lineRule="auto"/>
              <w:rPr>
                <w:lang w:val="en-GB"/>
              </w:rPr>
            </w:pPr>
          </w:p>
        </w:tc>
      </w:tr>
    </w:tbl>
    <w:p w14:paraId="103F8E84" w14:textId="77777777" w:rsidR="004927A7" w:rsidRDefault="004927A7" w:rsidP="004927A7">
      <w:pPr>
        <w:spacing w:after="0" w:line="240" w:lineRule="auto"/>
        <w:rPr>
          <w:lang w:val="en-GB"/>
        </w:rPr>
      </w:pPr>
    </w:p>
    <w:p w14:paraId="7AE3023B" w14:textId="77777777" w:rsidR="004927A7" w:rsidRPr="004927A7" w:rsidRDefault="004927A7" w:rsidP="00DE2DE0">
      <w:pPr>
        <w:spacing w:after="0" w:line="240" w:lineRule="auto"/>
        <w:rPr>
          <w:b/>
          <w:bCs/>
        </w:rPr>
      </w:pPr>
    </w:p>
    <w:p w14:paraId="531E46A2" w14:textId="42217F1A" w:rsidR="003A3E13" w:rsidRDefault="004927A7" w:rsidP="00DE2DE0">
      <w:pPr>
        <w:spacing w:after="0" w:line="240" w:lineRule="auto"/>
        <w:rPr>
          <w:b/>
          <w:bCs/>
        </w:rPr>
      </w:pPr>
      <w:r>
        <w:rPr>
          <w:b/>
          <w:bCs/>
        </w:rPr>
        <w:t>Q</w:t>
      </w:r>
      <w:r w:rsidR="00FF4FD5">
        <w:rPr>
          <w:b/>
          <w:bCs/>
        </w:rPr>
        <w:t>40</w:t>
      </w:r>
      <w:r>
        <w:rPr>
          <w:b/>
          <w:bCs/>
        </w:rPr>
        <w:t xml:space="preserve">. </w:t>
      </w:r>
      <w:r w:rsidR="6D9D20F6" w:rsidRPr="004927A7">
        <w:rPr>
          <w:b/>
          <w:bCs/>
        </w:rPr>
        <w:t xml:space="preserve">What can </w:t>
      </w:r>
      <w:r>
        <w:rPr>
          <w:b/>
          <w:bCs/>
        </w:rPr>
        <w:t xml:space="preserve">your </w:t>
      </w:r>
      <w:r w:rsidR="005A527E" w:rsidRPr="004927A7">
        <w:rPr>
          <w:b/>
          <w:bCs/>
        </w:rPr>
        <w:t xml:space="preserve">group offer to the </w:t>
      </w:r>
      <w:r w:rsidR="256F0036" w:rsidRPr="004927A7">
        <w:rPr>
          <w:b/>
          <w:bCs/>
        </w:rPr>
        <w:t>CSO</w:t>
      </w:r>
      <w:r w:rsidR="005A527E" w:rsidRPr="004927A7">
        <w:rPr>
          <w:b/>
          <w:bCs/>
        </w:rPr>
        <w:t xml:space="preserve"> route map</w:t>
      </w:r>
      <w:r w:rsidR="003A3E13" w:rsidRPr="004927A7">
        <w:rPr>
          <w:b/>
          <w:bCs/>
        </w:rPr>
        <w:t>?</w:t>
      </w:r>
      <w:r w:rsidR="6A8440EC" w:rsidRPr="004927A7">
        <w:rPr>
          <w:b/>
          <w:bCs/>
        </w:rPr>
        <w:t xml:space="preserve"> (e.g. expertise, local engagement, project delivery experience, financial capability)</w:t>
      </w:r>
    </w:p>
    <w:p w14:paraId="004DDB56" w14:textId="77777777" w:rsidR="003A1243" w:rsidRDefault="003A1243" w:rsidP="00DE2DE0">
      <w:pPr>
        <w:spacing w:after="0" w:line="240" w:lineRule="auto"/>
        <w:rPr>
          <w:b/>
          <w:bCs/>
        </w:rPr>
      </w:pPr>
    </w:p>
    <w:tbl>
      <w:tblPr>
        <w:tblStyle w:val="TableGrid"/>
        <w:tblW w:w="0" w:type="auto"/>
        <w:tblLook w:val="04A0" w:firstRow="1" w:lastRow="0" w:firstColumn="1" w:lastColumn="0" w:noHBand="0" w:noVBand="1"/>
      </w:tblPr>
      <w:tblGrid>
        <w:gridCol w:w="10070"/>
      </w:tblGrid>
      <w:tr w:rsidR="003A1243" w14:paraId="0150835D" w14:textId="77777777" w:rsidTr="003A1243">
        <w:tc>
          <w:tcPr>
            <w:tcW w:w="10070" w:type="dxa"/>
          </w:tcPr>
          <w:p w14:paraId="38EFD778" w14:textId="77777777" w:rsidR="003A1243" w:rsidRDefault="003A1243" w:rsidP="00DE2DE0">
            <w:pPr>
              <w:spacing w:line="240" w:lineRule="auto"/>
              <w:rPr>
                <w:b/>
                <w:bCs/>
              </w:rPr>
            </w:pPr>
          </w:p>
          <w:p w14:paraId="34E61E6F" w14:textId="77777777" w:rsidR="003A1243" w:rsidRDefault="003A1243" w:rsidP="00DE2DE0">
            <w:pPr>
              <w:spacing w:line="240" w:lineRule="auto"/>
              <w:rPr>
                <w:b/>
                <w:bCs/>
              </w:rPr>
            </w:pPr>
          </w:p>
          <w:p w14:paraId="29B0DE65" w14:textId="77777777" w:rsidR="003A1243" w:rsidRDefault="003A1243" w:rsidP="00DE2DE0">
            <w:pPr>
              <w:spacing w:line="240" w:lineRule="auto"/>
              <w:rPr>
                <w:b/>
                <w:bCs/>
              </w:rPr>
            </w:pPr>
          </w:p>
        </w:tc>
      </w:tr>
    </w:tbl>
    <w:p w14:paraId="5EB57C6D" w14:textId="77777777" w:rsidR="003A1243" w:rsidRPr="004927A7" w:rsidRDefault="003A1243" w:rsidP="00DE2DE0">
      <w:pPr>
        <w:spacing w:after="0" w:line="240" w:lineRule="auto"/>
        <w:rPr>
          <w:b/>
          <w:bCs/>
        </w:rPr>
      </w:pPr>
    </w:p>
    <w:p w14:paraId="53AE2D41" w14:textId="77777777" w:rsidR="003A3E13" w:rsidRPr="004927A7" w:rsidRDefault="003A3E13" w:rsidP="00DE2DE0">
      <w:pPr>
        <w:spacing w:after="0" w:line="240" w:lineRule="auto"/>
        <w:rPr>
          <w:b/>
          <w:bCs/>
        </w:rPr>
      </w:pPr>
    </w:p>
    <w:p w14:paraId="2D24F5EB" w14:textId="77E55042" w:rsidR="6A8440EC" w:rsidRDefault="003A1243" w:rsidP="00DE2DE0">
      <w:pPr>
        <w:spacing w:after="0" w:line="240" w:lineRule="auto"/>
        <w:rPr>
          <w:b/>
          <w:bCs/>
        </w:rPr>
      </w:pPr>
      <w:r>
        <w:rPr>
          <w:b/>
          <w:bCs/>
        </w:rPr>
        <w:t>Q</w:t>
      </w:r>
      <w:r w:rsidR="00FF4FD5">
        <w:rPr>
          <w:b/>
          <w:bCs/>
        </w:rPr>
        <w:t>41</w:t>
      </w:r>
      <w:r>
        <w:rPr>
          <w:b/>
          <w:bCs/>
        </w:rPr>
        <w:t xml:space="preserve">. </w:t>
      </w:r>
      <w:r w:rsidR="6A8440EC" w:rsidRPr="004927A7">
        <w:rPr>
          <w:b/>
          <w:bCs/>
        </w:rPr>
        <w:t>Readiness to participate in CSO</w:t>
      </w:r>
    </w:p>
    <w:p w14:paraId="2919FF9A" w14:textId="77777777" w:rsidR="003A1243" w:rsidRPr="004927A7" w:rsidRDefault="003A1243" w:rsidP="00DE2DE0">
      <w:pPr>
        <w:spacing w:after="0" w:line="240" w:lineRule="auto"/>
        <w:rPr>
          <w:b/>
          <w:bCs/>
        </w:rPr>
      </w:pPr>
    </w:p>
    <w:p w14:paraId="0129C231" w14:textId="77777777" w:rsidR="003A1243" w:rsidRDefault="00710C3C" w:rsidP="00DE2DE0">
      <w:pPr>
        <w:spacing w:after="0" w:line="240" w:lineRule="auto"/>
        <w:rPr>
          <w:b/>
          <w:bCs/>
        </w:rPr>
      </w:pPr>
      <w:r w:rsidRPr="004927A7">
        <w:rPr>
          <w:b/>
          <w:bCs/>
        </w:rPr>
        <w:t xml:space="preserve">Please tick the </w:t>
      </w:r>
      <w:r w:rsidR="00C41802" w:rsidRPr="004927A7">
        <w:rPr>
          <w:b/>
          <w:bCs/>
        </w:rPr>
        <w:t>statement</w:t>
      </w:r>
      <w:r w:rsidR="0967C202" w:rsidRPr="004927A7">
        <w:rPr>
          <w:b/>
          <w:bCs/>
        </w:rPr>
        <w:t xml:space="preserve"> that best describes your organisation:</w:t>
      </w:r>
    </w:p>
    <w:p w14:paraId="097B9257" w14:textId="656F7D60" w:rsidR="00181830" w:rsidRPr="004927A7" w:rsidRDefault="0967C202" w:rsidP="00DE2DE0">
      <w:pPr>
        <w:spacing w:after="0" w:line="240" w:lineRule="auto"/>
        <w:rPr>
          <w:b/>
          <w:bCs/>
        </w:rPr>
      </w:pPr>
      <w:r w:rsidRPr="004927A7">
        <w:rPr>
          <w:b/>
          <w:bCs/>
        </w:rPr>
        <w:t xml:space="preserve"> </w:t>
      </w:r>
    </w:p>
    <w:p w14:paraId="1A1271F7" w14:textId="76726860" w:rsidR="003A3E13" w:rsidRPr="003A1243" w:rsidRDefault="02EF393D" w:rsidP="00DE2DE0">
      <w:pPr>
        <w:spacing w:after="0" w:line="240" w:lineRule="auto"/>
        <w:rPr>
          <w:lang w:val="en-GB"/>
        </w:rPr>
      </w:pPr>
      <w:r w:rsidRPr="003A1243">
        <w:rPr>
          <w:rFonts w:ascii="Aptos Narrow" w:hAnsi="Aptos Narrow"/>
        </w:rPr>
        <w:t>□</w:t>
      </w:r>
      <w:r w:rsidRPr="003A1243">
        <w:t xml:space="preserve"> </w:t>
      </w:r>
      <w:r w:rsidR="008002E7" w:rsidRPr="003A1243">
        <w:t>Immediately ready to start negotiating and managing CSO</w:t>
      </w:r>
    </w:p>
    <w:p w14:paraId="77F98A04" w14:textId="7A90A4CA" w:rsidR="0078160E" w:rsidRPr="003A1243" w:rsidRDefault="57FF59E1" w:rsidP="00DE2DE0">
      <w:pPr>
        <w:spacing w:after="0" w:line="240" w:lineRule="auto"/>
        <w:rPr>
          <w:lang w:val="en-GB"/>
        </w:rPr>
      </w:pPr>
      <w:r w:rsidRPr="003A1243">
        <w:rPr>
          <w:rFonts w:ascii="Aptos Narrow" w:hAnsi="Aptos Narrow"/>
        </w:rPr>
        <w:t>□</w:t>
      </w:r>
      <w:r w:rsidRPr="003A1243">
        <w:t xml:space="preserve"> Requires</w:t>
      </w:r>
      <w:r w:rsidR="0078160E" w:rsidRPr="003A1243">
        <w:t xml:space="preserve"> further support and development before it can commit to CSO negotiations and management</w:t>
      </w:r>
    </w:p>
    <w:p w14:paraId="15124314" w14:textId="2345D4AD" w:rsidR="00710C3C" w:rsidRPr="003A1243" w:rsidRDefault="71D6E100" w:rsidP="00DE2DE0">
      <w:pPr>
        <w:spacing w:after="0" w:line="240" w:lineRule="auto"/>
        <w:rPr>
          <w:lang w:val="en-GB"/>
        </w:rPr>
      </w:pPr>
      <w:r w:rsidRPr="003A1243">
        <w:rPr>
          <w:rFonts w:ascii="Aptos Narrow" w:hAnsi="Aptos Narrow"/>
        </w:rPr>
        <w:t>□</w:t>
      </w:r>
      <w:r w:rsidRPr="003A1243">
        <w:t xml:space="preserve"> Requires </w:t>
      </w:r>
      <w:r w:rsidR="00710C3C" w:rsidRPr="003A1243">
        <w:t xml:space="preserve">substantial support </w:t>
      </w:r>
      <w:r w:rsidR="4DF3A50B" w:rsidRPr="003A1243">
        <w:t xml:space="preserve">before being </w:t>
      </w:r>
      <w:r w:rsidR="00710C3C" w:rsidRPr="003A1243">
        <w:t>ready for CSO negotiations and management</w:t>
      </w:r>
    </w:p>
    <w:p w14:paraId="5E3DB6D0" w14:textId="6C05FAE0" w:rsidR="00710C3C" w:rsidRDefault="2CCC08B0" w:rsidP="00DE2DE0">
      <w:pPr>
        <w:spacing w:after="0" w:line="240" w:lineRule="auto"/>
        <w:rPr>
          <w:b/>
          <w:bCs/>
        </w:rPr>
      </w:pPr>
      <w:r w:rsidRPr="003A1243">
        <w:rPr>
          <w:rFonts w:ascii="Aptos Narrow" w:hAnsi="Aptos Narrow"/>
        </w:rPr>
        <w:t>□</w:t>
      </w:r>
      <w:r w:rsidRPr="003A1243">
        <w:t xml:space="preserve"> </w:t>
      </w:r>
      <w:r w:rsidR="00C41802" w:rsidRPr="003A1243">
        <w:t xml:space="preserve">Other </w:t>
      </w:r>
      <w:r w:rsidR="15D8D104" w:rsidRPr="003A1243">
        <w:t>(</w:t>
      </w:r>
      <w:r w:rsidR="0024496E" w:rsidRPr="003A1243">
        <w:t>please describe</w:t>
      </w:r>
      <w:r w:rsidR="7F95B459" w:rsidRPr="003A1243">
        <w:t>):</w:t>
      </w:r>
      <w:r w:rsidR="7F95B459" w:rsidRPr="004927A7">
        <w:rPr>
          <w:b/>
          <w:bCs/>
        </w:rPr>
        <w:t xml:space="preserve"> </w:t>
      </w:r>
    </w:p>
    <w:p w14:paraId="232AA9DC" w14:textId="77777777" w:rsidR="003A1243" w:rsidRDefault="003A1243" w:rsidP="00DE2DE0">
      <w:pPr>
        <w:spacing w:after="0" w:line="240" w:lineRule="auto"/>
        <w:rPr>
          <w:b/>
          <w:bCs/>
        </w:rPr>
      </w:pPr>
    </w:p>
    <w:tbl>
      <w:tblPr>
        <w:tblStyle w:val="TableGrid"/>
        <w:tblW w:w="0" w:type="auto"/>
        <w:tblLook w:val="04A0" w:firstRow="1" w:lastRow="0" w:firstColumn="1" w:lastColumn="0" w:noHBand="0" w:noVBand="1"/>
      </w:tblPr>
      <w:tblGrid>
        <w:gridCol w:w="10070"/>
      </w:tblGrid>
      <w:tr w:rsidR="003A1243" w14:paraId="4E684A3E" w14:textId="77777777" w:rsidTr="003A1243">
        <w:tc>
          <w:tcPr>
            <w:tcW w:w="10070" w:type="dxa"/>
          </w:tcPr>
          <w:p w14:paraId="20A6CF92" w14:textId="77777777" w:rsidR="003A1243" w:rsidRDefault="003A1243" w:rsidP="00DE2DE0">
            <w:pPr>
              <w:spacing w:line="240" w:lineRule="auto"/>
              <w:rPr>
                <w:b/>
                <w:bCs/>
                <w:lang w:val="en-GB"/>
              </w:rPr>
            </w:pPr>
          </w:p>
          <w:p w14:paraId="5833CDEB" w14:textId="77777777" w:rsidR="003A1243" w:rsidRDefault="003A1243" w:rsidP="00DE2DE0">
            <w:pPr>
              <w:spacing w:line="240" w:lineRule="auto"/>
              <w:rPr>
                <w:b/>
                <w:bCs/>
                <w:lang w:val="en-GB"/>
              </w:rPr>
            </w:pPr>
          </w:p>
          <w:p w14:paraId="773F31D9" w14:textId="77777777" w:rsidR="003A1243" w:rsidRDefault="003A1243" w:rsidP="00DE2DE0">
            <w:pPr>
              <w:spacing w:line="240" w:lineRule="auto"/>
              <w:rPr>
                <w:b/>
                <w:bCs/>
                <w:lang w:val="en-GB"/>
              </w:rPr>
            </w:pPr>
          </w:p>
        </w:tc>
      </w:tr>
    </w:tbl>
    <w:p w14:paraId="7666F30F" w14:textId="77777777" w:rsidR="003A1243" w:rsidRDefault="003A1243" w:rsidP="003A1243">
      <w:pPr>
        <w:spacing w:after="0" w:line="240" w:lineRule="auto"/>
        <w:rPr>
          <w:b/>
          <w:bCs/>
          <w:lang w:val="en-GB"/>
        </w:rPr>
      </w:pPr>
    </w:p>
    <w:p w14:paraId="39CAE03B" w14:textId="77777777" w:rsidR="003F522D" w:rsidRDefault="003F522D" w:rsidP="003A1243">
      <w:pPr>
        <w:spacing w:after="0" w:line="240" w:lineRule="auto"/>
        <w:rPr>
          <w:b/>
          <w:bCs/>
          <w:lang w:val="en-GB"/>
        </w:rPr>
      </w:pPr>
    </w:p>
    <w:p w14:paraId="3F29D0B0" w14:textId="77777777" w:rsidR="003F522D" w:rsidRPr="003F522D" w:rsidRDefault="003F522D" w:rsidP="003F522D">
      <w:pPr>
        <w:spacing w:after="0" w:line="240" w:lineRule="auto"/>
        <w:rPr>
          <w:b/>
          <w:bCs/>
          <w:lang w:val="en-GB"/>
        </w:rPr>
      </w:pPr>
      <w:r w:rsidRPr="003F522D">
        <w:rPr>
          <w:b/>
          <w:bCs/>
          <w:lang w:val="en-GB"/>
        </w:rPr>
        <w:t>About you</w:t>
      </w:r>
    </w:p>
    <w:p w14:paraId="4237BA1E" w14:textId="77777777" w:rsidR="003F522D" w:rsidRPr="003F522D" w:rsidRDefault="003F522D" w:rsidP="003F522D">
      <w:pPr>
        <w:spacing w:after="0" w:line="240" w:lineRule="auto"/>
        <w:rPr>
          <w:b/>
          <w:bCs/>
          <w:lang w:val="en-GB"/>
        </w:rPr>
      </w:pPr>
    </w:p>
    <w:p w14:paraId="6EEBE3FE" w14:textId="77777777" w:rsidR="003F522D" w:rsidRPr="006F7D6D" w:rsidRDefault="003F522D" w:rsidP="003F522D">
      <w:pPr>
        <w:spacing w:after="0" w:line="240" w:lineRule="auto"/>
        <w:rPr>
          <w:lang w:val="en-GB"/>
        </w:rPr>
      </w:pPr>
      <w:r w:rsidRPr="620D3AE0">
        <w:rPr>
          <w:lang w:val="en-GB"/>
        </w:rPr>
        <w:t>We would like to know more about you so that we can understand more about our customers and residents, as it helps us to know if we are hearing the views of a wide range of people and communities.</w:t>
      </w:r>
    </w:p>
    <w:p w14:paraId="6A9671F8" w14:textId="77777777" w:rsidR="003F522D" w:rsidRPr="006F7D6D" w:rsidRDefault="003F522D" w:rsidP="003F522D">
      <w:pPr>
        <w:spacing w:after="0" w:line="240" w:lineRule="auto"/>
        <w:rPr>
          <w:lang w:val="en-GB"/>
        </w:rPr>
      </w:pPr>
    </w:p>
    <w:p w14:paraId="289F2A1C" w14:textId="77777777" w:rsidR="003F522D" w:rsidRPr="006F7D6D" w:rsidRDefault="003F522D" w:rsidP="003F522D">
      <w:pPr>
        <w:spacing w:after="0" w:line="240" w:lineRule="auto"/>
        <w:rPr>
          <w:lang w:val="en-GB"/>
        </w:rPr>
      </w:pPr>
      <w:r w:rsidRPr="620D3AE0">
        <w:rPr>
          <w:lang w:val="en-GB"/>
        </w:rPr>
        <w:t>If you do not wish to provide any of this information, please select prefer not to say or skip the question as appropriate.</w:t>
      </w:r>
    </w:p>
    <w:p w14:paraId="60E5CA55" w14:textId="7D1F470A" w:rsidR="003F522D" w:rsidRDefault="003F522D" w:rsidP="003F522D">
      <w:pPr>
        <w:spacing w:after="0" w:line="240" w:lineRule="auto"/>
        <w:rPr>
          <w:lang w:val="en-GB"/>
        </w:rPr>
      </w:pPr>
      <w:r w:rsidRPr="620D3AE0">
        <w:rPr>
          <w:lang w:val="en-GB"/>
        </w:rPr>
        <w:t>All  information  given is anonymous and is governed by the UK GDPR and General Data Protection Regulations 2018</w:t>
      </w:r>
    </w:p>
    <w:p w14:paraId="0167849D" w14:textId="77777777" w:rsidR="003F522D" w:rsidRDefault="003F522D" w:rsidP="003F522D">
      <w:pPr>
        <w:spacing w:after="0" w:line="240" w:lineRule="auto"/>
        <w:rPr>
          <w:lang w:val="en-GB"/>
        </w:rPr>
      </w:pPr>
    </w:p>
    <w:p w14:paraId="66307282" w14:textId="0044AF03" w:rsidR="003F522D" w:rsidRDefault="003F522D" w:rsidP="003F522D">
      <w:pPr>
        <w:rPr>
          <w:b/>
          <w:bCs/>
        </w:rPr>
      </w:pPr>
      <w:r w:rsidRPr="620D3AE0">
        <w:rPr>
          <w:b/>
          <w:bCs/>
          <w:lang w:val="en-GB"/>
        </w:rPr>
        <w:t>Q</w:t>
      </w:r>
      <w:r w:rsidR="00FF4FD5">
        <w:rPr>
          <w:b/>
          <w:bCs/>
          <w:lang w:val="en-GB"/>
        </w:rPr>
        <w:t>42</w:t>
      </w:r>
      <w:r w:rsidRPr="620D3AE0">
        <w:rPr>
          <w:b/>
          <w:bCs/>
          <w:lang w:val="en-GB"/>
        </w:rPr>
        <w:t xml:space="preserve">. </w:t>
      </w:r>
      <w:r w:rsidRPr="620D3AE0">
        <w:rPr>
          <w:b/>
          <w:bCs/>
        </w:rPr>
        <w:t>What is your postcode?</w:t>
      </w:r>
    </w:p>
    <w:tbl>
      <w:tblPr>
        <w:tblStyle w:val="TableGrid"/>
        <w:tblW w:w="0" w:type="auto"/>
        <w:tblLook w:val="04A0" w:firstRow="1" w:lastRow="0" w:firstColumn="1" w:lastColumn="0" w:noHBand="0" w:noVBand="1"/>
      </w:tblPr>
      <w:tblGrid>
        <w:gridCol w:w="10070"/>
      </w:tblGrid>
      <w:tr w:rsidR="003F522D" w14:paraId="03810398" w14:textId="77777777" w:rsidTr="003F522D">
        <w:tc>
          <w:tcPr>
            <w:tcW w:w="10070" w:type="dxa"/>
          </w:tcPr>
          <w:p w14:paraId="037BEDEA" w14:textId="77777777" w:rsidR="003F522D" w:rsidRDefault="003F522D" w:rsidP="003F522D"/>
          <w:p w14:paraId="41C6D25D" w14:textId="77777777" w:rsidR="003F522D" w:rsidRDefault="003F522D" w:rsidP="003F522D"/>
        </w:tc>
      </w:tr>
    </w:tbl>
    <w:p w14:paraId="7C0E835E" w14:textId="77777777" w:rsidR="003F522D" w:rsidRDefault="003F522D" w:rsidP="003F522D"/>
    <w:p w14:paraId="3F436F9B" w14:textId="580838C7" w:rsidR="003F522D" w:rsidRPr="006F7D6D" w:rsidRDefault="003F522D" w:rsidP="003F522D">
      <w:pPr>
        <w:rPr>
          <w:b/>
          <w:bCs/>
        </w:rPr>
      </w:pPr>
      <w:r w:rsidRPr="620D3AE0">
        <w:rPr>
          <w:b/>
          <w:bCs/>
        </w:rPr>
        <w:t>Q</w:t>
      </w:r>
      <w:r w:rsidR="00FF4FD5">
        <w:rPr>
          <w:b/>
          <w:bCs/>
        </w:rPr>
        <w:t>43</w:t>
      </w:r>
      <w:r w:rsidRPr="620D3AE0">
        <w:rPr>
          <w:b/>
          <w:bCs/>
        </w:rPr>
        <w:t xml:space="preserve">. What is your age? </w:t>
      </w:r>
    </w:p>
    <w:p w14:paraId="191D5611" w14:textId="77777777" w:rsidR="003F522D" w:rsidRDefault="003F522D" w:rsidP="00673009">
      <w:pPr>
        <w:pStyle w:val="ListParagraph"/>
        <w:numPr>
          <w:ilvl w:val="0"/>
          <w:numId w:val="59"/>
        </w:numPr>
        <w:spacing w:after="0" w:line="240" w:lineRule="auto"/>
      </w:pPr>
      <w:r>
        <w:t>Under 16</w:t>
      </w:r>
    </w:p>
    <w:p w14:paraId="157B8BF7" w14:textId="77777777" w:rsidR="003F522D" w:rsidRDefault="003F522D" w:rsidP="00673009">
      <w:pPr>
        <w:pStyle w:val="ListParagraph"/>
        <w:numPr>
          <w:ilvl w:val="0"/>
          <w:numId w:val="59"/>
        </w:numPr>
        <w:spacing w:after="0" w:line="240" w:lineRule="auto"/>
      </w:pPr>
      <w:r>
        <w:t>16 - 24</w:t>
      </w:r>
    </w:p>
    <w:p w14:paraId="3FB548A4" w14:textId="77777777" w:rsidR="003F522D" w:rsidRDefault="003F522D" w:rsidP="00673009">
      <w:pPr>
        <w:pStyle w:val="ListParagraph"/>
        <w:numPr>
          <w:ilvl w:val="0"/>
          <w:numId w:val="59"/>
        </w:numPr>
        <w:spacing w:after="0" w:line="240" w:lineRule="auto"/>
      </w:pPr>
      <w:r>
        <w:t>25 - 34</w:t>
      </w:r>
    </w:p>
    <w:p w14:paraId="28B0811D" w14:textId="77777777" w:rsidR="003F522D" w:rsidRDefault="003F522D" w:rsidP="00673009">
      <w:pPr>
        <w:pStyle w:val="ListParagraph"/>
        <w:numPr>
          <w:ilvl w:val="0"/>
          <w:numId w:val="59"/>
        </w:numPr>
        <w:spacing w:after="0" w:line="240" w:lineRule="auto"/>
      </w:pPr>
      <w:r>
        <w:t>35 - 44</w:t>
      </w:r>
    </w:p>
    <w:p w14:paraId="1655FE98" w14:textId="77777777" w:rsidR="003F522D" w:rsidRDefault="003F522D" w:rsidP="00673009">
      <w:pPr>
        <w:pStyle w:val="ListParagraph"/>
        <w:numPr>
          <w:ilvl w:val="0"/>
          <w:numId w:val="59"/>
        </w:numPr>
        <w:spacing w:after="0" w:line="240" w:lineRule="auto"/>
      </w:pPr>
      <w:r>
        <w:t>45 - 54</w:t>
      </w:r>
    </w:p>
    <w:p w14:paraId="7C14C483" w14:textId="77777777" w:rsidR="003F522D" w:rsidRDefault="003F522D" w:rsidP="00673009">
      <w:pPr>
        <w:pStyle w:val="ListParagraph"/>
        <w:numPr>
          <w:ilvl w:val="0"/>
          <w:numId w:val="59"/>
        </w:numPr>
        <w:spacing w:after="0" w:line="240" w:lineRule="auto"/>
      </w:pPr>
      <w:r>
        <w:t>55 - 64</w:t>
      </w:r>
    </w:p>
    <w:p w14:paraId="43C3D7BE" w14:textId="77777777" w:rsidR="003F522D" w:rsidRDefault="003F522D" w:rsidP="00673009">
      <w:pPr>
        <w:pStyle w:val="ListParagraph"/>
        <w:numPr>
          <w:ilvl w:val="0"/>
          <w:numId w:val="59"/>
        </w:numPr>
        <w:spacing w:after="0" w:line="240" w:lineRule="auto"/>
      </w:pPr>
      <w:r>
        <w:t>65 – 74</w:t>
      </w:r>
    </w:p>
    <w:p w14:paraId="4B385B21" w14:textId="77777777" w:rsidR="003F522D" w:rsidRDefault="003F522D" w:rsidP="00673009">
      <w:pPr>
        <w:pStyle w:val="ListParagraph"/>
        <w:numPr>
          <w:ilvl w:val="0"/>
          <w:numId w:val="59"/>
        </w:numPr>
        <w:spacing w:after="0" w:line="240" w:lineRule="auto"/>
      </w:pPr>
      <w:r>
        <w:t>75 - 84</w:t>
      </w:r>
    </w:p>
    <w:p w14:paraId="4C0CE94A" w14:textId="77777777" w:rsidR="003F522D" w:rsidRDefault="003F522D" w:rsidP="00673009">
      <w:pPr>
        <w:pStyle w:val="ListParagraph"/>
        <w:numPr>
          <w:ilvl w:val="0"/>
          <w:numId w:val="59"/>
        </w:numPr>
        <w:spacing w:after="0" w:line="240" w:lineRule="auto"/>
      </w:pPr>
      <w:r>
        <w:t>85 or over</w:t>
      </w:r>
    </w:p>
    <w:p w14:paraId="751D2D94" w14:textId="265E8FBB" w:rsidR="003F522D" w:rsidRPr="003F522D" w:rsidRDefault="003F522D" w:rsidP="00673009">
      <w:pPr>
        <w:pStyle w:val="ListParagraph"/>
        <w:numPr>
          <w:ilvl w:val="0"/>
          <w:numId w:val="59"/>
        </w:numPr>
        <w:spacing w:after="0" w:line="240" w:lineRule="auto"/>
      </w:pPr>
      <w:r>
        <w:t>Prefer not to say</w:t>
      </w:r>
    </w:p>
    <w:p w14:paraId="33017EB6" w14:textId="7C8DFAC5" w:rsidR="003F522D" w:rsidRDefault="003F522D" w:rsidP="003F522D">
      <w:pPr>
        <w:spacing w:after="0" w:line="240" w:lineRule="auto"/>
        <w:rPr>
          <w:lang w:val="en-GB"/>
        </w:rPr>
      </w:pPr>
    </w:p>
    <w:p w14:paraId="31F61006" w14:textId="416A3F08" w:rsidR="003F522D" w:rsidRPr="006F7D6D" w:rsidRDefault="003F522D" w:rsidP="003F522D">
      <w:pPr>
        <w:spacing w:after="0" w:line="240" w:lineRule="auto"/>
        <w:rPr>
          <w:b/>
          <w:bCs/>
          <w:lang w:val="en-GB"/>
        </w:rPr>
      </w:pPr>
      <w:r w:rsidRPr="620D3AE0">
        <w:rPr>
          <w:b/>
          <w:bCs/>
          <w:lang w:val="en-GB"/>
        </w:rPr>
        <w:t>Q</w:t>
      </w:r>
      <w:r w:rsidR="00FF4FD5">
        <w:rPr>
          <w:b/>
          <w:bCs/>
          <w:lang w:val="en-GB"/>
        </w:rPr>
        <w:t>44</w:t>
      </w:r>
      <w:r w:rsidRPr="620D3AE0">
        <w:rPr>
          <w:b/>
          <w:bCs/>
          <w:lang w:val="en-GB"/>
        </w:rPr>
        <w:t xml:space="preserve">. What is your sex? </w:t>
      </w:r>
    </w:p>
    <w:p w14:paraId="75CD666C" w14:textId="77777777" w:rsidR="003F522D" w:rsidRPr="003F522D" w:rsidRDefault="003F522D" w:rsidP="003F522D">
      <w:pPr>
        <w:spacing w:after="0" w:line="240" w:lineRule="auto"/>
        <w:rPr>
          <w:lang w:val="en-GB"/>
        </w:rPr>
      </w:pPr>
    </w:p>
    <w:p w14:paraId="47D18C7F" w14:textId="77777777" w:rsidR="003F522D" w:rsidRPr="003F522D" w:rsidRDefault="003F522D" w:rsidP="00673009">
      <w:pPr>
        <w:pStyle w:val="ListParagraph"/>
        <w:numPr>
          <w:ilvl w:val="0"/>
          <w:numId w:val="60"/>
        </w:numPr>
        <w:spacing w:after="0" w:line="240" w:lineRule="auto"/>
        <w:rPr>
          <w:lang w:val="en-GB"/>
        </w:rPr>
      </w:pPr>
      <w:r w:rsidRPr="003F522D">
        <w:rPr>
          <w:lang w:val="en-GB"/>
        </w:rPr>
        <w:t>Female</w:t>
      </w:r>
    </w:p>
    <w:p w14:paraId="4D07C791" w14:textId="77777777" w:rsidR="003F522D" w:rsidRPr="003F522D" w:rsidRDefault="003F522D" w:rsidP="00673009">
      <w:pPr>
        <w:pStyle w:val="ListParagraph"/>
        <w:numPr>
          <w:ilvl w:val="0"/>
          <w:numId w:val="60"/>
        </w:numPr>
        <w:spacing w:after="0" w:line="240" w:lineRule="auto"/>
        <w:rPr>
          <w:lang w:val="en-GB"/>
        </w:rPr>
      </w:pPr>
      <w:r w:rsidRPr="003F522D">
        <w:rPr>
          <w:lang w:val="en-GB"/>
        </w:rPr>
        <w:t>Male</w:t>
      </w:r>
    </w:p>
    <w:p w14:paraId="3E7FE0F0" w14:textId="77777777" w:rsidR="003F522D" w:rsidRPr="003F522D" w:rsidRDefault="003F522D" w:rsidP="00673009">
      <w:pPr>
        <w:pStyle w:val="ListParagraph"/>
        <w:numPr>
          <w:ilvl w:val="0"/>
          <w:numId w:val="60"/>
        </w:numPr>
        <w:spacing w:after="0" w:line="240" w:lineRule="auto"/>
        <w:rPr>
          <w:lang w:val="en-GB"/>
        </w:rPr>
      </w:pPr>
      <w:r w:rsidRPr="003F522D">
        <w:rPr>
          <w:lang w:val="en-GB"/>
        </w:rPr>
        <w:t>Prefer not to say</w:t>
      </w:r>
    </w:p>
    <w:p w14:paraId="5287058E" w14:textId="4AE53A2B" w:rsidR="003F522D" w:rsidRPr="003F522D" w:rsidRDefault="003F522D" w:rsidP="00673009">
      <w:pPr>
        <w:pStyle w:val="ListParagraph"/>
        <w:numPr>
          <w:ilvl w:val="0"/>
          <w:numId w:val="60"/>
        </w:numPr>
        <w:spacing w:after="0" w:line="240" w:lineRule="auto"/>
        <w:rPr>
          <w:lang w:val="en-GB"/>
        </w:rPr>
      </w:pPr>
      <w:r w:rsidRPr="003F522D">
        <w:rPr>
          <w:lang w:val="en-GB"/>
        </w:rPr>
        <w:t>I use another term (please state here)</w:t>
      </w:r>
    </w:p>
    <w:p w14:paraId="1B90F261" w14:textId="77777777" w:rsidR="003F522D" w:rsidRDefault="003F522D" w:rsidP="003F522D">
      <w:pPr>
        <w:spacing w:after="0" w:line="240" w:lineRule="auto"/>
        <w:rPr>
          <w:lang w:val="en-GB"/>
        </w:rPr>
      </w:pPr>
    </w:p>
    <w:p w14:paraId="3AB612ED" w14:textId="77777777" w:rsidR="003F522D" w:rsidRDefault="003F522D" w:rsidP="003F522D">
      <w:pPr>
        <w:spacing w:after="0" w:line="240" w:lineRule="auto"/>
        <w:rPr>
          <w:lang w:val="en-GB"/>
        </w:rPr>
      </w:pPr>
    </w:p>
    <w:p w14:paraId="0B9D7346" w14:textId="1E11E7F0" w:rsidR="003F522D" w:rsidRDefault="003F522D" w:rsidP="003F522D">
      <w:pPr>
        <w:spacing w:after="0" w:line="240" w:lineRule="auto"/>
        <w:rPr>
          <w:b/>
          <w:bCs/>
          <w:lang w:val="en-GB"/>
        </w:rPr>
      </w:pPr>
      <w:r w:rsidRPr="620D3AE0">
        <w:rPr>
          <w:b/>
          <w:bCs/>
          <w:lang w:val="en-GB"/>
        </w:rPr>
        <w:t>Q</w:t>
      </w:r>
      <w:r w:rsidR="00FF4FD5">
        <w:rPr>
          <w:b/>
          <w:bCs/>
          <w:lang w:val="en-GB"/>
        </w:rPr>
        <w:t>45</w:t>
      </w:r>
      <w:r w:rsidRPr="620D3AE0">
        <w:rPr>
          <w:b/>
          <w:bCs/>
          <w:lang w:val="en-GB"/>
        </w:rPr>
        <w:t xml:space="preserve">. What is your ethnic group or background? </w:t>
      </w:r>
    </w:p>
    <w:p w14:paraId="40E17047" w14:textId="77777777" w:rsidR="003F522D" w:rsidRPr="006F7D6D" w:rsidRDefault="003F522D" w:rsidP="003F522D">
      <w:pPr>
        <w:spacing w:after="0" w:line="240" w:lineRule="auto"/>
        <w:rPr>
          <w:b/>
          <w:bCs/>
          <w:lang w:val="en-GB"/>
        </w:rPr>
      </w:pPr>
    </w:p>
    <w:p w14:paraId="325C0DC9" w14:textId="77777777" w:rsidR="003F522D" w:rsidRPr="003F522D" w:rsidRDefault="003F522D" w:rsidP="620D3AE0">
      <w:pPr>
        <w:pStyle w:val="ListParagraph"/>
        <w:numPr>
          <w:ilvl w:val="0"/>
          <w:numId w:val="61"/>
        </w:numPr>
        <w:spacing w:after="0" w:line="240" w:lineRule="auto"/>
        <w:rPr>
          <w:lang w:val="en-GB"/>
        </w:rPr>
      </w:pPr>
      <w:r w:rsidRPr="620D3AE0">
        <w:rPr>
          <w:lang w:val="en-GB"/>
        </w:rPr>
        <w:t>Asian or Asian British (Indian, Pakistani, Bangladeshi or any other Asian background)</w:t>
      </w:r>
    </w:p>
    <w:p w14:paraId="1089AB31" w14:textId="77777777" w:rsidR="003F522D" w:rsidRPr="003F522D" w:rsidRDefault="003F522D" w:rsidP="620D3AE0">
      <w:pPr>
        <w:pStyle w:val="ListParagraph"/>
        <w:numPr>
          <w:ilvl w:val="0"/>
          <w:numId w:val="61"/>
        </w:numPr>
        <w:spacing w:after="0" w:line="240" w:lineRule="auto"/>
        <w:rPr>
          <w:lang w:val="en-GB"/>
        </w:rPr>
      </w:pPr>
      <w:r w:rsidRPr="620D3AE0">
        <w:rPr>
          <w:lang w:val="en-GB"/>
        </w:rPr>
        <w:t>Black or Black British (Caribbean, African, or any other Black background)</w:t>
      </w:r>
    </w:p>
    <w:p w14:paraId="0C79421B" w14:textId="77777777" w:rsidR="003F522D" w:rsidRPr="003F522D" w:rsidRDefault="003F522D" w:rsidP="620D3AE0">
      <w:pPr>
        <w:pStyle w:val="ListParagraph"/>
        <w:numPr>
          <w:ilvl w:val="0"/>
          <w:numId w:val="61"/>
        </w:numPr>
        <w:spacing w:after="0" w:line="240" w:lineRule="auto"/>
        <w:rPr>
          <w:lang w:val="en-GB"/>
        </w:rPr>
      </w:pPr>
      <w:r w:rsidRPr="620D3AE0">
        <w:rPr>
          <w:lang w:val="en-GB"/>
        </w:rPr>
        <w:t>Chinese</w:t>
      </w:r>
    </w:p>
    <w:p w14:paraId="22E9CE57" w14:textId="77777777" w:rsidR="003F522D" w:rsidRPr="003F522D" w:rsidRDefault="003F522D" w:rsidP="620D3AE0">
      <w:pPr>
        <w:pStyle w:val="ListParagraph"/>
        <w:numPr>
          <w:ilvl w:val="0"/>
          <w:numId w:val="61"/>
        </w:numPr>
        <w:spacing w:after="0" w:line="240" w:lineRule="auto"/>
        <w:rPr>
          <w:lang w:val="en-GB"/>
        </w:rPr>
      </w:pPr>
      <w:r w:rsidRPr="620D3AE0">
        <w:rPr>
          <w:lang w:val="en-GB"/>
        </w:rPr>
        <w:t>Mixed or multiple ethnic groups (White and Black Caribbean, White and Black African, White and Asian, and any other mixed background)</w:t>
      </w:r>
    </w:p>
    <w:p w14:paraId="7E9DB2D9" w14:textId="77777777" w:rsidR="003F522D" w:rsidRPr="003F522D" w:rsidRDefault="003F522D" w:rsidP="620D3AE0">
      <w:pPr>
        <w:pStyle w:val="ListParagraph"/>
        <w:numPr>
          <w:ilvl w:val="0"/>
          <w:numId w:val="61"/>
        </w:numPr>
        <w:spacing w:after="0" w:line="240" w:lineRule="auto"/>
        <w:rPr>
          <w:lang w:val="en-GB"/>
        </w:rPr>
      </w:pPr>
      <w:r w:rsidRPr="620D3AE0">
        <w:rPr>
          <w:lang w:val="en-GB"/>
        </w:rPr>
        <w:t>White (British, Irish, or any other white background)</w:t>
      </w:r>
    </w:p>
    <w:p w14:paraId="02E32778" w14:textId="77777777" w:rsidR="003F522D" w:rsidRPr="003F522D" w:rsidRDefault="003F522D" w:rsidP="620D3AE0">
      <w:pPr>
        <w:pStyle w:val="ListParagraph"/>
        <w:numPr>
          <w:ilvl w:val="0"/>
          <w:numId w:val="61"/>
        </w:numPr>
        <w:spacing w:after="0" w:line="240" w:lineRule="auto"/>
        <w:rPr>
          <w:lang w:val="en-GB"/>
        </w:rPr>
      </w:pPr>
      <w:r w:rsidRPr="620D3AE0">
        <w:rPr>
          <w:lang w:val="en-GB"/>
        </w:rPr>
        <w:t>Prefer not to say</w:t>
      </w:r>
    </w:p>
    <w:p w14:paraId="6873AF96" w14:textId="5F6DEB27" w:rsidR="003F522D" w:rsidRDefault="003F522D" w:rsidP="003F522D">
      <w:pPr>
        <w:pStyle w:val="ListParagraph"/>
        <w:numPr>
          <w:ilvl w:val="0"/>
          <w:numId w:val="61"/>
        </w:numPr>
        <w:spacing w:after="0" w:line="240" w:lineRule="auto"/>
        <w:rPr>
          <w:lang w:val="en-GB"/>
        </w:rPr>
      </w:pPr>
      <w:r w:rsidRPr="003F522D">
        <w:rPr>
          <w:lang w:val="en-GB"/>
        </w:rPr>
        <w:t>Other ethnic group or background (please specify)</w:t>
      </w:r>
    </w:p>
    <w:p w14:paraId="5ECE58F0" w14:textId="77777777" w:rsidR="003F522D" w:rsidRDefault="003F522D" w:rsidP="003F522D">
      <w:pPr>
        <w:spacing w:after="0" w:line="240" w:lineRule="auto"/>
        <w:rPr>
          <w:lang w:val="en-GB"/>
        </w:rPr>
      </w:pPr>
    </w:p>
    <w:p w14:paraId="430284D1" w14:textId="77777777" w:rsidR="003F522D" w:rsidRDefault="003F522D" w:rsidP="003F522D">
      <w:pPr>
        <w:spacing w:after="0" w:line="240" w:lineRule="auto"/>
        <w:rPr>
          <w:lang w:val="en-GB"/>
        </w:rPr>
      </w:pPr>
    </w:p>
    <w:p w14:paraId="39FBE122" w14:textId="1CDD3F39" w:rsidR="003F522D" w:rsidRPr="006F7D6D" w:rsidRDefault="003F522D" w:rsidP="003F522D">
      <w:pPr>
        <w:spacing w:after="0" w:line="240" w:lineRule="auto"/>
        <w:rPr>
          <w:b/>
          <w:bCs/>
          <w:lang w:val="en-GB"/>
        </w:rPr>
      </w:pPr>
      <w:r w:rsidRPr="620D3AE0">
        <w:rPr>
          <w:b/>
          <w:bCs/>
          <w:lang w:val="en-GB"/>
        </w:rPr>
        <w:t>Q</w:t>
      </w:r>
      <w:r w:rsidR="00FF4FD5">
        <w:rPr>
          <w:b/>
          <w:bCs/>
          <w:lang w:val="en-GB"/>
        </w:rPr>
        <w:t>46</w:t>
      </w:r>
      <w:r w:rsidRPr="620D3AE0">
        <w:rPr>
          <w:b/>
          <w:bCs/>
          <w:lang w:val="en-GB"/>
        </w:rPr>
        <w:t xml:space="preserve">. Would you like to find out more about what’s happening in Oxfordshire? </w:t>
      </w:r>
    </w:p>
    <w:p w14:paraId="0EF89EC9" w14:textId="77777777" w:rsidR="003F522D" w:rsidRPr="003F522D" w:rsidRDefault="003F522D" w:rsidP="003F522D">
      <w:pPr>
        <w:spacing w:after="0" w:line="240" w:lineRule="auto"/>
        <w:rPr>
          <w:lang w:val="en-GB"/>
        </w:rPr>
      </w:pPr>
    </w:p>
    <w:p w14:paraId="72F038CB" w14:textId="77777777" w:rsidR="003F522D" w:rsidRPr="003F522D" w:rsidRDefault="003F522D" w:rsidP="003F522D">
      <w:pPr>
        <w:spacing w:after="0" w:line="240" w:lineRule="auto"/>
        <w:rPr>
          <w:lang w:val="en-GB"/>
        </w:rPr>
      </w:pPr>
      <w:r w:rsidRPr="003F522D">
        <w:rPr>
          <w:lang w:val="en-GB"/>
        </w:rPr>
        <w:t>We’d like to invite you to receive email updates on news, events and developments across Oxfordshire and opportunities to have your say.</w:t>
      </w:r>
    </w:p>
    <w:p w14:paraId="04BFB14C" w14:textId="77777777" w:rsidR="003F522D" w:rsidRPr="003F522D" w:rsidRDefault="003F522D" w:rsidP="003F522D">
      <w:pPr>
        <w:spacing w:after="0" w:line="240" w:lineRule="auto"/>
        <w:rPr>
          <w:lang w:val="en-GB"/>
        </w:rPr>
      </w:pPr>
      <w:r w:rsidRPr="003F522D">
        <w:rPr>
          <w:lang w:val="en-GB"/>
        </w:rPr>
        <w:t xml:space="preserve">  </w:t>
      </w:r>
    </w:p>
    <w:p w14:paraId="4901534D" w14:textId="77777777" w:rsidR="003F522D" w:rsidRPr="003F522D" w:rsidRDefault="003F522D" w:rsidP="003F522D">
      <w:pPr>
        <w:spacing w:after="0" w:line="240" w:lineRule="auto"/>
        <w:rPr>
          <w:lang w:val="en-GB"/>
        </w:rPr>
      </w:pPr>
      <w:r w:rsidRPr="003F522D">
        <w:rPr>
          <w:lang w:val="en-GB"/>
        </w:rPr>
        <w:lastRenderedPageBreak/>
        <w:t>The email contact details you provide will be separated from the feedback you have shared in this survey.</w:t>
      </w:r>
    </w:p>
    <w:p w14:paraId="52E58EA2" w14:textId="77777777" w:rsidR="003F522D" w:rsidRPr="003F522D" w:rsidRDefault="003F522D" w:rsidP="003F522D">
      <w:pPr>
        <w:spacing w:after="0" w:line="240" w:lineRule="auto"/>
        <w:rPr>
          <w:lang w:val="en-GB"/>
        </w:rPr>
      </w:pPr>
    </w:p>
    <w:p w14:paraId="4B9DB8A3" w14:textId="77777777" w:rsidR="003F522D" w:rsidRPr="003F522D" w:rsidRDefault="003F522D" w:rsidP="003F522D">
      <w:pPr>
        <w:spacing w:after="0" w:line="240" w:lineRule="auto"/>
        <w:rPr>
          <w:lang w:val="en-GB"/>
        </w:rPr>
      </w:pPr>
      <w:r w:rsidRPr="003F522D">
        <w:rPr>
          <w:lang w:val="en-GB"/>
        </w:rPr>
        <w:t>Would you like to sign up to any of the following?</w:t>
      </w:r>
    </w:p>
    <w:p w14:paraId="7CC1329B" w14:textId="77777777" w:rsidR="003F522D" w:rsidRPr="003F522D" w:rsidRDefault="003F522D" w:rsidP="003F522D">
      <w:pPr>
        <w:spacing w:after="0" w:line="240" w:lineRule="auto"/>
        <w:rPr>
          <w:lang w:val="en-GB"/>
        </w:rPr>
      </w:pPr>
      <w:r w:rsidRPr="003F522D">
        <w:rPr>
          <w:lang w:val="en-GB"/>
        </w:rPr>
        <w:t>(Please tick all that apply)</w:t>
      </w:r>
    </w:p>
    <w:p w14:paraId="1ABF6C02" w14:textId="77777777" w:rsidR="003F522D" w:rsidRPr="003F522D" w:rsidRDefault="003F522D" w:rsidP="003F522D">
      <w:pPr>
        <w:spacing w:after="0" w:line="240" w:lineRule="auto"/>
        <w:rPr>
          <w:lang w:val="en-GB"/>
        </w:rPr>
      </w:pPr>
    </w:p>
    <w:p w14:paraId="3C9F3A68" w14:textId="77777777" w:rsidR="003F522D" w:rsidRPr="003F522D" w:rsidRDefault="003F522D" w:rsidP="003F522D">
      <w:pPr>
        <w:spacing w:after="0" w:line="240" w:lineRule="auto"/>
        <w:rPr>
          <w:lang w:val="en-GB"/>
        </w:rPr>
      </w:pPr>
      <w:r w:rsidRPr="003F522D">
        <w:rPr>
          <w:rFonts w:ascii="Cambria Math" w:hAnsi="Cambria Math" w:cs="Cambria Math"/>
          <w:lang w:val="en-GB"/>
        </w:rPr>
        <w:t>▢</w:t>
      </w:r>
      <w:r w:rsidRPr="003F522D">
        <w:rPr>
          <w:lang w:val="en-GB"/>
        </w:rPr>
        <w:t xml:space="preserve"> Your Oxfordshire – our residents e-newsletter </w:t>
      </w:r>
    </w:p>
    <w:p w14:paraId="43906BAB" w14:textId="77777777" w:rsidR="003F522D" w:rsidRPr="003F522D" w:rsidRDefault="003F522D" w:rsidP="003F522D">
      <w:pPr>
        <w:spacing w:after="0" w:line="240" w:lineRule="auto"/>
        <w:rPr>
          <w:lang w:val="en-GB"/>
        </w:rPr>
      </w:pPr>
    </w:p>
    <w:p w14:paraId="167F4854" w14:textId="77777777" w:rsidR="003F522D" w:rsidRPr="003F522D" w:rsidRDefault="003F522D" w:rsidP="003F522D">
      <w:pPr>
        <w:spacing w:after="0" w:line="240" w:lineRule="auto"/>
        <w:rPr>
          <w:lang w:val="en-GB"/>
        </w:rPr>
      </w:pPr>
      <w:r w:rsidRPr="003F522D">
        <w:rPr>
          <w:rFonts w:ascii="Cambria Math" w:hAnsi="Cambria Math" w:cs="Cambria Math"/>
          <w:lang w:val="en-GB"/>
        </w:rPr>
        <w:t>▢</w:t>
      </w:r>
      <w:r w:rsidRPr="003F522D">
        <w:rPr>
          <w:lang w:val="en-GB"/>
        </w:rPr>
        <w:t xml:space="preserve"> Consultations e-newsletter - with opportunities to have your say and updates on our response to residents’ feedback</w:t>
      </w:r>
    </w:p>
    <w:p w14:paraId="2C0683C0" w14:textId="77777777" w:rsidR="003F522D" w:rsidRPr="003F522D" w:rsidRDefault="003F522D" w:rsidP="003F522D">
      <w:pPr>
        <w:spacing w:after="0" w:line="240" w:lineRule="auto"/>
        <w:rPr>
          <w:lang w:val="en-GB"/>
        </w:rPr>
      </w:pPr>
    </w:p>
    <w:p w14:paraId="10F9304C" w14:textId="77777777" w:rsidR="003F522D" w:rsidRPr="003F522D" w:rsidRDefault="003F522D" w:rsidP="003F522D">
      <w:pPr>
        <w:spacing w:after="0" w:line="240" w:lineRule="auto"/>
        <w:rPr>
          <w:lang w:val="en-GB"/>
        </w:rPr>
      </w:pPr>
      <w:r w:rsidRPr="003F522D">
        <w:rPr>
          <w:rFonts w:ascii="Cambria Math" w:hAnsi="Cambria Math" w:cs="Cambria Math"/>
          <w:lang w:val="en-GB"/>
        </w:rPr>
        <w:t>▢</w:t>
      </w:r>
      <w:r w:rsidRPr="003F522D">
        <w:rPr>
          <w:lang w:val="en-GB"/>
        </w:rPr>
        <w:t xml:space="preserve"> Updates specifically about this consultation.</w:t>
      </w:r>
    </w:p>
    <w:p w14:paraId="42BE9B64" w14:textId="77777777" w:rsidR="003F522D" w:rsidRPr="003F522D" w:rsidRDefault="003F522D" w:rsidP="003F522D">
      <w:pPr>
        <w:spacing w:after="0" w:line="240" w:lineRule="auto"/>
        <w:rPr>
          <w:lang w:val="en-GB"/>
        </w:rPr>
      </w:pPr>
    </w:p>
    <w:p w14:paraId="255C259E" w14:textId="77777777" w:rsidR="003F522D" w:rsidRPr="003F522D" w:rsidRDefault="003F522D" w:rsidP="003F522D">
      <w:pPr>
        <w:spacing w:after="0" w:line="240" w:lineRule="auto"/>
        <w:rPr>
          <w:lang w:val="en-GB"/>
        </w:rPr>
      </w:pPr>
      <w:r w:rsidRPr="003F522D">
        <w:rPr>
          <w:rFonts w:ascii="Cambria Math" w:hAnsi="Cambria Math" w:cs="Cambria Math"/>
          <w:lang w:val="en-GB"/>
        </w:rPr>
        <w:t>▢</w:t>
      </w:r>
      <w:r w:rsidRPr="003F522D">
        <w:rPr>
          <w:lang w:val="en-GB"/>
        </w:rPr>
        <w:t xml:space="preserve"> No thanks </w:t>
      </w:r>
    </w:p>
    <w:p w14:paraId="5B1BF384" w14:textId="77777777" w:rsidR="003F522D" w:rsidRPr="003F522D" w:rsidRDefault="003F522D" w:rsidP="003F522D">
      <w:pPr>
        <w:spacing w:after="0" w:line="240" w:lineRule="auto"/>
        <w:rPr>
          <w:lang w:val="en-GB"/>
        </w:rPr>
      </w:pPr>
    </w:p>
    <w:p w14:paraId="5A59F5FA" w14:textId="77777777" w:rsidR="003F522D" w:rsidRPr="003F522D" w:rsidRDefault="003F522D" w:rsidP="003F522D">
      <w:pPr>
        <w:spacing w:after="0" w:line="240" w:lineRule="auto"/>
        <w:rPr>
          <w:lang w:val="en-GB"/>
        </w:rPr>
      </w:pPr>
      <w:r w:rsidRPr="003F522D">
        <w:rPr>
          <w:lang w:val="en-GB"/>
        </w:rPr>
        <w:t>If you’d like to sign up, please provide your email address below: (make this question a conditional formatting question which is mandatory if any of the check boxes above are ticked)</w:t>
      </w:r>
    </w:p>
    <w:p w14:paraId="483E6EA8" w14:textId="77777777" w:rsidR="003F522D" w:rsidRPr="003F522D" w:rsidRDefault="003F522D" w:rsidP="003F522D">
      <w:pPr>
        <w:spacing w:after="0" w:line="240" w:lineRule="auto"/>
        <w:rPr>
          <w:lang w:val="en-GB"/>
        </w:rPr>
      </w:pPr>
    </w:p>
    <w:p w14:paraId="1E280005" w14:textId="77777777" w:rsidR="003F522D" w:rsidRPr="003F522D" w:rsidRDefault="003F522D" w:rsidP="003F522D">
      <w:pPr>
        <w:spacing w:after="0" w:line="240" w:lineRule="auto"/>
        <w:rPr>
          <w:lang w:val="en-GB"/>
        </w:rPr>
      </w:pPr>
    </w:p>
    <w:p w14:paraId="7F958340" w14:textId="77777777" w:rsidR="003F522D" w:rsidRPr="003F522D" w:rsidRDefault="003F522D" w:rsidP="003F522D">
      <w:pPr>
        <w:spacing w:after="0" w:line="240" w:lineRule="auto"/>
        <w:rPr>
          <w:lang w:val="en-GB"/>
        </w:rPr>
      </w:pPr>
    </w:p>
    <w:p w14:paraId="25D91A60" w14:textId="77777777" w:rsidR="003F522D" w:rsidRPr="003F522D" w:rsidRDefault="003F522D" w:rsidP="003F522D">
      <w:pPr>
        <w:spacing w:after="0" w:line="240" w:lineRule="auto"/>
        <w:rPr>
          <w:lang w:val="en-GB"/>
        </w:rPr>
      </w:pPr>
    </w:p>
    <w:p w14:paraId="76B00698" w14:textId="14D58C8D" w:rsidR="003F522D" w:rsidRPr="006F7D6D" w:rsidRDefault="003F522D" w:rsidP="003F522D">
      <w:pPr>
        <w:spacing w:after="0" w:line="240" w:lineRule="auto"/>
        <w:rPr>
          <w:lang w:val="en-GB"/>
        </w:rPr>
      </w:pPr>
      <w:r w:rsidRPr="620D3AE0">
        <w:rPr>
          <w:lang w:val="en-GB"/>
        </w:rPr>
        <w:t>Thank you for taking the time to answer these questions</w:t>
      </w:r>
    </w:p>
    <w:sectPr w:rsidR="003F522D" w:rsidRPr="006F7D6D" w:rsidSect="00D95328">
      <w:headerReference w:type="default" r:id="rId11"/>
      <w:footerReference w:type="default" r:id="rId12"/>
      <w:headerReference w:type="first" r:id="rId13"/>
      <w:footerReference w:type="first" r:id="rId14"/>
      <w:pgSz w:w="12240" w:h="15840"/>
      <w:pgMar w:top="1440" w:right="1080" w:bottom="1440" w:left="1080" w:header="720" w:footer="22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DE3E08" w14:textId="77777777" w:rsidR="00CA1F2C" w:rsidRDefault="00CA1F2C" w:rsidP="00FC6CB9">
      <w:r>
        <w:separator/>
      </w:r>
    </w:p>
  </w:endnote>
  <w:endnote w:type="continuationSeparator" w:id="0">
    <w:p w14:paraId="7F8206E5" w14:textId="77777777" w:rsidR="00CA1F2C" w:rsidRDefault="00CA1F2C" w:rsidP="00FC6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pitch w:val="fixed"/>
    <w:sig w:usb0="00000003" w:usb1="00000000" w:usb2="00000000" w:usb3="00000000" w:csb0="00000001"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Narrow">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9205190"/>
      <w:docPartObj>
        <w:docPartGallery w:val="Page Numbers (Bottom of Page)"/>
        <w:docPartUnique/>
      </w:docPartObj>
    </w:sdtPr>
    <w:sdtEndPr/>
    <w:sdtContent>
      <w:p w14:paraId="1716BED0" w14:textId="2F2A5A3F" w:rsidR="00D12D8F" w:rsidRDefault="00D12D8F" w:rsidP="00FC6CB9">
        <w:pPr>
          <w:pStyle w:val="Footer"/>
        </w:pPr>
        <w:r>
          <w:fldChar w:fldCharType="begin"/>
        </w:r>
        <w:r>
          <w:instrText>PAGE   \* MERGEFORMAT</w:instrText>
        </w:r>
        <w:r>
          <w:fldChar w:fldCharType="separate"/>
        </w:r>
        <w:r>
          <w:rPr>
            <w:lang w:val="en-GB"/>
          </w:rPr>
          <w:t>2</w:t>
        </w:r>
        <w:r>
          <w:fldChar w:fldCharType="end"/>
        </w:r>
      </w:p>
    </w:sdtContent>
  </w:sdt>
  <w:p w14:paraId="004EFBC9" w14:textId="77777777" w:rsidR="00D12D8F" w:rsidRDefault="00D12D8F" w:rsidP="00FC6C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360"/>
      <w:gridCol w:w="3360"/>
      <w:gridCol w:w="3360"/>
    </w:tblGrid>
    <w:tr w:rsidR="00131331" w14:paraId="3E6C82DC" w14:textId="77777777" w:rsidTr="58F7A3F0">
      <w:trPr>
        <w:trHeight w:val="300"/>
      </w:trPr>
      <w:tc>
        <w:tcPr>
          <w:tcW w:w="3360" w:type="dxa"/>
        </w:tcPr>
        <w:p w14:paraId="38DB3D63" w14:textId="217DD24E" w:rsidR="58F7A3F0" w:rsidRDefault="58F7A3F0" w:rsidP="00FC6CB9">
          <w:pPr>
            <w:pStyle w:val="Header"/>
          </w:pPr>
        </w:p>
      </w:tc>
      <w:tc>
        <w:tcPr>
          <w:tcW w:w="3360" w:type="dxa"/>
        </w:tcPr>
        <w:p w14:paraId="48635984" w14:textId="7F08A9B9" w:rsidR="58F7A3F0" w:rsidRDefault="58F7A3F0" w:rsidP="00FC6CB9">
          <w:pPr>
            <w:pStyle w:val="Header"/>
          </w:pPr>
        </w:p>
      </w:tc>
      <w:tc>
        <w:tcPr>
          <w:tcW w:w="3360" w:type="dxa"/>
        </w:tcPr>
        <w:p w14:paraId="397A8413" w14:textId="06983527" w:rsidR="58F7A3F0" w:rsidRDefault="58F7A3F0" w:rsidP="00FC6CB9">
          <w:pPr>
            <w:pStyle w:val="Header"/>
          </w:pPr>
        </w:p>
      </w:tc>
    </w:tr>
  </w:tbl>
  <w:p w14:paraId="6A207CC0" w14:textId="07EB47DF" w:rsidR="58F7A3F0" w:rsidRDefault="58F7A3F0" w:rsidP="00FC6C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D1B4DA" w14:textId="77777777" w:rsidR="00CA1F2C" w:rsidRDefault="00CA1F2C" w:rsidP="00FC6CB9">
      <w:r>
        <w:separator/>
      </w:r>
    </w:p>
  </w:footnote>
  <w:footnote w:type="continuationSeparator" w:id="0">
    <w:p w14:paraId="2F67EEED" w14:textId="77777777" w:rsidR="00CA1F2C" w:rsidRDefault="00CA1F2C" w:rsidP="00FC6CB9">
      <w:r>
        <w:continuationSeparator/>
      </w:r>
    </w:p>
  </w:footnote>
  <w:footnote w:id="1">
    <w:p w14:paraId="3971ACF8" w14:textId="7765C88B" w:rsidR="009F3D10" w:rsidRPr="00FB4FDA" w:rsidRDefault="009F3D10" w:rsidP="009F3D10">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ACB37" w14:textId="56E477FD" w:rsidR="58F7A3F0" w:rsidRDefault="58F7A3F0" w:rsidP="00FC6C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360"/>
      <w:gridCol w:w="3360"/>
      <w:gridCol w:w="3360"/>
    </w:tblGrid>
    <w:tr w:rsidR="00131331" w14:paraId="7374D0F4" w14:textId="77777777" w:rsidTr="58F7A3F0">
      <w:trPr>
        <w:trHeight w:val="300"/>
      </w:trPr>
      <w:tc>
        <w:tcPr>
          <w:tcW w:w="3360" w:type="dxa"/>
        </w:tcPr>
        <w:p w14:paraId="01CE1ADD" w14:textId="2793B7CF" w:rsidR="58F7A3F0" w:rsidRDefault="58F7A3F0" w:rsidP="00FC6CB9">
          <w:pPr>
            <w:pStyle w:val="Header"/>
          </w:pPr>
        </w:p>
      </w:tc>
      <w:tc>
        <w:tcPr>
          <w:tcW w:w="3360" w:type="dxa"/>
        </w:tcPr>
        <w:p w14:paraId="22777624" w14:textId="3EC0ADB2" w:rsidR="58F7A3F0" w:rsidRDefault="58F7A3F0" w:rsidP="00FC6CB9">
          <w:pPr>
            <w:pStyle w:val="Header"/>
          </w:pPr>
        </w:p>
      </w:tc>
      <w:tc>
        <w:tcPr>
          <w:tcW w:w="3360" w:type="dxa"/>
        </w:tcPr>
        <w:p w14:paraId="3E541A4A" w14:textId="55324419" w:rsidR="58F7A3F0" w:rsidRDefault="58F7A3F0" w:rsidP="00FC6CB9">
          <w:pPr>
            <w:pStyle w:val="Header"/>
          </w:pPr>
        </w:p>
      </w:tc>
    </w:tr>
  </w:tbl>
  <w:p w14:paraId="7ECBF63C" w14:textId="2C18DCBB" w:rsidR="58F7A3F0" w:rsidRDefault="58F7A3F0" w:rsidP="00FC6CB9">
    <w:pPr>
      <w:pStyle w:val="Header"/>
    </w:pPr>
  </w:p>
</w:hdr>
</file>

<file path=word/intelligence2.xml><?xml version="1.0" encoding="utf-8"?>
<int2:intelligence xmlns:int2="http://schemas.microsoft.com/office/intelligence/2020/intelligence" xmlns:oel="http://schemas.microsoft.com/office/2019/extlst">
  <int2:observations>
    <int2:textHash int2:hashCode="kByidkXaRxGvMx" int2:id="1rxv9Zhv">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1"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2"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4"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5"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6" w15:restartNumberingAfterBreak="0">
    <w:nsid w:val="00392771"/>
    <w:multiLevelType w:val="multilevel"/>
    <w:tmpl w:val="AD065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0FE7FD4"/>
    <w:multiLevelType w:val="hybridMultilevel"/>
    <w:tmpl w:val="FFFFFFFF"/>
    <w:lvl w:ilvl="0" w:tplc="254651B4">
      <w:start w:val="1"/>
      <w:numFmt w:val="bullet"/>
      <w:lvlText w:val=""/>
      <w:lvlJc w:val="left"/>
      <w:pPr>
        <w:ind w:left="720" w:hanging="360"/>
      </w:pPr>
      <w:rPr>
        <w:rFonts w:ascii="Symbol" w:hAnsi="Symbol" w:hint="default"/>
      </w:rPr>
    </w:lvl>
    <w:lvl w:ilvl="1" w:tplc="F1CE1426">
      <w:start w:val="1"/>
      <w:numFmt w:val="bullet"/>
      <w:lvlText w:val="o"/>
      <w:lvlJc w:val="left"/>
      <w:pPr>
        <w:ind w:left="1440" w:hanging="360"/>
      </w:pPr>
      <w:rPr>
        <w:rFonts w:ascii="Courier New" w:hAnsi="Courier New" w:hint="default"/>
      </w:rPr>
    </w:lvl>
    <w:lvl w:ilvl="2" w:tplc="42E6F5EE">
      <w:start w:val="1"/>
      <w:numFmt w:val="bullet"/>
      <w:lvlText w:val=""/>
      <w:lvlJc w:val="left"/>
      <w:pPr>
        <w:ind w:left="2160" w:hanging="360"/>
      </w:pPr>
      <w:rPr>
        <w:rFonts w:ascii="Wingdings" w:hAnsi="Wingdings" w:hint="default"/>
      </w:rPr>
    </w:lvl>
    <w:lvl w:ilvl="3" w:tplc="2E1C4612">
      <w:start w:val="1"/>
      <w:numFmt w:val="bullet"/>
      <w:lvlText w:val=""/>
      <w:lvlJc w:val="left"/>
      <w:pPr>
        <w:ind w:left="2880" w:hanging="360"/>
      </w:pPr>
      <w:rPr>
        <w:rFonts w:ascii="Symbol" w:hAnsi="Symbol" w:hint="default"/>
      </w:rPr>
    </w:lvl>
    <w:lvl w:ilvl="4" w:tplc="9CE44B40">
      <w:start w:val="1"/>
      <w:numFmt w:val="bullet"/>
      <w:lvlText w:val="o"/>
      <w:lvlJc w:val="left"/>
      <w:pPr>
        <w:ind w:left="3600" w:hanging="360"/>
      </w:pPr>
      <w:rPr>
        <w:rFonts w:ascii="Courier New" w:hAnsi="Courier New" w:hint="default"/>
      </w:rPr>
    </w:lvl>
    <w:lvl w:ilvl="5" w:tplc="40FA3310">
      <w:start w:val="1"/>
      <w:numFmt w:val="bullet"/>
      <w:lvlText w:val=""/>
      <w:lvlJc w:val="left"/>
      <w:pPr>
        <w:ind w:left="4320" w:hanging="360"/>
      </w:pPr>
      <w:rPr>
        <w:rFonts w:ascii="Wingdings" w:hAnsi="Wingdings" w:hint="default"/>
      </w:rPr>
    </w:lvl>
    <w:lvl w:ilvl="6" w:tplc="77B86178">
      <w:start w:val="1"/>
      <w:numFmt w:val="bullet"/>
      <w:lvlText w:val=""/>
      <w:lvlJc w:val="left"/>
      <w:pPr>
        <w:ind w:left="5040" w:hanging="360"/>
      </w:pPr>
      <w:rPr>
        <w:rFonts w:ascii="Symbol" w:hAnsi="Symbol" w:hint="default"/>
      </w:rPr>
    </w:lvl>
    <w:lvl w:ilvl="7" w:tplc="B7F00DF4">
      <w:start w:val="1"/>
      <w:numFmt w:val="bullet"/>
      <w:lvlText w:val="o"/>
      <w:lvlJc w:val="left"/>
      <w:pPr>
        <w:ind w:left="5760" w:hanging="360"/>
      </w:pPr>
      <w:rPr>
        <w:rFonts w:ascii="Courier New" w:hAnsi="Courier New" w:hint="default"/>
      </w:rPr>
    </w:lvl>
    <w:lvl w:ilvl="8" w:tplc="CC0C9302">
      <w:start w:val="1"/>
      <w:numFmt w:val="bullet"/>
      <w:lvlText w:val=""/>
      <w:lvlJc w:val="left"/>
      <w:pPr>
        <w:ind w:left="6480" w:hanging="360"/>
      </w:pPr>
      <w:rPr>
        <w:rFonts w:ascii="Wingdings" w:hAnsi="Wingdings" w:hint="default"/>
      </w:rPr>
    </w:lvl>
  </w:abstractNum>
  <w:abstractNum w:abstractNumId="8" w15:restartNumberingAfterBreak="0">
    <w:nsid w:val="062DFB12"/>
    <w:multiLevelType w:val="hybridMultilevel"/>
    <w:tmpl w:val="FFFFFFFF"/>
    <w:lvl w:ilvl="0" w:tplc="AFEA4DA4">
      <w:start w:val="1"/>
      <w:numFmt w:val="bullet"/>
      <w:lvlText w:val=""/>
      <w:lvlJc w:val="left"/>
      <w:pPr>
        <w:ind w:left="720" w:hanging="360"/>
      </w:pPr>
      <w:rPr>
        <w:rFonts w:ascii="Symbol" w:hAnsi="Symbol" w:hint="default"/>
      </w:rPr>
    </w:lvl>
    <w:lvl w:ilvl="1" w:tplc="E4C05278">
      <w:start w:val="1"/>
      <w:numFmt w:val="bullet"/>
      <w:lvlText w:val="o"/>
      <w:lvlJc w:val="left"/>
      <w:pPr>
        <w:ind w:left="1440" w:hanging="360"/>
      </w:pPr>
      <w:rPr>
        <w:rFonts w:ascii="Courier New" w:hAnsi="Courier New" w:hint="default"/>
      </w:rPr>
    </w:lvl>
    <w:lvl w:ilvl="2" w:tplc="2A6A6F74">
      <w:start w:val="1"/>
      <w:numFmt w:val="bullet"/>
      <w:lvlText w:val=""/>
      <w:lvlJc w:val="left"/>
      <w:pPr>
        <w:ind w:left="2160" w:hanging="360"/>
      </w:pPr>
      <w:rPr>
        <w:rFonts w:ascii="Wingdings" w:hAnsi="Wingdings" w:hint="default"/>
      </w:rPr>
    </w:lvl>
    <w:lvl w:ilvl="3" w:tplc="46AEEEF4">
      <w:start w:val="1"/>
      <w:numFmt w:val="bullet"/>
      <w:lvlText w:val=""/>
      <w:lvlJc w:val="left"/>
      <w:pPr>
        <w:ind w:left="2880" w:hanging="360"/>
      </w:pPr>
      <w:rPr>
        <w:rFonts w:ascii="Symbol" w:hAnsi="Symbol" w:hint="default"/>
      </w:rPr>
    </w:lvl>
    <w:lvl w:ilvl="4" w:tplc="B4908E98">
      <w:start w:val="1"/>
      <w:numFmt w:val="bullet"/>
      <w:lvlText w:val="o"/>
      <w:lvlJc w:val="left"/>
      <w:pPr>
        <w:ind w:left="3600" w:hanging="360"/>
      </w:pPr>
      <w:rPr>
        <w:rFonts w:ascii="Courier New" w:hAnsi="Courier New" w:hint="default"/>
      </w:rPr>
    </w:lvl>
    <w:lvl w:ilvl="5" w:tplc="D53E26CA">
      <w:start w:val="1"/>
      <w:numFmt w:val="bullet"/>
      <w:lvlText w:val=""/>
      <w:lvlJc w:val="left"/>
      <w:pPr>
        <w:ind w:left="4320" w:hanging="360"/>
      </w:pPr>
      <w:rPr>
        <w:rFonts w:ascii="Wingdings" w:hAnsi="Wingdings" w:hint="default"/>
      </w:rPr>
    </w:lvl>
    <w:lvl w:ilvl="6" w:tplc="5B649F48">
      <w:start w:val="1"/>
      <w:numFmt w:val="bullet"/>
      <w:lvlText w:val=""/>
      <w:lvlJc w:val="left"/>
      <w:pPr>
        <w:ind w:left="5040" w:hanging="360"/>
      </w:pPr>
      <w:rPr>
        <w:rFonts w:ascii="Symbol" w:hAnsi="Symbol" w:hint="default"/>
      </w:rPr>
    </w:lvl>
    <w:lvl w:ilvl="7" w:tplc="2E4C8EDC">
      <w:start w:val="1"/>
      <w:numFmt w:val="bullet"/>
      <w:lvlText w:val="o"/>
      <w:lvlJc w:val="left"/>
      <w:pPr>
        <w:ind w:left="5760" w:hanging="360"/>
      </w:pPr>
      <w:rPr>
        <w:rFonts w:ascii="Courier New" w:hAnsi="Courier New" w:hint="default"/>
      </w:rPr>
    </w:lvl>
    <w:lvl w:ilvl="8" w:tplc="0D525EC6">
      <w:start w:val="1"/>
      <w:numFmt w:val="bullet"/>
      <w:lvlText w:val=""/>
      <w:lvlJc w:val="left"/>
      <w:pPr>
        <w:ind w:left="6480" w:hanging="360"/>
      </w:pPr>
      <w:rPr>
        <w:rFonts w:ascii="Wingdings" w:hAnsi="Wingdings" w:hint="default"/>
      </w:rPr>
    </w:lvl>
  </w:abstractNum>
  <w:abstractNum w:abstractNumId="9" w15:restartNumberingAfterBreak="0">
    <w:nsid w:val="075F061E"/>
    <w:multiLevelType w:val="multilevel"/>
    <w:tmpl w:val="DB480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DA3178"/>
    <w:multiLevelType w:val="hybridMultilevel"/>
    <w:tmpl w:val="F37A4C06"/>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09F06ADC"/>
    <w:multiLevelType w:val="hybridMultilevel"/>
    <w:tmpl w:val="AB2E88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AE945FA"/>
    <w:multiLevelType w:val="hybridMultilevel"/>
    <w:tmpl w:val="B162B1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AED5617"/>
    <w:multiLevelType w:val="hybridMultilevel"/>
    <w:tmpl w:val="44D88960"/>
    <w:lvl w:ilvl="0" w:tplc="08090001">
      <w:start w:val="1"/>
      <w:numFmt w:val="bullet"/>
      <w:lvlText w:val=""/>
      <w:lvlJc w:val="left"/>
      <w:pPr>
        <w:ind w:left="720" w:hanging="360"/>
      </w:pPr>
      <w:rPr>
        <w:rFonts w:ascii="Symbol" w:hAnsi="Symbol" w:hint="default"/>
      </w:rPr>
    </w:lvl>
    <w:lvl w:ilvl="1" w:tplc="AC188264">
      <w:numFmt w:val="bullet"/>
      <w:lvlText w:val="•"/>
      <w:lvlJc w:val="left"/>
      <w:pPr>
        <w:ind w:left="1440" w:hanging="360"/>
      </w:pPr>
      <w:rPr>
        <w:rFonts w:ascii="Arial" w:eastAsia="Arial"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B1FD58A"/>
    <w:multiLevelType w:val="hybridMultilevel"/>
    <w:tmpl w:val="FFFFFFFF"/>
    <w:lvl w:ilvl="0" w:tplc="4C34D6C2">
      <w:start w:val="1"/>
      <w:numFmt w:val="bullet"/>
      <w:lvlText w:val=""/>
      <w:lvlJc w:val="left"/>
      <w:pPr>
        <w:ind w:left="720" w:hanging="360"/>
      </w:pPr>
      <w:rPr>
        <w:rFonts w:ascii="Symbol" w:hAnsi="Symbol" w:hint="default"/>
      </w:rPr>
    </w:lvl>
    <w:lvl w:ilvl="1" w:tplc="622A74FA">
      <w:start w:val="1"/>
      <w:numFmt w:val="bullet"/>
      <w:lvlText w:val="o"/>
      <w:lvlJc w:val="left"/>
      <w:pPr>
        <w:ind w:left="1440" w:hanging="360"/>
      </w:pPr>
      <w:rPr>
        <w:rFonts w:ascii="Courier New" w:hAnsi="Courier New" w:hint="default"/>
      </w:rPr>
    </w:lvl>
    <w:lvl w:ilvl="2" w:tplc="F796C008">
      <w:start w:val="1"/>
      <w:numFmt w:val="bullet"/>
      <w:lvlText w:val=""/>
      <w:lvlJc w:val="left"/>
      <w:pPr>
        <w:ind w:left="2160" w:hanging="360"/>
      </w:pPr>
      <w:rPr>
        <w:rFonts w:ascii="Wingdings" w:hAnsi="Wingdings" w:hint="default"/>
      </w:rPr>
    </w:lvl>
    <w:lvl w:ilvl="3" w:tplc="A6A0DC92">
      <w:start w:val="1"/>
      <w:numFmt w:val="bullet"/>
      <w:lvlText w:val=""/>
      <w:lvlJc w:val="left"/>
      <w:pPr>
        <w:ind w:left="2880" w:hanging="360"/>
      </w:pPr>
      <w:rPr>
        <w:rFonts w:ascii="Symbol" w:hAnsi="Symbol" w:hint="default"/>
      </w:rPr>
    </w:lvl>
    <w:lvl w:ilvl="4" w:tplc="8676C5EC">
      <w:start w:val="1"/>
      <w:numFmt w:val="bullet"/>
      <w:lvlText w:val="o"/>
      <w:lvlJc w:val="left"/>
      <w:pPr>
        <w:ind w:left="3600" w:hanging="360"/>
      </w:pPr>
      <w:rPr>
        <w:rFonts w:ascii="Courier New" w:hAnsi="Courier New" w:hint="default"/>
      </w:rPr>
    </w:lvl>
    <w:lvl w:ilvl="5" w:tplc="94F61C70">
      <w:start w:val="1"/>
      <w:numFmt w:val="bullet"/>
      <w:lvlText w:val=""/>
      <w:lvlJc w:val="left"/>
      <w:pPr>
        <w:ind w:left="4320" w:hanging="360"/>
      </w:pPr>
      <w:rPr>
        <w:rFonts w:ascii="Wingdings" w:hAnsi="Wingdings" w:hint="default"/>
      </w:rPr>
    </w:lvl>
    <w:lvl w:ilvl="6" w:tplc="73C85FF2">
      <w:start w:val="1"/>
      <w:numFmt w:val="bullet"/>
      <w:lvlText w:val=""/>
      <w:lvlJc w:val="left"/>
      <w:pPr>
        <w:ind w:left="5040" w:hanging="360"/>
      </w:pPr>
      <w:rPr>
        <w:rFonts w:ascii="Symbol" w:hAnsi="Symbol" w:hint="default"/>
      </w:rPr>
    </w:lvl>
    <w:lvl w:ilvl="7" w:tplc="19C61C70">
      <w:start w:val="1"/>
      <w:numFmt w:val="bullet"/>
      <w:lvlText w:val="o"/>
      <w:lvlJc w:val="left"/>
      <w:pPr>
        <w:ind w:left="5760" w:hanging="360"/>
      </w:pPr>
      <w:rPr>
        <w:rFonts w:ascii="Courier New" w:hAnsi="Courier New" w:hint="default"/>
      </w:rPr>
    </w:lvl>
    <w:lvl w:ilvl="8" w:tplc="3E8C0B90">
      <w:start w:val="1"/>
      <w:numFmt w:val="bullet"/>
      <w:lvlText w:val=""/>
      <w:lvlJc w:val="left"/>
      <w:pPr>
        <w:ind w:left="6480" w:hanging="360"/>
      </w:pPr>
      <w:rPr>
        <w:rFonts w:ascii="Wingdings" w:hAnsi="Wingdings" w:hint="default"/>
      </w:rPr>
    </w:lvl>
  </w:abstractNum>
  <w:abstractNum w:abstractNumId="15" w15:restartNumberingAfterBreak="0">
    <w:nsid w:val="0CC5804C"/>
    <w:multiLevelType w:val="hybridMultilevel"/>
    <w:tmpl w:val="FFFFFFFF"/>
    <w:lvl w:ilvl="0" w:tplc="643E15C8">
      <w:start w:val="1"/>
      <w:numFmt w:val="bullet"/>
      <w:lvlText w:val=""/>
      <w:lvlJc w:val="left"/>
      <w:pPr>
        <w:ind w:left="720" w:hanging="360"/>
      </w:pPr>
      <w:rPr>
        <w:rFonts w:ascii="Symbol" w:hAnsi="Symbol" w:hint="default"/>
      </w:rPr>
    </w:lvl>
    <w:lvl w:ilvl="1" w:tplc="FCFE3F42">
      <w:start w:val="1"/>
      <w:numFmt w:val="bullet"/>
      <w:lvlText w:val="o"/>
      <w:lvlJc w:val="left"/>
      <w:pPr>
        <w:ind w:left="1440" w:hanging="360"/>
      </w:pPr>
      <w:rPr>
        <w:rFonts w:ascii="Courier New" w:hAnsi="Courier New" w:hint="default"/>
      </w:rPr>
    </w:lvl>
    <w:lvl w:ilvl="2" w:tplc="1BCE3850">
      <w:start w:val="1"/>
      <w:numFmt w:val="bullet"/>
      <w:lvlText w:val=""/>
      <w:lvlJc w:val="left"/>
      <w:pPr>
        <w:ind w:left="2160" w:hanging="360"/>
      </w:pPr>
      <w:rPr>
        <w:rFonts w:ascii="Wingdings" w:hAnsi="Wingdings" w:hint="default"/>
      </w:rPr>
    </w:lvl>
    <w:lvl w:ilvl="3" w:tplc="CE4CE11A">
      <w:start w:val="1"/>
      <w:numFmt w:val="bullet"/>
      <w:lvlText w:val=""/>
      <w:lvlJc w:val="left"/>
      <w:pPr>
        <w:ind w:left="2880" w:hanging="360"/>
      </w:pPr>
      <w:rPr>
        <w:rFonts w:ascii="Symbol" w:hAnsi="Symbol" w:hint="default"/>
      </w:rPr>
    </w:lvl>
    <w:lvl w:ilvl="4" w:tplc="6542292A">
      <w:start w:val="1"/>
      <w:numFmt w:val="bullet"/>
      <w:lvlText w:val="o"/>
      <w:lvlJc w:val="left"/>
      <w:pPr>
        <w:ind w:left="3600" w:hanging="360"/>
      </w:pPr>
      <w:rPr>
        <w:rFonts w:ascii="Courier New" w:hAnsi="Courier New" w:hint="default"/>
      </w:rPr>
    </w:lvl>
    <w:lvl w:ilvl="5" w:tplc="94004106">
      <w:start w:val="1"/>
      <w:numFmt w:val="bullet"/>
      <w:lvlText w:val=""/>
      <w:lvlJc w:val="left"/>
      <w:pPr>
        <w:ind w:left="4320" w:hanging="360"/>
      </w:pPr>
      <w:rPr>
        <w:rFonts w:ascii="Wingdings" w:hAnsi="Wingdings" w:hint="default"/>
      </w:rPr>
    </w:lvl>
    <w:lvl w:ilvl="6" w:tplc="FC9CAA00">
      <w:start w:val="1"/>
      <w:numFmt w:val="bullet"/>
      <w:lvlText w:val=""/>
      <w:lvlJc w:val="left"/>
      <w:pPr>
        <w:ind w:left="5040" w:hanging="360"/>
      </w:pPr>
      <w:rPr>
        <w:rFonts w:ascii="Symbol" w:hAnsi="Symbol" w:hint="default"/>
      </w:rPr>
    </w:lvl>
    <w:lvl w:ilvl="7" w:tplc="36DE617E">
      <w:start w:val="1"/>
      <w:numFmt w:val="bullet"/>
      <w:lvlText w:val="o"/>
      <w:lvlJc w:val="left"/>
      <w:pPr>
        <w:ind w:left="5760" w:hanging="360"/>
      </w:pPr>
      <w:rPr>
        <w:rFonts w:ascii="Courier New" w:hAnsi="Courier New" w:hint="default"/>
      </w:rPr>
    </w:lvl>
    <w:lvl w:ilvl="8" w:tplc="948C6CDE">
      <w:start w:val="1"/>
      <w:numFmt w:val="bullet"/>
      <w:lvlText w:val=""/>
      <w:lvlJc w:val="left"/>
      <w:pPr>
        <w:ind w:left="6480" w:hanging="360"/>
      </w:pPr>
      <w:rPr>
        <w:rFonts w:ascii="Wingdings" w:hAnsi="Wingdings" w:hint="default"/>
      </w:rPr>
    </w:lvl>
  </w:abstractNum>
  <w:abstractNum w:abstractNumId="16" w15:restartNumberingAfterBreak="0">
    <w:nsid w:val="0DBA4C55"/>
    <w:multiLevelType w:val="multilevel"/>
    <w:tmpl w:val="5240E014"/>
    <w:lvl w:ilvl="0">
      <w:start w:val="3"/>
      <w:numFmt w:val="decimal"/>
      <w:lvlText w:val="%1"/>
      <w:lvlJc w:val="left"/>
      <w:pPr>
        <w:ind w:left="530" w:hanging="530"/>
      </w:pPr>
      <w:rPr>
        <w:rFonts w:eastAsiaTheme="majorEastAsia" w:cstheme="majorBidi" w:hint="default"/>
        <w:b/>
        <w:color w:val="215868" w:themeColor="accent5" w:themeShade="80"/>
      </w:rPr>
    </w:lvl>
    <w:lvl w:ilvl="1">
      <w:start w:val="3"/>
      <w:numFmt w:val="decimal"/>
      <w:lvlText w:val="%1.%2"/>
      <w:lvlJc w:val="left"/>
      <w:pPr>
        <w:ind w:left="530" w:hanging="530"/>
      </w:pPr>
      <w:rPr>
        <w:rFonts w:eastAsiaTheme="majorEastAsia" w:cstheme="majorBidi" w:hint="default"/>
        <w:b/>
        <w:color w:val="215868" w:themeColor="accent5" w:themeShade="80"/>
      </w:rPr>
    </w:lvl>
    <w:lvl w:ilvl="2">
      <w:start w:val="1"/>
      <w:numFmt w:val="decimal"/>
      <w:lvlText w:val="%1.%2.%3"/>
      <w:lvlJc w:val="left"/>
      <w:pPr>
        <w:ind w:left="720" w:hanging="720"/>
      </w:pPr>
      <w:rPr>
        <w:rFonts w:eastAsiaTheme="majorEastAsia" w:cstheme="majorBidi" w:hint="default"/>
        <w:b/>
        <w:color w:val="215868" w:themeColor="accent5" w:themeShade="80"/>
      </w:rPr>
    </w:lvl>
    <w:lvl w:ilvl="3">
      <w:start w:val="1"/>
      <w:numFmt w:val="decimal"/>
      <w:lvlText w:val="%1.%2.%3.%4"/>
      <w:lvlJc w:val="left"/>
      <w:pPr>
        <w:ind w:left="1080" w:hanging="1080"/>
      </w:pPr>
      <w:rPr>
        <w:rFonts w:eastAsiaTheme="majorEastAsia" w:cstheme="majorBidi" w:hint="default"/>
        <w:b/>
        <w:color w:val="215868" w:themeColor="accent5" w:themeShade="80"/>
      </w:rPr>
    </w:lvl>
    <w:lvl w:ilvl="4">
      <w:start w:val="1"/>
      <w:numFmt w:val="decimal"/>
      <w:lvlText w:val="%1.%2.%3.%4.%5"/>
      <w:lvlJc w:val="left"/>
      <w:pPr>
        <w:ind w:left="1080" w:hanging="1080"/>
      </w:pPr>
      <w:rPr>
        <w:rFonts w:eastAsiaTheme="majorEastAsia" w:cstheme="majorBidi" w:hint="default"/>
        <w:b/>
        <w:color w:val="215868" w:themeColor="accent5" w:themeShade="80"/>
      </w:rPr>
    </w:lvl>
    <w:lvl w:ilvl="5">
      <w:start w:val="1"/>
      <w:numFmt w:val="decimal"/>
      <w:lvlText w:val="%1.%2.%3.%4.%5.%6"/>
      <w:lvlJc w:val="left"/>
      <w:pPr>
        <w:ind w:left="1440" w:hanging="1440"/>
      </w:pPr>
      <w:rPr>
        <w:rFonts w:eastAsiaTheme="majorEastAsia" w:cstheme="majorBidi" w:hint="default"/>
        <w:b/>
        <w:color w:val="215868" w:themeColor="accent5" w:themeShade="80"/>
      </w:rPr>
    </w:lvl>
    <w:lvl w:ilvl="6">
      <w:start w:val="1"/>
      <w:numFmt w:val="decimal"/>
      <w:lvlText w:val="%1.%2.%3.%4.%5.%6.%7"/>
      <w:lvlJc w:val="left"/>
      <w:pPr>
        <w:ind w:left="1440" w:hanging="1440"/>
      </w:pPr>
      <w:rPr>
        <w:rFonts w:eastAsiaTheme="majorEastAsia" w:cstheme="majorBidi" w:hint="default"/>
        <w:b/>
        <w:color w:val="215868" w:themeColor="accent5" w:themeShade="80"/>
      </w:rPr>
    </w:lvl>
    <w:lvl w:ilvl="7">
      <w:start w:val="1"/>
      <w:numFmt w:val="decimal"/>
      <w:lvlText w:val="%1.%2.%3.%4.%5.%6.%7.%8"/>
      <w:lvlJc w:val="left"/>
      <w:pPr>
        <w:ind w:left="1800" w:hanging="1800"/>
      </w:pPr>
      <w:rPr>
        <w:rFonts w:eastAsiaTheme="majorEastAsia" w:cstheme="majorBidi" w:hint="default"/>
        <w:b/>
        <w:color w:val="215868" w:themeColor="accent5" w:themeShade="80"/>
      </w:rPr>
    </w:lvl>
    <w:lvl w:ilvl="8">
      <w:start w:val="1"/>
      <w:numFmt w:val="decimal"/>
      <w:lvlText w:val="%1.%2.%3.%4.%5.%6.%7.%8.%9"/>
      <w:lvlJc w:val="left"/>
      <w:pPr>
        <w:ind w:left="1800" w:hanging="1800"/>
      </w:pPr>
      <w:rPr>
        <w:rFonts w:eastAsiaTheme="majorEastAsia" w:cstheme="majorBidi" w:hint="default"/>
        <w:b/>
        <w:color w:val="215868" w:themeColor="accent5" w:themeShade="80"/>
      </w:rPr>
    </w:lvl>
  </w:abstractNum>
  <w:abstractNum w:abstractNumId="17" w15:restartNumberingAfterBreak="0">
    <w:nsid w:val="0E141F64"/>
    <w:multiLevelType w:val="hybridMultilevel"/>
    <w:tmpl w:val="E25A34BA"/>
    <w:lvl w:ilvl="0" w:tplc="0EC87C30">
      <w:start w:val="1"/>
      <w:numFmt w:val="bullet"/>
      <w:lvlText w:val=""/>
      <w:lvlJc w:val="left"/>
      <w:pPr>
        <w:ind w:left="720" w:hanging="360"/>
      </w:pPr>
      <w:rPr>
        <w:rFonts w:ascii="Symbol" w:hAnsi="Symbol" w:hint="default"/>
      </w:rPr>
    </w:lvl>
    <w:lvl w:ilvl="1" w:tplc="AB4622E0">
      <w:start w:val="1"/>
      <w:numFmt w:val="bullet"/>
      <w:lvlText w:val="o"/>
      <w:lvlJc w:val="left"/>
      <w:pPr>
        <w:ind w:left="1440" w:hanging="360"/>
      </w:pPr>
      <w:rPr>
        <w:rFonts w:ascii="Courier New" w:hAnsi="Courier New" w:hint="default"/>
      </w:rPr>
    </w:lvl>
    <w:lvl w:ilvl="2" w:tplc="38DEEBBC">
      <w:start w:val="1"/>
      <w:numFmt w:val="bullet"/>
      <w:lvlText w:val=""/>
      <w:lvlJc w:val="left"/>
      <w:pPr>
        <w:ind w:left="2160" w:hanging="360"/>
      </w:pPr>
      <w:rPr>
        <w:rFonts w:ascii="Wingdings" w:hAnsi="Wingdings" w:hint="default"/>
      </w:rPr>
    </w:lvl>
    <w:lvl w:ilvl="3" w:tplc="54C0B4C8">
      <w:start w:val="1"/>
      <w:numFmt w:val="bullet"/>
      <w:lvlText w:val=""/>
      <w:lvlJc w:val="left"/>
      <w:pPr>
        <w:ind w:left="2880" w:hanging="360"/>
      </w:pPr>
      <w:rPr>
        <w:rFonts w:ascii="Symbol" w:hAnsi="Symbol" w:hint="default"/>
      </w:rPr>
    </w:lvl>
    <w:lvl w:ilvl="4" w:tplc="133C5C72">
      <w:start w:val="1"/>
      <w:numFmt w:val="bullet"/>
      <w:lvlText w:val="o"/>
      <w:lvlJc w:val="left"/>
      <w:pPr>
        <w:ind w:left="3600" w:hanging="360"/>
      </w:pPr>
      <w:rPr>
        <w:rFonts w:ascii="Courier New" w:hAnsi="Courier New" w:hint="default"/>
      </w:rPr>
    </w:lvl>
    <w:lvl w:ilvl="5" w:tplc="DF6E0A8A">
      <w:start w:val="1"/>
      <w:numFmt w:val="bullet"/>
      <w:lvlText w:val=""/>
      <w:lvlJc w:val="left"/>
      <w:pPr>
        <w:ind w:left="4320" w:hanging="360"/>
      </w:pPr>
      <w:rPr>
        <w:rFonts w:ascii="Wingdings" w:hAnsi="Wingdings" w:hint="default"/>
      </w:rPr>
    </w:lvl>
    <w:lvl w:ilvl="6" w:tplc="BC4EA7F6">
      <w:start w:val="1"/>
      <w:numFmt w:val="bullet"/>
      <w:lvlText w:val=""/>
      <w:lvlJc w:val="left"/>
      <w:pPr>
        <w:ind w:left="5040" w:hanging="360"/>
      </w:pPr>
      <w:rPr>
        <w:rFonts w:ascii="Symbol" w:hAnsi="Symbol" w:hint="default"/>
      </w:rPr>
    </w:lvl>
    <w:lvl w:ilvl="7" w:tplc="1346E210">
      <w:start w:val="1"/>
      <w:numFmt w:val="bullet"/>
      <w:lvlText w:val="o"/>
      <w:lvlJc w:val="left"/>
      <w:pPr>
        <w:ind w:left="5760" w:hanging="360"/>
      </w:pPr>
      <w:rPr>
        <w:rFonts w:ascii="Courier New" w:hAnsi="Courier New" w:hint="default"/>
      </w:rPr>
    </w:lvl>
    <w:lvl w:ilvl="8" w:tplc="41E2CE0C">
      <w:start w:val="1"/>
      <w:numFmt w:val="bullet"/>
      <w:lvlText w:val=""/>
      <w:lvlJc w:val="left"/>
      <w:pPr>
        <w:ind w:left="6480" w:hanging="360"/>
      </w:pPr>
      <w:rPr>
        <w:rFonts w:ascii="Wingdings" w:hAnsi="Wingdings" w:hint="default"/>
      </w:rPr>
    </w:lvl>
  </w:abstractNum>
  <w:abstractNum w:abstractNumId="18" w15:restartNumberingAfterBreak="0">
    <w:nsid w:val="0EA20761"/>
    <w:multiLevelType w:val="multilevel"/>
    <w:tmpl w:val="A51CA694"/>
    <w:lvl w:ilvl="0">
      <w:start w:val="2"/>
      <w:numFmt w:val="decimal"/>
      <w:lvlText w:val="%1"/>
      <w:lvlJc w:val="left"/>
      <w:pPr>
        <w:ind w:left="530" w:hanging="530"/>
      </w:pPr>
      <w:rPr>
        <w:rFonts w:eastAsiaTheme="majorEastAsia" w:cstheme="majorBidi" w:hint="default"/>
        <w:b/>
        <w:color w:val="215868" w:themeColor="accent5" w:themeShade="80"/>
      </w:rPr>
    </w:lvl>
    <w:lvl w:ilvl="1">
      <w:start w:val="5"/>
      <w:numFmt w:val="decimal"/>
      <w:lvlText w:val="%1.%2"/>
      <w:lvlJc w:val="left"/>
      <w:pPr>
        <w:ind w:left="530" w:hanging="530"/>
      </w:pPr>
      <w:rPr>
        <w:rFonts w:eastAsiaTheme="majorEastAsia" w:cstheme="majorBidi" w:hint="default"/>
        <w:b/>
        <w:color w:val="215868" w:themeColor="accent5" w:themeShade="80"/>
      </w:rPr>
    </w:lvl>
    <w:lvl w:ilvl="2">
      <w:start w:val="4"/>
      <w:numFmt w:val="decimal"/>
      <w:lvlText w:val="%1.%2.%3"/>
      <w:lvlJc w:val="left"/>
      <w:pPr>
        <w:ind w:left="720" w:hanging="720"/>
      </w:pPr>
      <w:rPr>
        <w:rFonts w:eastAsiaTheme="majorEastAsia" w:cstheme="majorBidi" w:hint="default"/>
        <w:b/>
        <w:color w:val="215868" w:themeColor="accent5" w:themeShade="80"/>
      </w:rPr>
    </w:lvl>
    <w:lvl w:ilvl="3">
      <w:start w:val="1"/>
      <w:numFmt w:val="decimal"/>
      <w:lvlText w:val="%1.%2.%3.%4"/>
      <w:lvlJc w:val="left"/>
      <w:pPr>
        <w:ind w:left="1080" w:hanging="1080"/>
      </w:pPr>
      <w:rPr>
        <w:rFonts w:eastAsiaTheme="majorEastAsia" w:cstheme="majorBidi" w:hint="default"/>
        <w:b/>
        <w:color w:val="215868" w:themeColor="accent5" w:themeShade="80"/>
      </w:rPr>
    </w:lvl>
    <w:lvl w:ilvl="4">
      <w:start w:val="1"/>
      <w:numFmt w:val="decimal"/>
      <w:lvlText w:val="%1.%2.%3.%4.%5"/>
      <w:lvlJc w:val="left"/>
      <w:pPr>
        <w:ind w:left="1080" w:hanging="1080"/>
      </w:pPr>
      <w:rPr>
        <w:rFonts w:eastAsiaTheme="majorEastAsia" w:cstheme="majorBidi" w:hint="default"/>
        <w:b/>
        <w:color w:val="215868" w:themeColor="accent5" w:themeShade="80"/>
      </w:rPr>
    </w:lvl>
    <w:lvl w:ilvl="5">
      <w:start w:val="1"/>
      <w:numFmt w:val="decimal"/>
      <w:lvlText w:val="%1.%2.%3.%4.%5.%6"/>
      <w:lvlJc w:val="left"/>
      <w:pPr>
        <w:ind w:left="1440" w:hanging="1440"/>
      </w:pPr>
      <w:rPr>
        <w:rFonts w:eastAsiaTheme="majorEastAsia" w:cstheme="majorBidi" w:hint="default"/>
        <w:b/>
        <w:color w:val="215868" w:themeColor="accent5" w:themeShade="80"/>
      </w:rPr>
    </w:lvl>
    <w:lvl w:ilvl="6">
      <w:start w:val="1"/>
      <w:numFmt w:val="decimal"/>
      <w:lvlText w:val="%1.%2.%3.%4.%5.%6.%7"/>
      <w:lvlJc w:val="left"/>
      <w:pPr>
        <w:ind w:left="1440" w:hanging="1440"/>
      </w:pPr>
      <w:rPr>
        <w:rFonts w:eastAsiaTheme="majorEastAsia" w:cstheme="majorBidi" w:hint="default"/>
        <w:b/>
        <w:color w:val="215868" w:themeColor="accent5" w:themeShade="80"/>
      </w:rPr>
    </w:lvl>
    <w:lvl w:ilvl="7">
      <w:start w:val="1"/>
      <w:numFmt w:val="decimal"/>
      <w:lvlText w:val="%1.%2.%3.%4.%5.%6.%7.%8"/>
      <w:lvlJc w:val="left"/>
      <w:pPr>
        <w:ind w:left="1800" w:hanging="1800"/>
      </w:pPr>
      <w:rPr>
        <w:rFonts w:eastAsiaTheme="majorEastAsia" w:cstheme="majorBidi" w:hint="default"/>
        <w:b/>
        <w:color w:val="215868" w:themeColor="accent5" w:themeShade="80"/>
      </w:rPr>
    </w:lvl>
    <w:lvl w:ilvl="8">
      <w:start w:val="1"/>
      <w:numFmt w:val="decimal"/>
      <w:lvlText w:val="%1.%2.%3.%4.%5.%6.%7.%8.%9"/>
      <w:lvlJc w:val="left"/>
      <w:pPr>
        <w:ind w:left="1800" w:hanging="1800"/>
      </w:pPr>
      <w:rPr>
        <w:rFonts w:eastAsiaTheme="majorEastAsia" w:cstheme="majorBidi" w:hint="default"/>
        <w:b/>
        <w:color w:val="215868" w:themeColor="accent5" w:themeShade="80"/>
      </w:rPr>
    </w:lvl>
  </w:abstractNum>
  <w:abstractNum w:abstractNumId="19" w15:restartNumberingAfterBreak="0">
    <w:nsid w:val="12155457"/>
    <w:multiLevelType w:val="hybridMultilevel"/>
    <w:tmpl w:val="0D7A57D0"/>
    <w:lvl w:ilvl="0" w:tplc="08090001">
      <w:start w:val="1"/>
      <w:numFmt w:val="bullet"/>
      <w:lvlText w:val=""/>
      <w:lvlJc w:val="left"/>
      <w:pPr>
        <w:ind w:left="720" w:hanging="360"/>
      </w:pPr>
      <w:rPr>
        <w:rFonts w:ascii="Symbol" w:hAnsi="Symbol" w:hint="default"/>
      </w:rPr>
    </w:lvl>
    <w:lvl w:ilvl="1" w:tplc="5896FA8C">
      <w:numFmt w:val="bullet"/>
      <w:lvlText w:val="•"/>
      <w:lvlJc w:val="left"/>
      <w:pPr>
        <w:ind w:left="1440" w:hanging="360"/>
      </w:pPr>
      <w:rPr>
        <w:rFonts w:ascii="Arial" w:eastAsia="Arial"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3305C27"/>
    <w:multiLevelType w:val="multilevel"/>
    <w:tmpl w:val="FE6E664E"/>
    <w:lvl w:ilvl="0">
      <w:start w:val="3"/>
      <w:numFmt w:val="decimal"/>
      <w:lvlText w:val="%1.0"/>
      <w:lvlJc w:val="left"/>
      <w:pPr>
        <w:ind w:left="450" w:hanging="450"/>
      </w:pPr>
      <w:rPr>
        <w:rFonts w:hint="default"/>
      </w:rPr>
    </w:lvl>
    <w:lvl w:ilvl="1">
      <w:start w:val="1"/>
      <w:numFmt w:val="decimal"/>
      <w:lvlText w:val="%1.%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13B655E4"/>
    <w:multiLevelType w:val="hybridMultilevel"/>
    <w:tmpl w:val="83140E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8600A99"/>
    <w:multiLevelType w:val="hybridMultilevel"/>
    <w:tmpl w:val="FFFFFFFF"/>
    <w:lvl w:ilvl="0" w:tplc="E3CC90F8">
      <w:start w:val="1"/>
      <w:numFmt w:val="bullet"/>
      <w:lvlText w:val=""/>
      <w:lvlJc w:val="left"/>
      <w:pPr>
        <w:ind w:left="720" w:hanging="360"/>
      </w:pPr>
      <w:rPr>
        <w:rFonts w:ascii="Symbol" w:hAnsi="Symbol" w:hint="default"/>
      </w:rPr>
    </w:lvl>
    <w:lvl w:ilvl="1" w:tplc="E4B6C484">
      <w:start w:val="1"/>
      <w:numFmt w:val="bullet"/>
      <w:lvlText w:val="o"/>
      <w:lvlJc w:val="left"/>
      <w:pPr>
        <w:ind w:left="1440" w:hanging="360"/>
      </w:pPr>
      <w:rPr>
        <w:rFonts w:ascii="Courier New" w:hAnsi="Courier New" w:hint="default"/>
      </w:rPr>
    </w:lvl>
    <w:lvl w:ilvl="2" w:tplc="9A16D298">
      <w:start w:val="1"/>
      <w:numFmt w:val="bullet"/>
      <w:lvlText w:val=""/>
      <w:lvlJc w:val="left"/>
      <w:pPr>
        <w:ind w:left="2160" w:hanging="360"/>
      </w:pPr>
      <w:rPr>
        <w:rFonts w:ascii="Wingdings" w:hAnsi="Wingdings" w:hint="default"/>
      </w:rPr>
    </w:lvl>
    <w:lvl w:ilvl="3" w:tplc="9E44FE18">
      <w:start w:val="1"/>
      <w:numFmt w:val="bullet"/>
      <w:lvlText w:val=""/>
      <w:lvlJc w:val="left"/>
      <w:pPr>
        <w:ind w:left="2880" w:hanging="360"/>
      </w:pPr>
      <w:rPr>
        <w:rFonts w:ascii="Symbol" w:hAnsi="Symbol" w:hint="default"/>
      </w:rPr>
    </w:lvl>
    <w:lvl w:ilvl="4" w:tplc="93907142">
      <w:start w:val="1"/>
      <w:numFmt w:val="bullet"/>
      <w:lvlText w:val="o"/>
      <w:lvlJc w:val="left"/>
      <w:pPr>
        <w:ind w:left="3600" w:hanging="360"/>
      </w:pPr>
      <w:rPr>
        <w:rFonts w:ascii="Courier New" w:hAnsi="Courier New" w:hint="default"/>
      </w:rPr>
    </w:lvl>
    <w:lvl w:ilvl="5" w:tplc="68A88F28">
      <w:start w:val="1"/>
      <w:numFmt w:val="bullet"/>
      <w:lvlText w:val=""/>
      <w:lvlJc w:val="left"/>
      <w:pPr>
        <w:ind w:left="4320" w:hanging="360"/>
      </w:pPr>
      <w:rPr>
        <w:rFonts w:ascii="Wingdings" w:hAnsi="Wingdings" w:hint="default"/>
      </w:rPr>
    </w:lvl>
    <w:lvl w:ilvl="6" w:tplc="730C02DE">
      <w:start w:val="1"/>
      <w:numFmt w:val="bullet"/>
      <w:lvlText w:val=""/>
      <w:lvlJc w:val="left"/>
      <w:pPr>
        <w:ind w:left="5040" w:hanging="360"/>
      </w:pPr>
      <w:rPr>
        <w:rFonts w:ascii="Symbol" w:hAnsi="Symbol" w:hint="default"/>
      </w:rPr>
    </w:lvl>
    <w:lvl w:ilvl="7" w:tplc="67A83602">
      <w:start w:val="1"/>
      <w:numFmt w:val="bullet"/>
      <w:lvlText w:val="o"/>
      <w:lvlJc w:val="left"/>
      <w:pPr>
        <w:ind w:left="5760" w:hanging="360"/>
      </w:pPr>
      <w:rPr>
        <w:rFonts w:ascii="Courier New" w:hAnsi="Courier New" w:hint="default"/>
      </w:rPr>
    </w:lvl>
    <w:lvl w:ilvl="8" w:tplc="5F663548">
      <w:start w:val="1"/>
      <w:numFmt w:val="bullet"/>
      <w:lvlText w:val=""/>
      <w:lvlJc w:val="left"/>
      <w:pPr>
        <w:ind w:left="6480" w:hanging="360"/>
      </w:pPr>
      <w:rPr>
        <w:rFonts w:ascii="Wingdings" w:hAnsi="Wingdings" w:hint="default"/>
      </w:rPr>
    </w:lvl>
  </w:abstractNum>
  <w:abstractNum w:abstractNumId="23" w15:restartNumberingAfterBreak="0">
    <w:nsid w:val="1C77291A"/>
    <w:multiLevelType w:val="hybridMultilevel"/>
    <w:tmpl w:val="FBA6D934"/>
    <w:lvl w:ilvl="0" w:tplc="45FE6DEE">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4353626"/>
    <w:multiLevelType w:val="multilevel"/>
    <w:tmpl w:val="5A2A75A4"/>
    <w:lvl w:ilvl="0">
      <w:start w:val="1"/>
      <w:numFmt w:val="decimal"/>
      <w:lvlText w:val="%1."/>
      <w:lvlJc w:val="left"/>
      <w:pPr>
        <w:ind w:left="720" w:hanging="360"/>
      </w:pPr>
      <w:rPr>
        <w:rFonts w:hint="default"/>
      </w:rPr>
    </w:lvl>
    <w:lvl w:ilvl="1">
      <w:start w:val="7"/>
      <w:numFmt w:val="decimal"/>
      <w:isLgl/>
      <w:lvlText w:val="%1.%2"/>
      <w:lvlJc w:val="left"/>
      <w:pPr>
        <w:ind w:left="830" w:hanging="4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25FE2EED"/>
    <w:multiLevelType w:val="multilevel"/>
    <w:tmpl w:val="FBC2C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A1C33B4"/>
    <w:multiLevelType w:val="hybridMultilevel"/>
    <w:tmpl w:val="573C2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B6238BA"/>
    <w:multiLevelType w:val="hybridMultilevel"/>
    <w:tmpl w:val="8C9A77D6"/>
    <w:lvl w:ilvl="0" w:tplc="D0420454">
      <w:start w:val="1"/>
      <w:numFmt w:val="bullet"/>
      <w:lvlText w:val=""/>
      <w:lvlJc w:val="left"/>
      <w:pPr>
        <w:ind w:left="720" w:hanging="360"/>
      </w:pPr>
      <w:rPr>
        <w:rFonts w:ascii="Symbol" w:hAnsi="Symbol" w:hint="default"/>
      </w:rPr>
    </w:lvl>
    <w:lvl w:ilvl="1" w:tplc="45FE6DEE">
      <w:start w:val="1"/>
      <w:numFmt w:val="bullet"/>
      <w:lvlText w:val="o"/>
      <w:lvlJc w:val="left"/>
      <w:pPr>
        <w:ind w:left="1440" w:hanging="360"/>
      </w:pPr>
      <w:rPr>
        <w:rFonts w:ascii="Courier New" w:hAnsi="Courier New" w:hint="default"/>
      </w:rPr>
    </w:lvl>
    <w:lvl w:ilvl="2" w:tplc="B2C47656">
      <w:start w:val="1"/>
      <w:numFmt w:val="bullet"/>
      <w:lvlText w:val=""/>
      <w:lvlJc w:val="left"/>
      <w:pPr>
        <w:ind w:left="2160" w:hanging="360"/>
      </w:pPr>
      <w:rPr>
        <w:rFonts w:ascii="Wingdings" w:hAnsi="Wingdings" w:hint="default"/>
      </w:rPr>
    </w:lvl>
    <w:lvl w:ilvl="3" w:tplc="4E94FC2C">
      <w:start w:val="1"/>
      <w:numFmt w:val="bullet"/>
      <w:lvlText w:val=""/>
      <w:lvlJc w:val="left"/>
      <w:pPr>
        <w:ind w:left="2880" w:hanging="360"/>
      </w:pPr>
      <w:rPr>
        <w:rFonts w:ascii="Symbol" w:hAnsi="Symbol" w:hint="default"/>
      </w:rPr>
    </w:lvl>
    <w:lvl w:ilvl="4" w:tplc="EC6A5504">
      <w:start w:val="1"/>
      <w:numFmt w:val="bullet"/>
      <w:lvlText w:val="o"/>
      <w:lvlJc w:val="left"/>
      <w:pPr>
        <w:ind w:left="3600" w:hanging="360"/>
      </w:pPr>
      <w:rPr>
        <w:rFonts w:ascii="Courier New" w:hAnsi="Courier New" w:hint="default"/>
      </w:rPr>
    </w:lvl>
    <w:lvl w:ilvl="5" w:tplc="F0660C96">
      <w:start w:val="1"/>
      <w:numFmt w:val="bullet"/>
      <w:lvlText w:val=""/>
      <w:lvlJc w:val="left"/>
      <w:pPr>
        <w:ind w:left="4320" w:hanging="360"/>
      </w:pPr>
      <w:rPr>
        <w:rFonts w:ascii="Wingdings" w:hAnsi="Wingdings" w:hint="default"/>
      </w:rPr>
    </w:lvl>
    <w:lvl w:ilvl="6" w:tplc="408E0214">
      <w:start w:val="1"/>
      <w:numFmt w:val="bullet"/>
      <w:lvlText w:val=""/>
      <w:lvlJc w:val="left"/>
      <w:pPr>
        <w:ind w:left="5040" w:hanging="360"/>
      </w:pPr>
      <w:rPr>
        <w:rFonts w:ascii="Symbol" w:hAnsi="Symbol" w:hint="default"/>
      </w:rPr>
    </w:lvl>
    <w:lvl w:ilvl="7" w:tplc="3A82F7D6">
      <w:start w:val="1"/>
      <w:numFmt w:val="bullet"/>
      <w:lvlText w:val="o"/>
      <w:lvlJc w:val="left"/>
      <w:pPr>
        <w:ind w:left="5760" w:hanging="360"/>
      </w:pPr>
      <w:rPr>
        <w:rFonts w:ascii="Courier New" w:hAnsi="Courier New" w:hint="default"/>
      </w:rPr>
    </w:lvl>
    <w:lvl w:ilvl="8" w:tplc="540E3640">
      <w:start w:val="1"/>
      <w:numFmt w:val="bullet"/>
      <w:lvlText w:val=""/>
      <w:lvlJc w:val="left"/>
      <w:pPr>
        <w:ind w:left="6480" w:hanging="360"/>
      </w:pPr>
      <w:rPr>
        <w:rFonts w:ascii="Wingdings" w:hAnsi="Wingdings" w:hint="default"/>
      </w:rPr>
    </w:lvl>
  </w:abstractNum>
  <w:abstractNum w:abstractNumId="28" w15:restartNumberingAfterBreak="0">
    <w:nsid w:val="2CA36ED6"/>
    <w:multiLevelType w:val="hybridMultilevel"/>
    <w:tmpl w:val="3976D834"/>
    <w:lvl w:ilvl="0" w:tplc="F44005E6">
      <w:start w:val="1"/>
      <w:numFmt w:val="bullet"/>
      <w:lvlText w:val=""/>
      <w:lvlJc w:val="left"/>
      <w:pPr>
        <w:ind w:left="720" w:hanging="360"/>
      </w:pPr>
      <w:rPr>
        <w:rFonts w:ascii="Symbol" w:hAnsi="Symbol" w:hint="default"/>
      </w:rPr>
    </w:lvl>
    <w:lvl w:ilvl="1" w:tplc="B7AE249E">
      <w:start w:val="1"/>
      <w:numFmt w:val="bullet"/>
      <w:lvlText w:val="o"/>
      <w:lvlJc w:val="left"/>
      <w:pPr>
        <w:ind w:left="1440" w:hanging="360"/>
      </w:pPr>
      <w:rPr>
        <w:rFonts w:ascii="Courier New" w:hAnsi="Courier New" w:hint="default"/>
      </w:rPr>
    </w:lvl>
    <w:lvl w:ilvl="2" w:tplc="3D0C71F4">
      <w:start w:val="1"/>
      <w:numFmt w:val="bullet"/>
      <w:lvlText w:val=""/>
      <w:lvlJc w:val="left"/>
      <w:pPr>
        <w:ind w:left="2160" w:hanging="360"/>
      </w:pPr>
      <w:rPr>
        <w:rFonts w:ascii="Wingdings" w:hAnsi="Wingdings" w:hint="default"/>
      </w:rPr>
    </w:lvl>
    <w:lvl w:ilvl="3" w:tplc="277E9532">
      <w:start w:val="1"/>
      <w:numFmt w:val="bullet"/>
      <w:lvlText w:val=""/>
      <w:lvlJc w:val="left"/>
      <w:pPr>
        <w:ind w:left="2880" w:hanging="360"/>
      </w:pPr>
      <w:rPr>
        <w:rFonts w:ascii="Symbol" w:hAnsi="Symbol" w:hint="default"/>
      </w:rPr>
    </w:lvl>
    <w:lvl w:ilvl="4" w:tplc="0C36C1D0">
      <w:start w:val="1"/>
      <w:numFmt w:val="bullet"/>
      <w:lvlText w:val="o"/>
      <w:lvlJc w:val="left"/>
      <w:pPr>
        <w:ind w:left="3600" w:hanging="360"/>
      </w:pPr>
      <w:rPr>
        <w:rFonts w:ascii="Courier New" w:hAnsi="Courier New" w:hint="default"/>
      </w:rPr>
    </w:lvl>
    <w:lvl w:ilvl="5" w:tplc="F3523B6C">
      <w:start w:val="1"/>
      <w:numFmt w:val="bullet"/>
      <w:lvlText w:val=""/>
      <w:lvlJc w:val="left"/>
      <w:pPr>
        <w:ind w:left="4320" w:hanging="360"/>
      </w:pPr>
      <w:rPr>
        <w:rFonts w:ascii="Wingdings" w:hAnsi="Wingdings" w:hint="default"/>
      </w:rPr>
    </w:lvl>
    <w:lvl w:ilvl="6" w:tplc="FEDABDB2">
      <w:start w:val="1"/>
      <w:numFmt w:val="bullet"/>
      <w:lvlText w:val=""/>
      <w:lvlJc w:val="left"/>
      <w:pPr>
        <w:ind w:left="5040" w:hanging="360"/>
      </w:pPr>
      <w:rPr>
        <w:rFonts w:ascii="Symbol" w:hAnsi="Symbol" w:hint="default"/>
      </w:rPr>
    </w:lvl>
    <w:lvl w:ilvl="7" w:tplc="E126EC58">
      <w:start w:val="1"/>
      <w:numFmt w:val="bullet"/>
      <w:lvlText w:val="o"/>
      <w:lvlJc w:val="left"/>
      <w:pPr>
        <w:ind w:left="5760" w:hanging="360"/>
      </w:pPr>
      <w:rPr>
        <w:rFonts w:ascii="Courier New" w:hAnsi="Courier New" w:hint="default"/>
      </w:rPr>
    </w:lvl>
    <w:lvl w:ilvl="8" w:tplc="76AE8DA4">
      <w:start w:val="1"/>
      <w:numFmt w:val="bullet"/>
      <w:lvlText w:val=""/>
      <w:lvlJc w:val="left"/>
      <w:pPr>
        <w:ind w:left="6480" w:hanging="360"/>
      </w:pPr>
      <w:rPr>
        <w:rFonts w:ascii="Wingdings" w:hAnsi="Wingdings" w:hint="default"/>
      </w:rPr>
    </w:lvl>
  </w:abstractNum>
  <w:abstractNum w:abstractNumId="29" w15:restartNumberingAfterBreak="0">
    <w:nsid w:val="2D5A1730"/>
    <w:multiLevelType w:val="multilevel"/>
    <w:tmpl w:val="820CA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F9D57E0"/>
    <w:multiLevelType w:val="hybridMultilevel"/>
    <w:tmpl w:val="D722AE4E"/>
    <w:lvl w:ilvl="0" w:tplc="45FE6DEE">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FC70A2C"/>
    <w:multiLevelType w:val="hybridMultilevel"/>
    <w:tmpl w:val="FFFFFFFF"/>
    <w:lvl w:ilvl="0" w:tplc="9A1EFE92">
      <w:start w:val="1"/>
      <w:numFmt w:val="bullet"/>
      <w:lvlText w:val=""/>
      <w:lvlJc w:val="left"/>
      <w:pPr>
        <w:ind w:left="720" w:hanging="360"/>
      </w:pPr>
      <w:rPr>
        <w:rFonts w:ascii="Symbol" w:hAnsi="Symbol" w:hint="default"/>
      </w:rPr>
    </w:lvl>
    <w:lvl w:ilvl="1" w:tplc="BD6432F8">
      <w:start w:val="1"/>
      <w:numFmt w:val="bullet"/>
      <w:lvlText w:val="o"/>
      <w:lvlJc w:val="left"/>
      <w:pPr>
        <w:ind w:left="1440" w:hanging="360"/>
      </w:pPr>
      <w:rPr>
        <w:rFonts w:ascii="Courier New" w:hAnsi="Courier New" w:hint="default"/>
      </w:rPr>
    </w:lvl>
    <w:lvl w:ilvl="2" w:tplc="CDD28C32">
      <w:start w:val="1"/>
      <w:numFmt w:val="bullet"/>
      <w:lvlText w:val=""/>
      <w:lvlJc w:val="left"/>
      <w:pPr>
        <w:ind w:left="2160" w:hanging="360"/>
      </w:pPr>
      <w:rPr>
        <w:rFonts w:ascii="Wingdings" w:hAnsi="Wingdings" w:hint="default"/>
      </w:rPr>
    </w:lvl>
    <w:lvl w:ilvl="3" w:tplc="CA280D00">
      <w:start w:val="1"/>
      <w:numFmt w:val="bullet"/>
      <w:lvlText w:val=""/>
      <w:lvlJc w:val="left"/>
      <w:pPr>
        <w:ind w:left="2880" w:hanging="360"/>
      </w:pPr>
      <w:rPr>
        <w:rFonts w:ascii="Symbol" w:hAnsi="Symbol" w:hint="default"/>
      </w:rPr>
    </w:lvl>
    <w:lvl w:ilvl="4" w:tplc="24CAAA56">
      <w:start w:val="1"/>
      <w:numFmt w:val="bullet"/>
      <w:lvlText w:val="o"/>
      <w:lvlJc w:val="left"/>
      <w:pPr>
        <w:ind w:left="3600" w:hanging="360"/>
      </w:pPr>
      <w:rPr>
        <w:rFonts w:ascii="Courier New" w:hAnsi="Courier New" w:hint="default"/>
      </w:rPr>
    </w:lvl>
    <w:lvl w:ilvl="5" w:tplc="2F44B1BA">
      <w:start w:val="1"/>
      <w:numFmt w:val="bullet"/>
      <w:lvlText w:val=""/>
      <w:lvlJc w:val="left"/>
      <w:pPr>
        <w:ind w:left="4320" w:hanging="360"/>
      </w:pPr>
      <w:rPr>
        <w:rFonts w:ascii="Wingdings" w:hAnsi="Wingdings" w:hint="default"/>
      </w:rPr>
    </w:lvl>
    <w:lvl w:ilvl="6" w:tplc="DC80AC7C">
      <w:start w:val="1"/>
      <w:numFmt w:val="bullet"/>
      <w:lvlText w:val=""/>
      <w:lvlJc w:val="left"/>
      <w:pPr>
        <w:ind w:left="5040" w:hanging="360"/>
      </w:pPr>
      <w:rPr>
        <w:rFonts w:ascii="Symbol" w:hAnsi="Symbol" w:hint="default"/>
      </w:rPr>
    </w:lvl>
    <w:lvl w:ilvl="7" w:tplc="93DAA4DE">
      <w:start w:val="1"/>
      <w:numFmt w:val="bullet"/>
      <w:lvlText w:val="o"/>
      <w:lvlJc w:val="left"/>
      <w:pPr>
        <w:ind w:left="5760" w:hanging="360"/>
      </w:pPr>
      <w:rPr>
        <w:rFonts w:ascii="Courier New" w:hAnsi="Courier New" w:hint="default"/>
      </w:rPr>
    </w:lvl>
    <w:lvl w:ilvl="8" w:tplc="5846D310">
      <w:start w:val="1"/>
      <w:numFmt w:val="bullet"/>
      <w:lvlText w:val=""/>
      <w:lvlJc w:val="left"/>
      <w:pPr>
        <w:ind w:left="6480" w:hanging="360"/>
      </w:pPr>
      <w:rPr>
        <w:rFonts w:ascii="Wingdings" w:hAnsi="Wingdings" w:hint="default"/>
      </w:rPr>
    </w:lvl>
  </w:abstractNum>
  <w:abstractNum w:abstractNumId="32" w15:restartNumberingAfterBreak="0">
    <w:nsid w:val="3363F9F7"/>
    <w:multiLevelType w:val="hybridMultilevel"/>
    <w:tmpl w:val="70BC71FE"/>
    <w:lvl w:ilvl="0" w:tplc="82FEE142">
      <w:start w:val="1"/>
      <w:numFmt w:val="bullet"/>
      <w:lvlText w:val=""/>
      <w:lvlJc w:val="left"/>
      <w:pPr>
        <w:ind w:left="720" w:hanging="360"/>
      </w:pPr>
      <w:rPr>
        <w:rFonts w:ascii="Symbol" w:hAnsi="Symbol" w:hint="default"/>
      </w:rPr>
    </w:lvl>
    <w:lvl w:ilvl="1" w:tplc="2CC4AD7A">
      <w:start w:val="1"/>
      <w:numFmt w:val="bullet"/>
      <w:lvlText w:val="o"/>
      <w:lvlJc w:val="left"/>
      <w:pPr>
        <w:ind w:left="1440" w:hanging="360"/>
      </w:pPr>
      <w:rPr>
        <w:rFonts w:ascii="Courier New" w:hAnsi="Courier New" w:hint="default"/>
      </w:rPr>
    </w:lvl>
    <w:lvl w:ilvl="2" w:tplc="D508316C">
      <w:start w:val="1"/>
      <w:numFmt w:val="bullet"/>
      <w:lvlText w:val=""/>
      <w:lvlJc w:val="left"/>
      <w:pPr>
        <w:ind w:left="2160" w:hanging="360"/>
      </w:pPr>
      <w:rPr>
        <w:rFonts w:ascii="Wingdings" w:hAnsi="Wingdings" w:hint="default"/>
      </w:rPr>
    </w:lvl>
    <w:lvl w:ilvl="3" w:tplc="7436DBA6">
      <w:start w:val="1"/>
      <w:numFmt w:val="bullet"/>
      <w:lvlText w:val=""/>
      <w:lvlJc w:val="left"/>
      <w:pPr>
        <w:ind w:left="2880" w:hanging="360"/>
      </w:pPr>
      <w:rPr>
        <w:rFonts w:ascii="Symbol" w:hAnsi="Symbol" w:hint="default"/>
      </w:rPr>
    </w:lvl>
    <w:lvl w:ilvl="4" w:tplc="196ED8E2">
      <w:start w:val="1"/>
      <w:numFmt w:val="bullet"/>
      <w:lvlText w:val="o"/>
      <w:lvlJc w:val="left"/>
      <w:pPr>
        <w:ind w:left="3600" w:hanging="360"/>
      </w:pPr>
      <w:rPr>
        <w:rFonts w:ascii="Courier New" w:hAnsi="Courier New" w:hint="default"/>
      </w:rPr>
    </w:lvl>
    <w:lvl w:ilvl="5" w:tplc="DF22B17E">
      <w:start w:val="1"/>
      <w:numFmt w:val="bullet"/>
      <w:lvlText w:val=""/>
      <w:lvlJc w:val="left"/>
      <w:pPr>
        <w:ind w:left="4320" w:hanging="360"/>
      </w:pPr>
      <w:rPr>
        <w:rFonts w:ascii="Wingdings" w:hAnsi="Wingdings" w:hint="default"/>
      </w:rPr>
    </w:lvl>
    <w:lvl w:ilvl="6" w:tplc="BC267FCE">
      <w:start w:val="1"/>
      <w:numFmt w:val="bullet"/>
      <w:lvlText w:val=""/>
      <w:lvlJc w:val="left"/>
      <w:pPr>
        <w:ind w:left="5040" w:hanging="360"/>
      </w:pPr>
      <w:rPr>
        <w:rFonts w:ascii="Symbol" w:hAnsi="Symbol" w:hint="default"/>
      </w:rPr>
    </w:lvl>
    <w:lvl w:ilvl="7" w:tplc="9C90E416">
      <w:start w:val="1"/>
      <w:numFmt w:val="bullet"/>
      <w:lvlText w:val="o"/>
      <w:lvlJc w:val="left"/>
      <w:pPr>
        <w:ind w:left="5760" w:hanging="360"/>
      </w:pPr>
      <w:rPr>
        <w:rFonts w:ascii="Courier New" w:hAnsi="Courier New" w:hint="default"/>
      </w:rPr>
    </w:lvl>
    <w:lvl w:ilvl="8" w:tplc="CEFE7BF4">
      <w:start w:val="1"/>
      <w:numFmt w:val="bullet"/>
      <w:lvlText w:val=""/>
      <w:lvlJc w:val="left"/>
      <w:pPr>
        <w:ind w:left="6480" w:hanging="360"/>
      </w:pPr>
      <w:rPr>
        <w:rFonts w:ascii="Wingdings" w:hAnsi="Wingdings" w:hint="default"/>
      </w:rPr>
    </w:lvl>
  </w:abstractNum>
  <w:abstractNum w:abstractNumId="33" w15:restartNumberingAfterBreak="0">
    <w:nsid w:val="33F168F1"/>
    <w:multiLevelType w:val="multilevel"/>
    <w:tmpl w:val="539E5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64DC9D4"/>
    <w:multiLevelType w:val="hybridMultilevel"/>
    <w:tmpl w:val="FFFFFFFF"/>
    <w:lvl w:ilvl="0" w:tplc="F57639C8">
      <w:start w:val="1"/>
      <w:numFmt w:val="bullet"/>
      <w:lvlText w:val=""/>
      <w:lvlJc w:val="left"/>
      <w:pPr>
        <w:ind w:left="720" w:hanging="360"/>
      </w:pPr>
      <w:rPr>
        <w:rFonts w:ascii="Symbol" w:hAnsi="Symbol" w:hint="default"/>
      </w:rPr>
    </w:lvl>
    <w:lvl w:ilvl="1" w:tplc="321CB87C">
      <w:start w:val="1"/>
      <w:numFmt w:val="bullet"/>
      <w:lvlText w:val="o"/>
      <w:lvlJc w:val="left"/>
      <w:pPr>
        <w:ind w:left="1440" w:hanging="360"/>
      </w:pPr>
      <w:rPr>
        <w:rFonts w:ascii="Courier New" w:hAnsi="Courier New" w:hint="default"/>
      </w:rPr>
    </w:lvl>
    <w:lvl w:ilvl="2" w:tplc="DC64735A">
      <w:start w:val="1"/>
      <w:numFmt w:val="bullet"/>
      <w:lvlText w:val=""/>
      <w:lvlJc w:val="left"/>
      <w:pPr>
        <w:ind w:left="2160" w:hanging="360"/>
      </w:pPr>
      <w:rPr>
        <w:rFonts w:ascii="Wingdings" w:hAnsi="Wingdings" w:hint="default"/>
      </w:rPr>
    </w:lvl>
    <w:lvl w:ilvl="3" w:tplc="CD02727E">
      <w:start w:val="1"/>
      <w:numFmt w:val="bullet"/>
      <w:lvlText w:val=""/>
      <w:lvlJc w:val="left"/>
      <w:pPr>
        <w:ind w:left="2880" w:hanging="360"/>
      </w:pPr>
      <w:rPr>
        <w:rFonts w:ascii="Symbol" w:hAnsi="Symbol" w:hint="default"/>
      </w:rPr>
    </w:lvl>
    <w:lvl w:ilvl="4" w:tplc="C4685424">
      <w:start w:val="1"/>
      <w:numFmt w:val="bullet"/>
      <w:lvlText w:val="o"/>
      <w:lvlJc w:val="left"/>
      <w:pPr>
        <w:ind w:left="3600" w:hanging="360"/>
      </w:pPr>
      <w:rPr>
        <w:rFonts w:ascii="Courier New" w:hAnsi="Courier New" w:hint="default"/>
      </w:rPr>
    </w:lvl>
    <w:lvl w:ilvl="5" w:tplc="3D322662">
      <w:start w:val="1"/>
      <w:numFmt w:val="bullet"/>
      <w:lvlText w:val=""/>
      <w:lvlJc w:val="left"/>
      <w:pPr>
        <w:ind w:left="4320" w:hanging="360"/>
      </w:pPr>
      <w:rPr>
        <w:rFonts w:ascii="Wingdings" w:hAnsi="Wingdings" w:hint="default"/>
      </w:rPr>
    </w:lvl>
    <w:lvl w:ilvl="6" w:tplc="E8F0E488">
      <w:start w:val="1"/>
      <w:numFmt w:val="bullet"/>
      <w:lvlText w:val=""/>
      <w:lvlJc w:val="left"/>
      <w:pPr>
        <w:ind w:left="5040" w:hanging="360"/>
      </w:pPr>
      <w:rPr>
        <w:rFonts w:ascii="Symbol" w:hAnsi="Symbol" w:hint="default"/>
      </w:rPr>
    </w:lvl>
    <w:lvl w:ilvl="7" w:tplc="B2B8BAF2">
      <w:start w:val="1"/>
      <w:numFmt w:val="bullet"/>
      <w:lvlText w:val="o"/>
      <w:lvlJc w:val="left"/>
      <w:pPr>
        <w:ind w:left="5760" w:hanging="360"/>
      </w:pPr>
      <w:rPr>
        <w:rFonts w:ascii="Courier New" w:hAnsi="Courier New" w:hint="default"/>
      </w:rPr>
    </w:lvl>
    <w:lvl w:ilvl="8" w:tplc="5C44222E">
      <w:start w:val="1"/>
      <w:numFmt w:val="bullet"/>
      <w:lvlText w:val=""/>
      <w:lvlJc w:val="left"/>
      <w:pPr>
        <w:ind w:left="6480" w:hanging="360"/>
      </w:pPr>
      <w:rPr>
        <w:rFonts w:ascii="Wingdings" w:hAnsi="Wingdings" w:hint="default"/>
      </w:rPr>
    </w:lvl>
  </w:abstractNum>
  <w:abstractNum w:abstractNumId="35" w15:restartNumberingAfterBreak="0">
    <w:nsid w:val="37FF6F7B"/>
    <w:multiLevelType w:val="hybridMultilevel"/>
    <w:tmpl w:val="46580DE0"/>
    <w:lvl w:ilvl="0" w:tplc="45FE6DEE">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BEC0C23"/>
    <w:multiLevelType w:val="multilevel"/>
    <w:tmpl w:val="9880F20A"/>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41551852"/>
    <w:multiLevelType w:val="multilevel"/>
    <w:tmpl w:val="8A4E4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51626B7"/>
    <w:multiLevelType w:val="multilevel"/>
    <w:tmpl w:val="E92A7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C3CC755"/>
    <w:multiLevelType w:val="hybridMultilevel"/>
    <w:tmpl w:val="FFFFFFFF"/>
    <w:lvl w:ilvl="0" w:tplc="F3FA6F54">
      <w:start w:val="1"/>
      <w:numFmt w:val="bullet"/>
      <w:lvlText w:val=""/>
      <w:lvlJc w:val="left"/>
      <w:pPr>
        <w:ind w:left="720" w:hanging="360"/>
      </w:pPr>
      <w:rPr>
        <w:rFonts w:ascii="Symbol" w:hAnsi="Symbol" w:hint="default"/>
      </w:rPr>
    </w:lvl>
    <w:lvl w:ilvl="1" w:tplc="64CA249E">
      <w:start w:val="1"/>
      <w:numFmt w:val="bullet"/>
      <w:lvlText w:val="o"/>
      <w:lvlJc w:val="left"/>
      <w:pPr>
        <w:ind w:left="1440" w:hanging="360"/>
      </w:pPr>
      <w:rPr>
        <w:rFonts w:ascii="Courier New" w:hAnsi="Courier New" w:hint="default"/>
      </w:rPr>
    </w:lvl>
    <w:lvl w:ilvl="2" w:tplc="2FE6FDE2">
      <w:start w:val="1"/>
      <w:numFmt w:val="bullet"/>
      <w:lvlText w:val=""/>
      <w:lvlJc w:val="left"/>
      <w:pPr>
        <w:ind w:left="2160" w:hanging="360"/>
      </w:pPr>
      <w:rPr>
        <w:rFonts w:ascii="Wingdings" w:hAnsi="Wingdings" w:hint="default"/>
      </w:rPr>
    </w:lvl>
    <w:lvl w:ilvl="3" w:tplc="4BDC9A86">
      <w:start w:val="1"/>
      <w:numFmt w:val="bullet"/>
      <w:lvlText w:val=""/>
      <w:lvlJc w:val="left"/>
      <w:pPr>
        <w:ind w:left="2880" w:hanging="360"/>
      </w:pPr>
      <w:rPr>
        <w:rFonts w:ascii="Symbol" w:hAnsi="Symbol" w:hint="default"/>
      </w:rPr>
    </w:lvl>
    <w:lvl w:ilvl="4" w:tplc="77C08A70">
      <w:start w:val="1"/>
      <w:numFmt w:val="bullet"/>
      <w:lvlText w:val="o"/>
      <w:lvlJc w:val="left"/>
      <w:pPr>
        <w:ind w:left="3600" w:hanging="360"/>
      </w:pPr>
      <w:rPr>
        <w:rFonts w:ascii="Courier New" w:hAnsi="Courier New" w:hint="default"/>
      </w:rPr>
    </w:lvl>
    <w:lvl w:ilvl="5" w:tplc="4A96DF34">
      <w:start w:val="1"/>
      <w:numFmt w:val="bullet"/>
      <w:lvlText w:val=""/>
      <w:lvlJc w:val="left"/>
      <w:pPr>
        <w:ind w:left="4320" w:hanging="360"/>
      </w:pPr>
      <w:rPr>
        <w:rFonts w:ascii="Wingdings" w:hAnsi="Wingdings" w:hint="default"/>
      </w:rPr>
    </w:lvl>
    <w:lvl w:ilvl="6" w:tplc="5F3E4C82">
      <w:start w:val="1"/>
      <w:numFmt w:val="bullet"/>
      <w:lvlText w:val=""/>
      <w:lvlJc w:val="left"/>
      <w:pPr>
        <w:ind w:left="5040" w:hanging="360"/>
      </w:pPr>
      <w:rPr>
        <w:rFonts w:ascii="Symbol" w:hAnsi="Symbol" w:hint="default"/>
      </w:rPr>
    </w:lvl>
    <w:lvl w:ilvl="7" w:tplc="71A8BBB6">
      <w:start w:val="1"/>
      <w:numFmt w:val="bullet"/>
      <w:lvlText w:val="o"/>
      <w:lvlJc w:val="left"/>
      <w:pPr>
        <w:ind w:left="5760" w:hanging="360"/>
      </w:pPr>
      <w:rPr>
        <w:rFonts w:ascii="Courier New" w:hAnsi="Courier New" w:hint="default"/>
      </w:rPr>
    </w:lvl>
    <w:lvl w:ilvl="8" w:tplc="EA845DB0">
      <w:start w:val="1"/>
      <w:numFmt w:val="bullet"/>
      <w:lvlText w:val=""/>
      <w:lvlJc w:val="left"/>
      <w:pPr>
        <w:ind w:left="6480" w:hanging="360"/>
      </w:pPr>
      <w:rPr>
        <w:rFonts w:ascii="Wingdings" w:hAnsi="Wingdings" w:hint="default"/>
      </w:rPr>
    </w:lvl>
  </w:abstractNum>
  <w:abstractNum w:abstractNumId="40" w15:restartNumberingAfterBreak="0">
    <w:nsid w:val="50D54245"/>
    <w:multiLevelType w:val="multilevel"/>
    <w:tmpl w:val="33221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4E224A4"/>
    <w:multiLevelType w:val="hybridMultilevel"/>
    <w:tmpl w:val="9CB67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6699BB5"/>
    <w:multiLevelType w:val="hybridMultilevel"/>
    <w:tmpl w:val="FFFFFFFF"/>
    <w:lvl w:ilvl="0" w:tplc="711E16AA">
      <w:start w:val="1"/>
      <w:numFmt w:val="bullet"/>
      <w:lvlText w:val=""/>
      <w:lvlJc w:val="left"/>
      <w:pPr>
        <w:ind w:left="720" w:hanging="360"/>
      </w:pPr>
      <w:rPr>
        <w:rFonts w:ascii="Symbol" w:hAnsi="Symbol" w:hint="default"/>
      </w:rPr>
    </w:lvl>
    <w:lvl w:ilvl="1" w:tplc="D786C104">
      <w:start w:val="1"/>
      <w:numFmt w:val="bullet"/>
      <w:lvlText w:val="o"/>
      <w:lvlJc w:val="left"/>
      <w:pPr>
        <w:ind w:left="1440" w:hanging="360"/>
      </w:pPr>
      <w:rPr>
        <w:rFonts w:ascii="Courier New" w:hAnsi="Courier New" w:hint="default"/>
      </w:rPr>
    </w:lvl>
    <w:lvl w:ilvl="2" w:tplc="3F3653A2">
      <w:start w:val="1"/>
      <w:numFmt w:val="bullet"/>
      <w:lvlText w:val=""/>
      <w:lvlJc w:val="left"/>
      <w:pPr>
        <w:ind w:left="2160" w:hanging="360"/>
      </w:pPr>
      <w:rPr>
        <w:rFonts w:ascii="Wingdings" w:hAnsi="Wingdings" w:hint="default"/>
      </w:rPr>
    </w:lvl>
    <w:lvl w:ilvl="3" w:tplc="E116A9B0">
      <w:start w:val="1"/>
      <w:numFmt w:val="bullet"/>
      <w:lvlText w:val=""/>
      <w:lvlJc w:val="left"/>
      <w:pPr>
        <w:ind w:left="2880" w:hanging="360"/>
      </w:pPr>
      <w:rPr>
        <w:rFonts w:ascii="Symbol" w:hAnsi="Symbol" w:hint="default"/>
      </w:rPr>
    </w:lvl>
    <w:lvl w:ilvl="4" w:tplc="4BB6F060">
      <w:start w:val="1"/>
      <w:numFmt w:val="bullet"/>
      <w:lvlText w:val="o"/>
      <w:lvlJc w:val="left"/>
      <w:pPr>
        <w:ind w:left="3600" w:hanging="360"/>
      </w:pPr>
      <w:rPr>
        <w:rFonts w:ascii="Courier New" w:hAnsi="Courier New" w:hint="default"/>
      </w:rPr>
    </w:lvl>
    <w:lvl w:ilvl="5" w:tplc="2BE4406A">
      <w:start w:val="1"/>
      <w:numFmt w:val="bullet"/>
      <w:lvlText w:val=""/>
      <w:lvlJc w:val="left"/>
      <w:pPr>
        <w:ind w:left="4320" w:hanging="360"/>
      </w:pPr>
      <w:rPr>
        <w:rFonts w:ascii="Wingdings" w:hAnsi="Wingdings" w:hint="default"/>
      </w:rPr>
    </w:lvl>
    <w:lvl w:ilvl="6" w:tplc="858CCDA4">
      <w:start w:val="1"/>
      <w:numFmt w:val="bullet"/>
      <w:lvlText w:val=""/>
      <w:lvlJc w:val="left"/>
      <w:pPr>
        <w:ind w:left="5040" w:hanging="360"/>
      </w:pPr>
      <w:rPr>
        <w:rFonts w:ascii="Symbol" w:hAnsi="Symbol" w:hint="default"/>
      </w:rPr>
    </w:lvl>
    <w:lvl w:ilvl="7" w:tplc="AB08D874">
      <w:start w:val="1"/>
      <w:numFmt w:val="bullet"/>
      <w:lvlText w:val="o"/>
      <w:lvlJc w:val="left"/>
      <w:pPr>
        <w:ind w:left="5760" w:hanging="360"/>
      </w:pPr>
      <w:rPr>
        <w:rFonts w:ascii="Courier New" w:hAnsi="Courier New" w:hint="default"/>
      </w:rPr>
    </w:lvl>
    <w:lvl w:ilvl="8" w:tplc="9AFE91F6">
      <w:start w:val="1"/>
      <w:numFmt w:val="bullet"/>
      <w:lvlText w:val=""/>
      <w:lvlJc w:val="left"/>
      <w:pPr>
        <w:ind w:left="6480" w:hanging="360"/>
      </w:pPr>
      <w:rPr>
        <w:rFonts w:ascii="Wingdings" w:hAnsi="Wingdings" w:hint="default"/>
      </w:rPr>
    </w:lvl>
  </w:abstractNum>
  <w:abstractNum w:abstractNumId="43" w15:restartNumberingAfterBreak="0">
    <w:nsid w:val="579FE4C8"/>
    <w:multiLevelType w:val="hybridMultilevel"/>
    <w:tmpl w:val="AF9EAE76"/>
    <w:lvl w:ilvl="0" w:tplc="980ED37A">
      <w:start w:val="1"/>
      <w:numFmt w:val="bullet"/>
      <w:lvlText w:val=""/>
      <w:lvlJc w:val="left"/>
      <w:pPr>
        <w:ind w:left="720" w:hanging="360"/>
      </w:pPr>
      <w:rPr>
        <w:rFonts w:ascii="Symbol" w:hAnsi="Symbol" w:hint="default"/>
      </w:rPr>
    </w:lvl>
    <w:lvl w:ilvl="1" w:tplc="7AA0B066">
      <w:start w:val="1"/>
      <w:numFmt w:val="bullet"/>
      <w:lvlText w:val="o"/>
      <w:lvlJc w:val="left"/>
      <w:pPr>
        <w:ind w:left="1440" w:hanging="360"/>
      </w:pPr>
      <w:rPr>
        <w:rFonts w:ascii="Courier New" w:hAnsi="Courier New" w:hint="default"/>
      </w:rPr>
    </w:lvl>
    <w:lvl w:ilvl="2" w:tplc="A8400AC2">
      <w:start w:val="1"/>
      <w:numFmt w:val="bullet"/>
      <w:lvlText w:val=""/>
      <w:lvlJc w:val="left"/>
      <w:pPr>
        <w:ind w:left="2160" w:hanging="360"/>
      </w:pPr>
      <w:rPr>
        <w:rFonts w:ascii="Wingdings" w:hAnsi="Wingdings" w:hint="default"/>
      </w:rPr>
    </w:lvl>
    <w:lvl w:ilvl="3" w:tplc="0E12314E">
      <w:start w:val="1"/>
      <w:numFmt w:val="bullet"/>
      <w:lvlText w:val=""/>
      <w:lvlJc w:val="left"/>
      <w:pPr>
        <w:ind w:left="2880" w:hanging="360"/>
      </w:pPr>
      <w:rPr>
        <w:rFonts w:ascii="Symbol" w:hAnsi="Symbol" w:hint="default"/>
      </w:rPr>
    </w:lvl>
    <w:lvl w:ilvl="4" w:tplc="E56842A0">
      <w:start w:val="1"/>
      <w:numFmt w:val="bullet"/>
      <w:lvlText w:val="o"/>
      <w:lvlJc w:val="left"/>
      <w:pPr>
        <w:ind w:left="3600" w:hanging="360"/>
      </w:pPr>
      <w:rPr>
        <w:rFonts w:ascii="Courier New" w:hAnsi="Courier New" w:hint="default"/>
      </w:rPr>
    </w:lvl>
    <w:lvl w:ilvl="5" w:tplc="6026FCD4">
      <w:start w:val="1"/>
      <w:numFmt w:val="bullet"/>
      <w:lvlText w:val=""/>
      <w:lvlJc w:val="left"/>
      <w:pPr>
        <w:ind w:left="4320" w:hanging="360"/>
      </w:pPr>
      <w:rPr>
        <w:rFonts w:ascii="Wingdings" w:hAnsi="Wingdings" w:hint="default"/>
      </w:rPr>
    </w:lvl>
    <w:lvl w:ilvl="6" w:tplc="EEE0C49A">
      <w:start w:val="1"/>
      <w:numFmt w:val="bullet"/>
      <w:lvlText w:val=""/>
      <w:lvlJc w:val="left"/>
      <w:pPr>
        <w:ind w:left="5040" w:hanging="360"/>
      </w:pPr>
      <w:rPr>
        <w:rFonts w:ascii="Symbol" w:hAnsi="Symbol" w:hint="default"/>
      </w:rPr>
    </w:lvl>
    <w:lvl w:ilvl="7" w:tplc="D4B4749A">
      <w:start w:val="1"/>
      <w:numFmt w:val="bullet"/>
      <w:lvlText w:val="o"/>
      <w:lvlJc w:val="left"/>
      <w:pPr>
        <w:ind w:left="5760" w:hanging="360"/>
      </w:pPr>
      <w:rPr>
        <w:rFonts w:ascii="Courier New" w:hAnsi="Courier New" w:hint="default"/>
      </w:rPr>
    </w:lvl>
    <w:lvl w:ilvl="8" w:tplc="B3B6BAE4">
      <w:start w:val="1"/>
      <w:numFmt w:val="bullet"/>
      <w:lvlText w:val=""/>
      <w:lvlJc w:val="left"/>
      <w:pPr>
        <w:ind w:left="6480" w:hanging="360"/>
      </w:pPr>
      <w:rPr>
        <w:rFonts w:ascii="Wingdings" w:hAnsi="Wingdings" w:hint="default"/>
      </w:rPr>
    </w:lvl>
  </w:abstractNum>
  <w:abstractNum w:abstractNumId="44" w15:restartNumberingAfterBreak="0">
    <w:nsid w:val="5B8E4AE1"/>
    <w:multiLevelType w:val="hybridMultilevel"/>
    <w:tmpl w:val="FFFFFFFF"/>
    <w:lvl w:ilvl="0" w:tplc="2D9ACB60">
      <w:start w:val="1"/>
      <w:numFmt w:val="bullet"/>
      <w:lvlText w:val=""/>
      <w:lvlJc w:val="left"/>
      <w:pPr>
        <w:ind w:left="720" w:hanging="360"/>
      </w:pPr>
      <w:rPr>
        <w:rFonts w:ascii="Symbol" w:hAnsi="Symbol" w:hint="default"/>
      </w:rPr>
    </w:lvl>
    <w:lvl w:ilvl="1" w:tplc="DF4E649E">
      <w:start w:val="1"/>
      <w:numFmt w:val="bullet"/>
      <w:lvlText w:val="o"/>
      <w:lvlJc w:val="left"/>
      <w:pPr>
        <w:ind w:left="1440" w:hanging="360"/>
      </w:pPr>
      <w:rPr>
        <w:rFonts w:ascii="Courier New" w:hAnsi="Courier New" w:hint="default"/>
      </w:rPr>
    </w:lvl>
    <w:lvl w:ilvl="2" w:tplc="7C9E2280">
      <w:start w:val="1"/>
      <w:numFmt w:val="bullet"/>
      <w:lvlText w:val=""/>
      <w:lvlJc w:val="left"/>
      <w:pPr>
        <w:ind w:left="2160" w:hanging="360"/>
      </w:pPr>
      <w:rPr>
        <w:rFonts w:ascii="Wingdings" w:hAnsi="Wingdings" w:hint="default"/>
      </w:rPr>
    </w:lvl>
    <w:lvl w:ilvl="3" w:tplc="11D6A06A">
      <w:start w:val="1"/>
      <w:numFmt w:val="bullet"/>
      <w:lvlText w:val=""/>
      <w:lvlJc w:val="left"/>
      <w:pPr>
        <w:ind w:left="2880" w:hanging="360"/>
      </w:pPr>
      <w:rPr>
        <w:rFonts w:ascii="Symbol" w:hAnsi="Symbol" w:hint="default"/>
      </w:rPr>
    </w:lvl>
    <w:lvl w:ilvl="4" w:tplc="8F308D80">
      <w:start w:val="1"/>
      <w:numFmt w:val="bullet"/>
      <w:lvlText w:val="o"/>
      <w:lvlJc w:val="left"/>
      <w:pPr>
        <w:ind w:left="3600" w:hanging="360"/>
      </w:pPr>
      <w:rPr>
        <w:rFonts w:ascii="Courier New" w:hAnsi="Courier New" w:hint="default"/>
      </w:rPr>
    </w:lvl>
    <w:lvl w:ilvl="5" w:tplc="E9424E6A">
      <w:start w:val="1"/>
      <w:numFmt w:val="bullet"/>
      <w:lvlText w:val=""/>
      <w:lvlJc w:val="left"/>
      <w:pPr>
        <w:ind w:left="4320" w:hanging="360"/>
      </w:pPr>
      <w:rPr>
        <w:rFonts w:ascii="Wingdings" w:hAnsi="Wingdings" w:hint="default"/>
      </w:rPr>
    </w:lvl>
    <w:lvl w:ilvl="6" w:tplc="9C9EE52A">
      <w:start w:val="1"/>
      <w:numFmt w:val="bullet"/>
      <w:lvlText w:val=""/>
      <w:lvlJc w:val="left"/>
      <w:pPr>
        <w:ind w:left="5040" w:hanging="360"/>
      </w:pPr>
      <w:rPr>
        <w:rFonts w:ascii="Symbol" w:hAnsi="Symbol" w:hint="default"/>
      </w:rPr>
    </w:lvl>
    <w:lvl w:ilvl="7" w:tplc="3C64525C">
      <w:start w:val="1"/>
      <w:numFmt w:val="bullet"/>
      <w:lvlText w:val="o"/>
      <w:lvlJc w:val="left"/>
      <w:pPr>
        <w:ind w:left="5760" w:hanging="360"/>
      </w:pPr>
      <w:rPr>
        <w:rFonts w:ascii="Courier New" w:hAnsi="Courier New" w:hint="default"/>
      </w:rPr>
    </w:lvl>
    <w:lvl w:ilvl="8" w:tplc="1D22E038">
      <w:start w:val="1"/>
      <w:numFmt w:val="bullet"/>
      <w:lvlText w:val=""/>
      <w:lvlJc w:val="left"/>
      <w:pPr>
        <w:ind w:left="6480" w:hanging="360"/>
      </w:pPr>
      <w:rPr>
        <w:rFonts w:ascii="Wingdings" w:hAnsi="Wingdings" w:hint="default"/>
      </w:rPr>
    </w:lvl>
  </w:abstractNum>
  <w:abstractNum w:abstractNumId="45" w15:restartNumberingAfterBreak="0">
    <w:nsid w:val="5BDD051C"/>
    <w:multiLevelType w:val="multilevel"/>
    <w:tmpl w:val="42BCB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D735A3D"/>
    <w:multiLevelType w:val="hybridMultilevel"/>
    <w:tmpl w:val="235004A4"/>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F12EC51"/>
    <w:multiLevelType w:val="hybridMultilevel"/>
    <w:tmpl w:val="FFFFFFFF"/>
    <w:lvl w:ilvl="0" w:tplc="01D22FDE">
      <w:start w:val="1"/>
      <w:numFmt w:val="bullet"/>
      <w:lvlText w:val=""/>
      <w:lvlJc w:val="left"/>
      <w:pPr>
        <w:ind w:left="720" w:hanging="360"/>
      </w:pPr>
      <w:rPr>
        <w:rFonts w:ascii="Symbol" w:hAnsi="Symbol" w:hint="default"/>
      </w:rPr>
    </w:lvl>
    <w:lvl w:ilvl="1" w:tplc="DEF028C6">
      <w:start w:val="1"/>
      <w:numFmt w:val="bullet"/>
      <w:lvlText w:val="o"/>
      <w:lvlJc w:val="left"/>
      <w:pPr>
        <w:ind w:left="1440" w:hanging="360"/>
      </w:pPr>
      <w:rPr>
        <w:rFonts w:ascii="Courier New" w:hAnsi="Courier New" w:hint="default"/>
      </w:rPr>
    </w:lvl>
    <w:lvl w:ilvl="2" w:tplc="A8A8D88A">
      <w:start w:val="1"/>
      <w:numFmt w:val="bullet"/>
      <w:lvlText w:val=""/>
      <w:lvlJc w:val="left"/>
      <w:pPr>
        <w:ind w:left="2160" w:hanging="360"/>
      </w:pPr>
      <w:rPr>
        <w:rFonts w:ascii="Wingdings" w:hAnsi="Wingdings" w:hint="default"/>
      </w:rPr>
    </w:lvl>
    <w:lvl w:ilvl="3" w:tplc="C1BE0E8E">
      <w:start w:val="1"/>
      <w:numFmt w:val="bullet"/>
      <w:lvlText w:val=""/>
      <w:lvlJc w:val="left"/>
      <w:pPr>
        <w:ind w:left="2880" w:hanging="360"/>
      </w:pPr>
      <w:rPr>
        <w:rFonts w:ascii="Symbol" w:hAnsi="Symbol" w:hint="default"/>
      </w:rPr>
    </w:lvl>
    <w:lvl w:ilvl="4" w:tplc="CE1C974A">
      <w:start w:val="1"/>
      <w:numFmt w:val="bullet"/>
      <w:lvlText w:val="o"/>
      <w:lvlJc w:val="left"/>
      <w:pPr>
        <w:ind w:left="3600" w:hanging="360"/>
      </w:pPr>
      <w:rPr>
        <w:rFonts w:ascii="Courier New" w:hAnsi="Courier New" w:hint="default"/>
      </w:rPr>
    </w:lvl>
    <w:lvl w:ilvl="5" w:tplc="874AB634">
      <w:start w:val="1"/>
      <w:numFmt w:val="bullet"/>
      <w:lvlText w:val=""/>
      <w:lvlJc w:val="left"/>
      <w:pPr>
        <w:ind w:left="4320" w:hanging="360"/>
      </w:pPr>
      <w:rPr>
        <w:rFonts w:ascii="Wingdings" w:hAnsi="Wingdings" w:hint="default"/>
      </w:rPr>
    </w:lvl>
    <w:lvl w:ilvl="6" w:tplc="8E560414">
      <w:start w:val="1"/>
      <w:numFmt w:val="bullet"/>
      <w:lvlText w:val=""/>
      <w:lvlJc w:val="left"/>
      <w:pPr>
        <w:ind w:left="5040" w:hanging="360"/>
      </w:pPr>
      <w:rPr>
        <w:rFonts w:ascii="Symbol" w:hAnsi="Symbol" w:hint="default"/>
      </w:rPr>
    </w:lvl>
    <w:lvl w:ilvl="7" w:tplc="F1F84062">
      <w:start w:val="1"/>
      <w:numFmt w:val="bullet"/>
      <w:lvlText w:val="o"/>
      <w:lvlJc w:val="left"/>
      <w:pPr>
        <w:ind w:left="5760" w:hanging="360"/>
      </w:pPr>
      <w:rPr>
        <w:rFonts w:ascii="Courier New" w:hAnsi="Courier New" w:hint="default"/>
      </w:rPr>
    </w:lvl>
    <w:lvl w:ilvl="8" w:tplc="6DF82D48">
      <w:start w:val="1"/>
      <w:numFmt w:val="bullet"/>
      <w:lvlText w:val=""/>
      <w:lvlJc w:val="left"/>
      <w:pPr>
        <w:ind w:left="6480" w:hanging="360"/>
      </w:pPr>
      <w:rPr>
        <w:rFonts w:ascii="Wingdings" w:hAnsi="Wingdings" w:hint="default"/>
      </w:rPr>
    </w:lvl>
  </w:abstractNum>
  <w:abstractNum w:abstractNumId="48" w15:restartNumberingAfterBreak="0">
    <w:nsid w:val="61413F43"/>
    <w:multiLevelType w:val="multilevel"/>
    <w:tmpl w:val="53041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4B1002B"/>
    <w:multiLevelType w:val="hybridMultilevel"/>
    <w:tmpl w:val="50960422"/>
    <w:lvl w:ilvl="0" w:tplc="C70A62F0">
      <w:start w:val="1"/>
      <w:numFmt w:val="bullet"/>
      <w:lvlText w:val=""/>
      <w:lvlJc w:val="left"/>
      <w:pPr>
        <w:ind w:left="720" w:hanging="360"/>
      </w:pPr>
      <w:rPr>
        <w:rFonts w:ascii="Symbol" w:hAnsi="Symbol" w:hint="default"/>
      </w:rPr>
    </w:lvl>
    <w:lvl w:ilvl="1" w:tplc="09FE9A08">
      <w:start w:val="1"/>
      <w:numFmt w:val="bullet"/>
      <w:lvlText w:val="o"/>
      <w:lvlJc w:val="left"/>
      <w:pPr>
        <w:ind w:left="1440" w:hanging="360"/>
      </w:pPr>
      <w:rPr>
        <w:rFonts w:ascii="Courier New" w:hAnsi="Courier New" w:hint="default"/>
      </w:rPr>
    </w:lvl>
    <w:lvl w:ilvl="2" w:tplc="93663308">
      <w:start w:val="1"/>
      <w:numFmt w:val="bullet"/>
      <w:lvlText w:val=""/>
      <w:lvlJc w:val="left"/>
      <w:pPr>
        <w:ind w:left="2160" w:hanging="360"/>
      </w:pPr>
      <w:rPr>
        <w:rFonts w:ascii="Wingdings" w:hAnsi="Wingdings" w:hint="default"/>
      </w:rPr>
    </w:lvl>
    <w:lvl w:ilvl="3" w:tplc="0EA40668">
      <w:start w:val="1"/>
      <w:numFmt w:val="bullet"/>
      <w:lvlText w:val=""/>
      <w:lvlJc w:val="left"/>
      <w:pPr>
        <w:ind w:left="2880" w:hanging="360"/>
      </w:pPr>
      <w:rPr>
        <w:rFonts w:ascii="Symbol" w:hAnsi="Symbol" w:hint="default"/>
      </w:rPr>
    </w:lvl>
    <w:lvl w:ilvl="4" w:tplc="28FCC82E">
      <w:start w:val="1"/>
      <w:numFmt w:val="bullet"/>
      <w:lvlText w:val="o"/>
      <w:lvlJc w:val="left"/>
      <w:pPr>
        <w:ind w:left="3600" w:hanging="360"/>
      </w:pPr>
      <w:rPr>
        <w:rFonts w:ascii="Courier New" w:hAnsi="Courier New" w:hint="default"/>
      </w:rPr>
    </w:lvl>
    <w:lvl w:ilvl="5" w:tplc="22BC1368">
      <w:start w:val="1"/>
      <w:numFmt w:val="bullet"/>
      <w:lvlText w:val=""/>
      <w:lvlJc w:val="left"/>
      <w:pPr>
        <w:ind w:left="4320" w:hanging="360"/>
      </w:pPr>
      <w:rPr>
        <w:rFonts w:ascii="Wingdings" w:hAnsi="Wingdings" w:hint="default"/>
      </w:rPr>
    </w:lvl>
    <w:lvl w:ilvl="6" w:tplc="DA020722">
      <w:start w:val="1"/>
      <w:numFmt w:val="bullet"/>
      <w:lvlText w:val=""/>
      <w:lvlJc w:val="left"/>
      <w:pPr>
        <w:ind w:left="5040" w:hanging="360"/>
      </w:pPr>
      <w:rPr>
        <w:rFonts w:ascii="Symbol" w:hAnsi="Symbol" w:hint="default"/>
      </w:rPr>
    </w:lvl>
    <w:lvl w:ilvl="7" w:tplc="F470FAA8">
      <w:start w:val="1"/>
      <w:numFmt w:val="bullet"/>
      <w:lvlText w:val="o"/>
      <w:lvlJc w:val="left"/>
      <w:pPr>
        <w:ind w:left="5760" w:hanging="360"/>
      </w:pPr>
      <w:rPr>
        <w:rFonts w:ascii="Courier New" w:hAnsi="Courier New" w:hint="default"/>
      </w:rPr>
    </w:lvl>
    <w:lvl w:ilvl="8" w:tplc="858E27AC">
      <w:start w:val="1"/>
      <w:numFmt w:val="bullet"/>
      <w:lvlText w:val=""/>
      <w:lvlJc w:val="left"/>
      <w:pPr>
        <w:ind w:left="6480" w:hanging="360"/>
      </w:pPr>
      <w:rPr>
        <w:rFonts w:ascii="Wingdings" w:hAnsi="Wingdings" w:hint="default"/>
      </w:rPr>
    </w:lvl>
  </w:abstractNum>
  <w:abstractNum w:abstractNumId="50" w15:restartNumberingAfterBreak="0">
    <w:nsid w:val="6BB9E887"/>
    <w:multiLevelType w:val="hybridMultilevel"/>
    <w:tmpl w:val="FA588CEC"/>
    <w:lvl w:ilvl="0" w:tplc="E4F88FB6">
      <w:start w:val="1"/>
      <w:numFmt w:val="bullet"/>
      <w:lvlText w:val=""/>
      <w:lvlJc w:val="left"/>
      <w:pPr>
        <w:ind w:left="720" w:hanging="360"/>
      </w:pPr>
      <w:rPr>
        <w:rFonts w:ascii="Symbol" w:hAnsi="Symbol" w:hint="default"/>
      </w:rPr>
    </w:lvl>
    <w:lvl w:ilvl="1" w:tplc="DEF02CB4">
      <w:start w:val="1"/>
      <w:numFmt w:val="bullet"/>
      <w:lvlText w:val="o"/>
      <w:lvlJc w:val="left"/>
      <w:pPr>
        <w:ind w:left="1440" w:hanging="360"/>
      </w:pPr>
      <w:rPr>
        <w:rFonts w:ascii="Courier New" w:hAnsi="Courier New" w:hint="default"/>
      </w:rPr>
    </w:lvl>
    <w:lvl w:ilvl="2" w:tplc="47C01A30">
      <w:start w:val="1"/>
      <w:numFmt w:val="bullet"/>
      <w:lvlText w:val=""/>
      <w:lvlJc w:val="left"/>
      <w:pPr>
        <w:ind w:left="2160" w:hanging="360"/>
      </w:pPr>
      <w:rPr>
        <w:rFonts w:ascii="Wingdings" w:hAnsi="Wingdings" w:hint="default"/>
      </w:rPr>
    </w:lvl>
    <w:lvl w:ilvl="3" w:tplc="17EAD368">
      <w:start w:val="1"/>
      <w:numFmt w:val="bullet"/>
      <w:lvlText w:val=""/>
      <w:lvlJc w:val="left"/>
      <w:pPr>
        <w:ind w:left="2880" w:hanging="360"/>
      </w:pPr>
      <w:rPr>
        <w:rFonts w:ascii="Symbol" w:hAnsi="Symbol" w:hint="default"/>
      </w:rPr>
    </w:lvl>
    <w:lvl w:ilvl="4" w:tplc="B87AC130">
      <w:start w:val="1"/>
      <w:numFmt w:val="bullet"/>
      <w:lvlText w:val="o"/>
      <w:lvlJc w:val="left"/>
      <w:pPr>
        <w:ind w:left="3600" w:hanging="360"/>
      </w:pPr>
      <w:rPr>
        <w:rFonts w:ascii="Courier New" w:hAnsi="Courier New" w:hint="default"/>
      </w:rPr>
    </w:lvl>
    <w:lvl w:ilvl="5" w:tplc="FB0A6104">
      <w:start w:val="1"/>
      <w:numFmt w:val="bullet"/>
      <w:lvlText w:val=""/>
      <w:lvlJc w:val="left"/>
      <w:pPr>
        <w:ind w:left="4320" w:hanging="360"/>
      </w:pPr>
      <w:rPr>
        <w:rFonts w:ascii="Wingdings" w:hAnsi="Wingdings" w:hint="default"/>
      </w:rPr>
    </w:lvl>
    <w:lvl w:ilvl="6" w:tplc="6650A796">
      <w:start w:val="1"/>
      <w:numFmt w:val="bullet"/>
      <w:lvlText w:val=""/>
      <w:lvlJc w:val="left"/>
      <w:pPr>
        <w:ind w:left="5040" w:hanging="360"/>
      </w:pPr>
      <w:rPr>
        <w:rFonts w:ascii="Symbol" w:hAnsi="Symbol" w:hint="default"/>
      </w:rPr>
    </w:lvl>
    <w:lvl w:ilvl="7" w:tplc="C30C2EC4">
      <w:start w:val="1"/>
      <w:numFmt w:val="bullet"/>
      <w:lvlText w:val="o"/>
      <w:lvlJc w:val="left"/>
      <w:pPr>
        <w:ind w:left="5760" w:hanging="360"/>
      </w:pPr>
      <w:rPr>
        <w:rFonts w:ascii="Courier New" w:hAnsi="Courier New" w:hint="default"/>
      </w:rPr>
    </w:lvl>
    <w:lvl w:ilvl="8" w:tplc="89BC95E8">
      <w:start w:val="1"/>
      <w:numFmt w:val="bullet"/>
      <w:lvlText w:val=""/>
      <w:lvlJc w:val="left"/>
      <w:pPr>
        <w:ind w:left="6480" w:hanging="360"/>
      </w:pPr>
      <w:rPr>
        <w:rFonts w:ascii="Wingdings" w:hAnsi="Wingdings" w:hint="default"/>
      </w:rPr>
    </w:lvl>
  </w:abstractNum>
  <w:abstractNum w:abstractNumId="51" w15:restartNumberingAfterBreak="0">
    <w:nsid w:val="708B8EC3"/>
    <w:multiLevelType w:val="hybridMultilevel"/>
    <w:tmpl w:val="FFFFFFFF"/>
    <w:lvl w:ilvl="0" w:tplc="E1E01012">
      <w:start w:val="1"/>
      <w:numFmt w:val="bullet"/>
      <w:lvlText w:val=""/>
      <w:lvlJc w:val="left"/>
      <w:pPr>
        <w:ind w:left="720" w:hanging="360"/>
      </w:pPr>
      <w:rPr>
        <w:rFonts w:ascii="Symbol" w:hAnsi="Symbol" w:hint="default"/>
      </w:rPr>
    </w:lvl>
    <w:lvl w:ilvl="1" w:tplc="E8E89DE6">
      <w:start w:val="1"/>
      <w:numFmt w:val="bullet"/>
      <w:lvlText w:val="o"/>
      <w:lvlJc w:val="left"/>
      <w:pPr>
        <w:ind w:left="1440" w:hanging="360"/>
      </w:pPr>
      <w:rPr>
        <w:rFonts w:ascii="Courier New" w:hAnsi="Courier New" w:hint="default"/>
      </w:rPr>
    </w:lvl>
    <w:lvl w:ilvl="2" w:tplc="31CA67D8">
      <w:start w:val="1"/>
      <w:numFmt w:val="bullet"/>
      <w:lvlText w:val=""/>
      <w:lvlJc w:val="left"/>
      <w:pPr>
        <w:ind w:left="2160" w:hanging="360"/>
      </w:pPr>
      <w:rPr>
        <w:rFonts w:ascii="Wingdings" w:hAnsi="Wingdings" w:hint="default"/>
      </w:rPr>
    </w:lvl>
    <w:lvl w:ilvl="3" w:tplc="25904DAC">
      <w:start w:val="1"/>
      <w:numFmt w:val="bullet"/>
      <w:lvlText w:val=""/>
      <w:lvlJc w:val="left"/>
      <w:pPr>
        <w:ind w:left="2880" w:hanging="360"/>
      </w:pPr>
      <w:rPr>
        <w:rFonts w:ascii="Symbol" w:hAnsi="Symbol" w:hint="default"/>
      </w:rPr>
    </w:lvl>
    <w:lvl w:ilvl="4" w:tplc="171AA340">
      <w:start w:val="1"/>
      <w:numFmt w:val="bullet"/>
      <w:lvlText w:val="o"/>
      <w:lvlJc w:val="left"/>
      <w:pPr>
        <w:ind w:left="3600" w:hanging="360"/>
      </w:pPr>
      <w:rPr>
        <w:rFonts w:ascii="Courier New" w:hAnsi="Courier New" w:hint="default"/>
      </w:rPr>
    </w:lvl>
    <w:lvl w:ilvl="5" w:tplc="7E1EBC78">
      <w:start w:val="1"/>
      <w:numFmt w:val="bullet"/>
      <w:lvlText w:val=""/>
      <w:lvlJc w:val="left"/>
      <w:pPr>
        <w:ind w:left="4320" w:hanging="360"/>
      </w:pPr>
      <w:rPr>
        <w:rFonts w:ascii="Wingdings" w:hAnsi="Wingdings" w:hint="default"/>
      </w:rPr>
    </w:lvl>
    <w:lvl w:ilvl="6" w:tplc="CC7C2A40">
      <w:start w:val="1"/>
      <w:numFmt w:val="bullet"/>
      <w:lvlText w:val=""/>
      <w:lvlJc w:val="left"/>
      <w:pPr>
        <w:ind w:left="5040" w:hanging="360"/>
      </w:pPr>
      <w:rPr>
        <w:rFonts w:ascii="Symbol" w:hAnsi="Symbol" w:hint="default"/>
      </w:rPr>
    </w:lvl>
    <w:lvl w:ilvl="7" w:tplc="3126FA3C">
      <w:start w:val="1"/>
      <w:numFmt w:val="bullet"/>
      <w:lvlText w:val="o"/>
      <w:lvlJc w:val="left"/>
      <w:pPr>
        <w:ind w:left="5760" w:hanging="360"/>
      </w:pPr>
      <w:rPr>
        <w:rFonts w:ascii="Courier New" w:hAnsi="Courier New" w:hint="default"/>
      </w:rPr>
    </w:lvl>
    <w:lvl w:ilvl="8" w:tplc="5DEED1D6">
      <w:start w:val="1"/>
      <w:numFmt w:val="bullet"/>
      <w:lvlText w:val=""/>
      <w:lvlJc w:val="left"/>
      <w:pPr>
        <w:ind w:left="6480" w:hanging="360"/>
      </w:pPr>
      <w:rPr>
        <w:rFonts w:ascii="Wingdings" w:hAnsi="Wingdings" w:hint="default"/>
      </w:rPr>
    </w:lvl>
  </w:abstractNum>
  <w:abstractNum w:abstractNumId="52" w15:restartNumberingAfterBreak="0">
    <w:nsid w:val="717D062B"/>
    <w:multiLevelType w:val="multilevel"/>
    <w:tmpl w:val="C1741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274329B"/>
    <w:multiLevelType w:val="hybridMultilevel"/>
    <w:tmpl w:val="43E044CC"/>
    <w:lvl w:ilvl="0" w:tplc="953EE806">
      <w:start w:val="1"/>
      <w:numFmt w:val="bullet"/>
      <w:lvlText w:val=""/>
      <w:lvlJc w:val="left"/>
      <w:pPr>
        <w:ind w:left="720" w:hanging="360"/>
      </w:pPr>
      <w:rPr>
        <w:rFonts w:ascii="Symbol" w:hAnsi="Symbol" w:hint="default"/>
      </w:rPr>
    </w:lvl>
    <w:lvl w:ilvl="1" w:tplc="AC667B66">
      <w:start w:val="1"/>
      <w:numFmt w:val="bullet"/>
      <w:lvlText w:val="o"/>
      <w:lvlJc w:val="left"/>
      <w:pPr>
        <w:ind w:left="1440" w:hanging="360"/>
      </w:pPr>
      <w:rPr>
        <w:rFonts w:ascii="Courier New" w:hAnsi="Courier New" w:hint="default"/>
      </w:rPr>
    </w:lvl>
    <w:lvl w:ilvl="2" w:tplc="6CB6178A">
      <w:start w:val="1"/>
      <w:numFmt w:val="bullet"/>
      <w:lvlText w:val=""/>
      <w:lvlJc w:val="left"/>
      <w:pPr>
        <w:ind w:left="2160" w:hanging="360"/>
      </w:pPr>
      <w:rPr>
        <w:rFonts w:ascii="Wingdings" w:hAnsi="Wingdings" w:hint="default"/>
      </w:rPr>
    </w:lvl>
    <w:lvl w:ilvl="3" w:tplc="562C6A4A">
      <w:start w:val="1"/>
      <w:numFmt w:val="bullet"/>
      <w:lvlText w:val=""/>
      <w:lvlJc w:val="left"/>
      <w:pPr>
        <w:ind w:left="2880" w:hanging="360"/>
      </w:pPr>
      <w:rPr>
        <w:rFonts w:ascii="Symbol" w:hAnsi="Symbol" w:hint="default"/>
      </w:rPr>
    </w:lvl>
    <w:lvl w:ilvl="4" w:tplc="FCBC50C2">
      <w:start w:val="1"/>
      <w:numFmt w:val="bullet"/>
      <w:lvlText w:val="o"/>
      <w:lvlJc w:val="left"/>
      <w:pPr>
        <w:ind w:left="3600" w:hanging="360"/>
      </w:pPr>
      <w:rPr>
        <w:rFonts w:ascii="Courier New" w:hAnsi="Courier New" w:hint="default"/>
      </w:rPr>
    </w:lvl>
    <w:lvl w:ilvl="5" w:tplc="732AA706">
      <w:start w:val="1"/>
      <w:numFmt w:val="bullet"/>
      <w:lvlText w:val=""/>
      <w:lvlJc w:val="left"/>
      <w:pPr>
        <w:ind w:left="4320" w:hanging="360"/>
      </w:pPr>
      <w:rPr>
        <w:rFonts w:ascii="Wingdings" w:hAnsi="Wingdings" w:hint="default"/>
      </w:rPr>
    </w:lvl>
    <w:lvl w:ilvl="6" w:tplc="0DF4BA40">
      <w:start w:val="1"/>
      <w:numFmt w:val="bullet"/>
      <w:lvlText w:val=""/>
      <w:lvlJc w:val="left"/>
      <w:pPr>
        <w:ind w:left="5040" w:hanging="360"/>
      </w:pPr>
      <w:rPr>
        <w:rFonts w:ascii="Symbol" w:hAnsi="Symbol" w:hint="default"/>
      </w:rPr>
    </w:lvl>
    <w:lvl w:ilvl="7" w:tplc="E13AF794">
      <w:start w:val="1"/>
      <w:numFmt w:val="bullet"/>
      <w:lvlText w:val="o"/>
      <w:lvlJc w:val="left"/>
      <w:pPr>
        <w:ind w:left="5760" w:hanging="360"/>
      </w:pPr>
      <w:rPr>
        <w:rFonts w:ascii="Courier New" w:hAnsi="Courier New" w:hint="default"/>
      </w:rPr>
    </w:lvl>
    <w:lvl w:ilvl="8" w:tplc="81DC4748">
      <w:start w:val="1"/>
      <w:numFmt w:val="bullet"/>
      <w:lvlText w:val=""/>
      <w:lvlJc w:val="left"/>
      <w:pPr>
        <w:ind w:left="6480" w:hanging="360"/>
      </w:pPr>
      <w:rPr>
        <w:rFonts w:ascii="Wingdings" w:hAnsi="Wingdings" w:hint="default"/>
      </w:rPr>
    </w:lvl>
  </w:abstractNum>
  <w:abstractNum w:abstractNumId="54" w15:restartNumberingAfterBreak="0">
    <w:nsid w:val="74EC5CCB"/>
    <w:multiLevelType w:val="multilevel"/>
    <w:tmpl w:val="28FEE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75D54A81"/>
    <w:multiLevelType w:val="hybridMultilevel"/>
    <w:tmpl w:val="07B27B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67F44E5"/>
    <w:multiLevelType w:val="hybridMultilevel"/>
    <w:tmpl w:val="5F780326"/>
    <w:lvl w:ilvl="0" w:tplc="17A6A04C">
      <w:start w:val="1"/>
      <w:numFmt w:val="bullet"/>
      <w:lvlText w:val=""/>
      <w:lvlJc w:val="left"/>
      <w:pPr>
        <w:ind w:left="720" w:hanging="360"/>
      </w:pPr>
      <w:rPr>
        <w:rFonts w:ascii="Symbol" w:hAnsi="Symbol" w:hint="default"/>
      </w:rPr>
    </w:lvl>
    <w:lvl w:ilvl="1" w:tplc="030AE660">
      <w:start w:val="1"/>
      <w:numFmt w:val="bullet"/>
      <w:lvlText w:val="o"/>
      <w:lvlJc w:val="left"/>
      <w:pPr>
        <w:ind w:left="1440" w:hanging="360"/>
      </w:pPr>
      <w:rPr>
        <w:rFonts w:ascii="Courier New" w:hAnsi="Courier New" w:hint="default"/>
      </w:rPr>
    </w:lvl>
    <w:lvl w:ilvl="2" w:tplc="9C726148">
      <w:start w:val="1"/>
      <w:numFmt w:val="bullet"/>
      <w:lvlText w:val=""/>
      <w:lvlJc w:val="left"/>
      <w:pPr>
        <w:ind w:left="2160" w:hanging="360"/>
      </w:pPr>
      <w:rPr>
        <w:rFonts w:ascii="Wingdings" w:hAnsi="Wingdings" w:hint="default"/>
      </w:rPr>
    </w:lvl>
    <w:lvl w:ilvl="3" w:tplc="60CE316E">
      <w:start w:val="1"/>
      <w:numFmt w:val="bullet"/>
      <w:lvlText w:val=""/>
      <w:lvlJc w:val="left"/>
      <w:pPr>
        <w:ind w:left="2880" w:hanging="360"/>
      </w:pPr>
      <w:rPr>
        <w:rFonts w:ascii="Symbol" w:hAnsi="Symbol" w:hint="default"/>
      </w:rPr>
    </w:lvl>
    <w:lvl w:ilvl="4" w:tplc="D35053D2">
      <w:start w:val="1"/>
      <w:numFmt w:val="bullet"/>
      <w:lvlText w:val="o"/>
      <w:lvlJc w:val="left"/>
      <w:pPr>
        <w:ind w:left="3600" w:hanging="360"/>
      </w:pPr>
      <w:rPr>
        <w:rFonts w:ascii="Courier New" w:hAnsi="Courier New" w:hint="default"/>
      </w:rPr>
    </w:lvl>
    <w:lvl w:ilvl="5" w:tplc="04C670B8">
      <w:start w:val="1"/>
      <w:numFmt w:val="bullet"/>
      <w:lvlText w:val=""/>
      <w:lvlJc w:val="left"/>
      <w:pPr>
        <w:ind w:left="4320" w:hanging="360"/>
      </w:pPr>
      <w:rPr>
        <w:rFonts w:ascii="Wingdings" w:hAnsi="Wingdings" w:hint="default"/>
      </w:rPr>
    </w:lvl>
    <w:lvl w:ilvl="6" w:tplc="9D72CAC8">
      <w:start w:val="1"/>
      <w:numFmt w:val="bullet"/>
      <w:lvlText w:val=""/>
      <w:lvlJc w:val="left"/>
      <w:pPr>
        <w:ind w:left="5040" w:hanging="360"/>
      </w:pPr>
      <w:rPr>
        <w:rFonts w:ascii="Symbol" w:hAnsi="Symbol" w:hint="default"/>
      </w:rPr>
    </w:lvl>
    <w:lvl w:ilvl="7" w:tplc="08FADB36">
      <w:start w:val="1"/>
      <w:numFmt w:val="bullet"/>
      <w:lvlText w:val="o"/>
      <w:lvlJc w:val="left"/>
      <w:pPr>
        <w:ind w:left="5760" w:hanging="360"/>
      </w:pPr>
      <w:rPr>
        <w:rFonts w:ascii="Courier New" w:hAnsi="Courier New" w:hint="default"/>
      </w:rPr>
    </w:lvl>
    <w:lvl w:ilvl="8" w:tplc="5C80108A">
      <w:start w:val="1"/>
      <w:numFmt w:val="bullet"/>
      <w:lvlText w:val=""/>
      <w:lvlJc w:val="left"/>
      <w:pPr>
        <w:ind w:left="6480" w:hanging="360"/>
      </w:pPr>
      <w:rPr>
        <w:rFonts w:ascii="Wingdings" w:hAnsi="Wingdings" w:hint="default"/>
      </w:rPr>
    </w:lvl>
  </w:abstractNum>
  <w:abstractNum w:abstractNumId="57" w15:restartNumberingAfterBreak="0">
    <w:nsid w:val="7C6171FF"/>
    <w:multiLevelType w:val="hybridMultilevel"/>
    <w:tmpl w:val="42A89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EAFDFBB"/>
    <w:multiLevelType w:val="hybridMultilevel"/>
    <w:tmpl w:val="FFFFFFFF"/>
    <w:lvl w:ilvl="0" w:tplc="3906EFD0">
      <w:start w:val="1"/>
      <w:numFmt w:val="bullet"/>
      <w:lvlText w:val=""/>
      <w:lvlJc w:val="left"/>
      <w:pPr>
        <w:ind w:left="720" w:hanging="360"/>
      </w:pPr>
      <w:rPr>
        <w:rFonts w:ascii="Symbol" w:hAnsi="Symbol" w:hint="default"/>
      </w:rPr>
    </w:lvl>
    <w:lvl w:ilvl="1" w:tplc="9B34B8D0">
      <w:start w:val="1"/>
      <w:numFmt w:val="bullet"/>
      <w:lvlText w:val="o"/>
      <w:lvlJc w:val="left"/>
      <w:pPr>
        <w:ind w:left="1440" w:hanging="360"/>
      </w:pPr>
      <w:rPr>
        <w:rFonts w:ascii="Courier New" w:hAnsi="Courier New" w:hint="default"/>
      </w:rPr>
    </w:lvl>
    <w:lvl w:ilvl="2" w:tplc="A83A5E24">
      <w:start w:val="1"/>
      <w:numFmt w:val="bullet"/>
      <w:lvlText w:val=""/>
      <w:lvlJc w:val="left"/>
      <w:pPr>
        <w:ind w:left="2160" w:hanging="360"/>
      </w:pPr>
      <w:rPr>
        <w:rFonts w:ascii="Wingdings" w:hAnsi="Wingdings" w:hint="default"/>
      </w:rPr>
    </w:lvl>
    <w:lvl w:ilvl="3" w:tplc="E424E53A">
      <w:start w:val="1"/>
      <w:numFmt w:val="bullet"/>
      <w:lvlText w:val=""/>
      <w:lvlJc w:val="left"/>
      <w:pPr>
        <w:ind w:left="2880" w:hanging="360"/>
      </w:pPr>
      <w:rPr>
        <w:rFonts w:ascii="Symbol" w:hAnsi="Symbol" w:hint="default"/>
      </w:rPr>
    </w:lvl>
    <w:lvl w:ilvl="4" w:tplc="8B7ECEDA">
      <w:start w:val="1"/>
      <w:numFmt w:val="bullet"/>
      <w:lvlText w:val="o"/>
      <w:lvlJc w:val="left"/>
      <w:pPr>
        <w:ind w:left="3600" w:hanging="360"/>
      </w:pPr>
      <w:rPr>
        <w:rFonts w:ascii="Courier New" w:hAnsi="Courier New" w:hint="default"/>
      </w:rPr>
    </w:lvl>
    <w:lvl w:ilvl="5" w:tplc="FF2CF686">
      <w:start w:val="1"/>
      <w:numFmt w:val="bullet"/>
      <w:lvlText w:val=""/>
      <w:lvlJc w:val="left"/>
      <w:pPr>
        <w:ind w:left="4320" w:hanging="360"/>
      </w:pPr>
      <w:rPr>
        <w:rFonts w:ascii="Wingdings" w:hAnsi="Wingdings" w:hint="default"/>
      </w:rPr>
    </w:lvl>
    <w:lvl w:ilvl="6" w:tplc="21EEE822">
      <w:start w:val="1"/>
      <w:numFmt w:val="bullet"/>
      <w:lvlText w:val=""/>
      <w:lvlJc w:val="left"/>
      <w:pPr>
        <w:ind w:left="5040" w:hanging="360"/>
      </w:pPr>
      <w:rPr>
        <w:rFonts w:ascii="Symbol" w:hAnsi="Symbol" w:hint="default"/>
      </w:rPr>
    </w:lvl>
    <w:lvl w:ilvl="7" w:tplc="EC0E8AF4">
      <w:start w:val="1"/>
      <w:numFmt w:val="bullet"/>
      <w:lvlText w:val="o"/>
      <w:lvlJc w:val="left"/>
      <w:pPr>
        <w:ind w:left="5760" w:hanging="360"/>
      </w:pPr>
      <w:rPr>
        <w:rFonts w:ascii="Courier New" w:hAnsi="Courier New" w:hint="default"/>
      </w:rPr>
    </w:lvl>
    <w:lvl w:ilvl="8" w:tplc="2C7AD38E">
      <w:start w:val="1"/>
      <w:numFmt w:val="bullet"/>
      <w:lvlText w:val=""/>
      <w:lvlJc w:val="left"/>
      <w:pPr>
        <w:ind w:left="6480" w:hanging="360"/>
      </w:pPr>
      <w:rPr>
        <w:rFonts w:ascii="Wingdings" w:hAnsi="Wingdings" w:hint="default"/>
      </w:rPr>
    </w:lvl>
  </w:abstractNum>
  <w:abstractNum w:abstractNumId="59" w15:restartNumberingAfterBreak="0">
    <w:nsid w:val="7FA1190C"/>
    <w:multiLevelType w:val="multilevel"/>
    <w:tmpl w:val="4E522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0802887">
    <w:abstractNumId w:val="27"/>
  </w:num>
  <w:num w:numId="2" w16cid:durableId="898978664">
    <w:abstractNumId w:val="17"/>
  </w:num>
  <w:num w:numId="3" w16cid:durableId="1194148892">
    <w:abstractNumId w:val="56"/>
  </w:num>
  <w:num w:numId="4" w16cid:durableId="1452431907">
    <w:abstractNumId w:val="28"/>
  </w:num>
  <w:num w:numId="5" w16cid:durableId="41712438">
    <w:abstractNumId w:val="32"/>
  </w:num>
  <w:num w:numId="6" w16cid:durableId="332492370">
    <w:abstractNumId w:val="49"/>
  </w:num>
  <w:num w:numId="7" w16cid:durableId="448352021">
    <w:abstractNumId w:val="43"/>
  </w:num>
  <w:num w:numId="8" w16cid:durableId="255747550">
    <w:abstractNumId w:val="8"/>
  </w:num>
  <w:num w:numId="9" w16cid:durableId="219948214">
    <w:abstractNumId w:val="47"/>
  </w:num>
  <w:num w:numId="10" w16cid:durableId="589659054">
    <w:abstractNumId w:val="31"/>
  </w:num>
  <w:num w:numId="11" w16cid:durableId="385763979">
    <w:abstractNumId w:val="42"/>
  </w:num>
  <w:num w:numId="12" w16cid:durableId="1255673335">
    <w:abstractNumId w:val="51"/>
  </w:num>
  <w:num w:numId="13" w16cid:durableId="705376817">
    <w:abstractNumId w:val="7"/>
  </w:num>
  <w:num w:numId="14" w16cid:durableId="1950384102">
    <w:abstractNumId w:val="58"/>
  </w:num>
  <w:num w:numId="15" w16cid:durableId="89203190">
    <w:abstractNumId w:val="14"/>
  </w:num>
  <w:num w:numId="16" w16cid:durableId="1355032114">
    <w:abstractNumId w:val="22"/>
  </w:num>
  <w:num w:numId="17" w16cid:durableId="1916159619">
    <w:abstractNumId w:val="53"/>
  </w:num>
  <w:num w:numId="18" w16cid:durableId="1037387275">
    <w:abstractNumId w:val="4"/>
  </w:num>
  <w:num w:numId="19" w16cid:durableId="1121922442">
    <w:abstractNumId w:val="5"/>
  </w:num>
  <w:num w:numId="20" w16cid:durableId="1161966870">
    <w:abstractNumId w:val="6"/>
  </w:num>
  <w:num w:numId="21" w16cid:durableId="1590045301">
    <w:abstractNumId w:val="11"/>
  </w:num>
  <w:num w:numId="22" w16cid:durableId="1737438607">
    <w:abstractNumId w:val="54"/>
  </w:num>
  <w:num w:numId="23" w16cid:durableId="1780753143">
    <w:abstractNumId w:val="0"/>
  </w:num>
  <w:num w:numId="24" w16cid:durableId="2102555798">
    <w:abstractNumId w:val="38"/>
  </w:num>
  <w:num w:numId="25" w16cid:durableId="446196545">
    <w:abstractNumId w:val="2"/>
  </w:num>
  <w:num w:numId="26" w16cid:durableId="448473978">
    <w:abstractNumId w:val="1"/>
  </w:num>
  <w:num w:numId="27" w16cid:durableId="91559763">
    <w:abstractNumId w:val="50"/>
  </w:num>
  <w:num w:numId="28" w16cid:durableId="982855311">
    <w:abstractNumId w:val="3"/>
  </w:num>
  <w:num w:numId="29" w16cid:durableId="282080898">
    <w:abstractNumId w:val="45"/>
  </w:num>
  <w:num w:numId="30" w16cid:durableId="299582581">
    <w:abstractNumId w:val="19"/>
  </w:num>
  <w:num w:numId="31" w16cid:durableId="188110596">
    <w:abstractNumId w:val="10"/>
  </w:num>
  <w:num w:numId="32" w16cid:durableId="1340351601">
    <w:abstractNumId w:val="24"/>
  </w:num>
  <w:num w:numId="33" w16cid:durableId="2079134660">
    <w:abstractNumId w:val="55"/>
  </w:num>
  <w:num w:numId="34" w16cid:durableId="1760175453">
    <w:abstractNumId w:val="13"/>
  </w:num>
  <w:num w:numId="35" w16cid:durableId="1943033041">
    <w:abstractNumId w:val="21"/>
  </w:num>
  <w:num w:numId="36" w16cid:durableId="1531725635">
    <w:abstractNumId w:val="59"/>
  </w:num>
  <w:num w:numId="37" w16cid:durableId="1954751349">
    <w:abstractNumId w:val="9"/>
  </w:num>
  <w:num w:numId="38" w16cid:durableId="1519462622">
    <w:abstractNumId w:val="57"/>
  </w:num>
  <w:num w:numId="39" w16cid:durableId="44835012">
    <w:abstractNumId w:val="18"/>
  </w:num>
  <w:num w:numId="40" w16cid:durableId="2102218356">
    <w:abstractNumId w:val="12"/>
  </w:num>
  <w:num w:numId="41" w16cid:durableId="310595307">
    <w:abstractNumId w:val="16"/>
  </w:num>
  <w:num w:numId="42" w16cid:durableId="259265090">
    <w:abstractNumId w:val="24"/>
    <w:lvlOverride w:ilvl="0">
      <w:startOverride w:val="2"/>
    </w:lvlOverride>
    <w:lvlOverride w:ilvl="1">
      <w:startOverride w:val="7"/>
    </w:lvlOverride>
  </w:num>
  <w:num w:numId="43" w16cid:durableId="228155931">
    <w:abstractNumId w:val="20"/>
  </w:num>
  <w:num w:numId="44" w16cid:durableId="1760367228">
    <w:abstractNumId w:val="48"/>
  </w:num>
  <w:num w:numId="45" w16cid:durableId="1114591032">
    <w:abstractNumId w:val="25"/>
  </w:num>
  <w:num w:numId="46" w16cid:durableId="1329793225">
    <w:abstractNumId w:val="40"/>
  </w:num>
  <w:num w:numId="47" w16cid:durableId="1752501857">
    <w:abstractNumId w:val="33"/>
  </w:num>
  <w:num w:numId="48" w16cid:durableId="226957669">
    <w:abstractNumId w:val="37"/>
  </w:num>
  <w:num w:numId="49" w16cid:durableId="1904217252">
    <w:abstractNumId w:val="52"/>
  </w:num>
  <w:num w:numId="50" w16cid:durableId="1129737124">
    <w:abstractNumId w:val="15"/>
  </w:num>
  <w:num w:numId="51" w16cid:durableId="1056124650">
    <w:abstractNumId w:val="44"/>
  </w:num>
  <w:num w:numId="52" w16cid:durableId="534781775">
    <w:abstractNumId w:val="34"/>
  </w:num>
  <w:num w:numId="53" w16cid:durableId="1094087495">
    <w:abstractNumId w:val="39"/>
  </w:num>
  <w:num w:numId="54" w16cid:durableId="1800755851">
    <w:abstractNumId w:val="41"/>
  </w:num>
  <w:num w:numId="55" w16cid:durableId="1837762577">
    <w:abstractNumId w:val="26"/>
  </w:num>
  <w:num w:numId="56" w16cid:durableId="185368570">
    <w:abstractNumId w:val="46"/>
  </w:num>
  <w:num w:numId="57" w16cid:durableId="229733894">
    <w:abstractNumId w:val="36"/>
  </w:num>
  <w:num w:numId="58" w16cid:durableId="1605653066">
    <w:abstractNumId w:val="29"/>
  </w:num>
  <w:num w:numId="59" w16cid:durableId="1109660720">
    <w:abstractNumId w:val="23"/>
  </w:num>
  <w:num w:numId="60" w16cid:durableId="1618215880">
    <w:abstractNumId w:val="35"/>
  </w:num>
  <w:num w:numId="61" w16cid:durableId="1921714901">
    <w:abstractNumId w:val="3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05B4"/>
    <w:rsid w:val="000011E4"/>
    <w:rsid w:val="00001FBC"/>
    <w:rsid w:val="0000232E"/>
    <w:rsid w:val="00002507"/>
    <w:rsid w:val="00002A82"/>
    <w:rsid w:val="00003123"/>
    <w:rsid w:val="00003342"/>
    <w:rsid w:val="00003365"/>
    <w:rsid w:val="00003876"/>
    <w:rsid w:val="00003FEA"/>
    <w:rsid w:val="00005140"/>
    <w:rsid w:val="00005D95"/>
    <w:rsid w:val="00005F32"/>
    <w:rsid w:val="00005FED"/>
    <w:rsid w:val="0000607A"/>
    <w:rsid w:val="000064CD"/>
    <w:rsid w:val="00006666"/>
    <w:rsid w:val="00006B6F"/>
    <w:rsid w:val="00007726"/>
    <w:rsid w:val="00007E3C"/>
    <w:rsid w:val="000106A0"/>
    <w:rsid w:val="00010F74"/>
    <w:rsid w:val="00011DA2"/>
    <w:rsid w:val="00012286"/>
    <w:rsid w:val="00012311"/>
    <w:rsid w:val="00012444"/>
    <w:rsid w:val="0001267D"/>
    <w:rsid w:val="00012BC1"/>
    <w:rsid w:val="000133FE"/>
    <w:rsid w:val="00013448"/>
    <w:rsid w:val="000143FB"/>
    <w:rsid w:val="0001442C"/>
    <w:rsid w:val="00014444"/>
    <w:rsid w:val="0001630A"/>
    <w:rsid w:val="00016E5C"/>
    <w:rsid w:val="00016F50"/>
    <w:rsid w:val="0001791E"/>
    <w:rsid w:val="00017B52"/>
    <w:rsid w:val="00020098"/>
    <w:rsid w:val="000202DF"/>
    <w:rsid w:val="00020B9F"/>
    <w:rsid w:val="00021C60"/>
    <w:rsid w:val="00021D86"/>
    <w:rsid w:val="00022096"/>
    <w:rsid w:val="000223CA"/>
    <w:rsid w:val="00022A8D"/>
    <w:rsid w:val="00023933"/>
    <w:rsid w:val="000244AC"/>
    <w:rsid w:val="000245AE"/>
    <w:rsid w:val="000248CF"/>
    <w:rsid w:val="000249E6"/>
    <w:rsid w:val="00024BB7"/>
    <w:rsid w:val="00025202"/>
    <w:rsid w:val="000256FD"/>
    <w:rsid w:val="00025DB4"/>
    <w:rsid w:val="00025FF9"/>
    <w:rsid w:val="00026AD9"/>
    <w:rsid w:val="0002769D"/>
    <w:rsid w:val="00027914"/>
    <w:rsid w:val="00027F57"/>
    <w:rsid w:val="00030393"/>
    <w:rsid w:val="0003117B"/>
    <w:rsid w:val="00031364"/>
    <w:rsid w:val="0003257F"/>
    <w:rsid w:val="000326B7"/>
    <w:rsid w:val="00032A6F"/>
    <w:rsid w:val="00032B87"/>
    <w:rsid w:val="00032E50"/>
    <w:rsid w:val="000332E7"/>
    <w:rsid w:val="00033605"/>
    <w:rsid w:val="00033E0F"/>
    <w:rsid w:val="00034616"/>
    <w:rsid w:val="00034735"/>
    <w:rsid w:val="000347B8"/>
    <w:rsid w:val="00034FDD"/>
    <w:rsid w:val="000352CE"/>
    <w:rsid w:val="00035781"/>
    <w:rsid w:val="00035BDD"/>
    <w:rsid w:val="00035FCC"/>
    <w:rsid w:val="00036A45"/>
    <w:rsid w:val="00036FB8"/>
    <w:rsid w:val="0003709E"/>
    <w:rsid w:val="00037565"/>
    <w:rsid w:val="00037626"/>
    <w:rsid w:val="000377D7"/>
    <w:rsid w:val="00037AF6"/>
    <w:rsid w:val="00037D0C"/>
    <w:rsid w:val="00037E4B"/>
    <w:rsid w:val="00037E6C"/>
    <w:rsid w:val="000405B9"/>
    <w:rsid w:val="00040A34"/>
    <w:rsid w:val="000413F2"/>
    <w:rsid w:val="00041F4D"/>
    <w:rsid w:val="000420A1"/>
    <w:rsid w:val="000422C4"/>
    <w:rsid w:val="000428A2"/>
    <w:rsid w:val="00043122"/>
    <w:rsid w:val="00043758"/>
    <w:rsid w:val="0004383A"/>
    <w:rsid w:val="00043B5A"/>
    <w:rsid w:val="00043E65"/>
    <w:rsid w:val="0004568E"/>
    <w:rsid w:val="000457B0"/>
    <w:rsid w:val="000462B7"/>
    <w:rsid w:val="00046493"/>
    <w:rsid w:val="00046564"/>
    <w:rsid w:val="000465B8"/>
    <w:rsid w:val="000468B6"/>
    <w:rsid w:val="00047168"/>
    <w:rsid w:val="00047629"/>
    <w:rsid w:val="00050A1A"/>
    <w:rsid w:val="00050E65"/>
    <w:rsid w:val="000514D0"/>
    <w:rsid w:val="00051DF5"/>
    <w:rsid w:val="00051EC8"/>
    <w:rsid w:val="00051F5B"/>
    <w:rsid w:val="0005250D"/>
    <w:rsid w:val="00052A38"/>
    <w:rsid w:val="00052A48"/>
    <w:rsid w:val="00052C1A"/>
    <w:rsid w:val="0005302C"/>
    <w:rsid w:val="000531BB"/>
    <w:rsid w:val="000534D0"/>
    <w:rsid w:val="00053DCE"/>
    <w:rsid w:val="00053ECC"/>
    <w:rsid w:val="0005433F"/>
    <w:rsid w:val="00055062"/>
    <w:rsid w:val="00055EB4"/>
    <w:rsid w:val="0005672E"/>
    <w:rsid w:val="0005673C"/>
    <w:rsid w:val="00057080"/>
    <w:rsid w:val="00057324"/>
    <w:rsid w:val="00057546"/>
    <w:rsid w:val="000576E3"/>
    <w:rsid w:val="00057C04"/>
    <w:rsid w:val="000604FB"/>
    <w:rsid w:val="0006063C"/>
    <w:rsid w:val="00060B5C"/>
    <w:rsid w:val="00060C66"/>
    <w:rsid w:val="000613B0"/>
    <w:rsid w:val="00061452"/>
    <w:rsid w:val="00061FB9"/>
    <w:rsid w:val="00062B6B"/>
    <w:rsid w:val="00062DF4"/>
    <w:rsid w:val="00063AAD"/>
    <w:rsid w:val="0006405F"/>
    <w:rsid w:val="00064152"/>
    <w:rsid w:val="00064251"/>
    <w:rsid w:val="00064670"/>
    <w:rsid w:val="000646B9"/>
    <w:rsid w:val="00064794"/>
    <w:rsid w:val="00064D2E"/>
    <w:rsid w:val="00065186"/>
    <w:rsid w:val="0006541D"/>
    <w:rsid w:val="00065C7F"/>
    <w:rsid w:val="00065C87"/>
    <w:rsid w:val="000665E1"/>
    <w:rsid w:val="000665E2"/>
    <w:rsid w:val="0006672A"/>
    <w:rsid w:val="0006687F"/>
    <w:rsid w:val="00066ED1"/>
    <w:rsid w:val="000671EC"/>
    <w:rsid w:val="0006773F"/>
    <w:rsid w:val="00067BCD"/>
    <w:rsid w:val="00070538"/>
    <w:rsid w:val="0007056A"/>
    <w:rsid w:val="0007081E"/>
    <w:rsid w:val="000708BD"/>
    <w:rsid w:val="00070939"/>
    <w:rsid w:val="00070FB0"/>
    <w:rsid w:val="000713FE"/>
    <w:rsid w:val="00071661"/>
    <w:rsid w:val="00071AEE"/>
    <w:rsid w:val="00071CC9"/>
    <w:rsid w:val="000721BE"/>
    <w:rsid w:val="00072419"/>
    <w:rsid w:val="00072549"/>
    <w:rsid w:val="00072911"/>
    <w:rsid w:val="00072D1B"/>
    <w:rsid w:val="00072FB2"/>
    <w:rsid w:val="00073233"/>
    <w:rsid w:val="00073ACF"/>
    <w:rsid w:val="00074BD5"/>
    <w:rsid w:val="00074F15"/>
    <w:rsid w:val="00074FA4"/>
    <w:rsid w:val="00074FC7"/>
    <w:rsid w:val="000750CF"/>
    <w:rsid w:val="000769F1"/>
    <w:rsid w:val="00076A61"/>
    <w:rsid w:val="00076A62"/>
    <w:rsid w:val="00076B65"/>
    <w:rsid w:val="00076CD6"/>
    <w:rsid w:val="000771A1"/>
    <w:rsid w:val="00077257"/>
    <w:rsid w:val="00077A9F"/>
    <w:rsid w:val="00077CC8"/>
    <w:rsid w:val="00077ED3"/>
    <w:rsid w:val="00080EFE"/>
    <w:rsid w:val="00081069"/>
    <w:rsid w:val="0008176A"/>
    <w:rsid w:val="0008192E"/>
    <w:rsid w:val="000819CE"/>
    <w:rsid w:val="00081C4D"/>
    <w:rsid w:val="00082062"/>
    <w:rsid w:val="00082364"/>
    <w:rsid w:val="000827C6"/>
    <w:rsid w:val="000828EA"/>
    <w:rsid w:val="00082C9A"/>
    <w:rsid w:val="00082D31"/>
    <w:rsid w:val="000830AB"/>
    <w:rsid w:val="00083401"/>
    <w:rsid w:val="000839FD"/>
    <w:rsid w:val="00083DC3"/>
    <w:rsid w:val="00083DCD"/>
    <w:rsid w:val="0008409F"/>
    <w:rsid w:val="000844E9"/>
    <w:rsid w:val="00084551"/>
    <w:rsid w:val="00084877"/>
    <w:rsid w:val="000849F0"/>
    <w:rsid w:val="00084F33"/>
    <w:rsid w:val="00084FEA"/>
    <w:rsid w:val="000853E8"/>
    <w:rsid w:val="00085496"/>
    <w:rsid w:val="000854B5"/>
    <w:rsid w:val="00085C9C"/>
    <w:rsid w:val="00085E49"/>
    <w:rsid w:val="00085E76"/>
    <w:rsid w:val="00086399"/>
    <w:rsid w:val="00086513"/>
    <w:rsid w:val="00086801"/>
    <w:rsid w:val="0008688D"/>
    <w:rsid w:val="00086FE4"/>
    <w:rsid w:val="000875F7"/>
    <w:rsid w:val="00087BB7"/>
    <w:rsid w:val="00087E2D"/>
    <w:rsid w:val="00087F5B"/>
    <w:rsid w:val="00089D00"/>
    <w:rsid w:val="000903EC"/>
    <w:rsid w:val="000916C9"/>
    <w:rsid w:val="00091AB4"/>
    <w:rsid w:val="00091F0F"/>
    <w:rsid w:val="00091F1B"/>
    <w:rsid w:val="0009262E"/>
    <w:rsid w:val="00092692"/>
    <w:rsid w:val="0009289B"/>
    <w:rsid w:val="00092CCE"/>
    <w:rsid w:val="00093847"/>
    <w:rsid w:val="00093D27"/>
    <w:rsid w:val="00094861"/>
    <w:rsid w:val="00094B87"/>
    <w:rsid w:val="00094DA4"/>
    <w:rsid w:val="00094DCD"/>
    <w:rsid w:val="000952F2"/>
    <w:rsid w:val="00095381"/>
    <w:rsid w:val="00096061"/>
    <w:rsid w:val="0009616C"/>
    <w:rsid w:val="000965A5"/>
    <w:rsid w:val="000969D0"/>
    <w:rsid w:val="00096D34"/>
    <w:rsid w:val="00096DD9"/>
    <w:rsid w:val="00096E4E"/>
    <w:rsid w:val="000971A6"/>
    <w:rsid w:val="000974B7"/>
    <w:rsid w:val="000A00EE"/>
    <w:rsid w:val="000A0438"/>
    <w:rsid w:val="000A0615"/>
    <w:rsid w:val="000A0A55"/>
    <w:rsid w:val="000A0AD6"/>
    <w:rsid w:val="000A0FDC"/>
    <w:rsid w:val="000A1430"/>
    <w:rsid w:val="000A198E"/>
    <w:rsid w:val="000A1A44"/>
    <w:rsid w:val="000A1A52"/>
    <w:rsid w:val="000A26E3"/>
    <w:rsid w:val="000A27D1"/>
    <w:rsid w:val="000A2E19"/>
    <w:rsid w:val="000A31CE"/>
    <w:rsid w:val="000A3249"/>
    <w:rsid w:val="000A35D9"/>
    <w:rsid w:val="000A3858"/>
    <w:rsid w:val="000A3C16"/>
    <w:rsid w:val="000A3F7D"/>
    <w:rsid w:val="000A4292"/>
    <w:rsid w:val="000A480A"/>
    <w:rsid w:val="000A4CB9"/>
    <w:rsid w:val="000A52F8"/>
    <w:rsid w:val="000A58D8"/>
    <w:rsid w:val="000A5F29"/>
    <w:rsid w:val="000A625D"/>
    <w:rsid w:val="000A767D"/>
    <w:rsid w:val="000A77AE"/>
    <w:rsid w:val="000A797A"/>
    <w:rsid w:val="000A7B4C"/>
    <w:rsid w:val="000B00AD"/>
    <w:rsid w:val="000B0177"/>
    <w:rsid w:val="000B027C"/>
    <w:rsid w:val="000B0531"/>
    <w:rsid w:val="000B0ADF"/>
    <w:rsid w:val="000B0BC4"/>
    <w:rsid w:val="000B17C0"/>
    <w:rsid w:val="000B23FD"/>
    <w:rsid w:val="000B3115"/>
    <w:rsid w:val="000B33BB"/>
    <w:rsid w:val="000B39A6"/>
    <w:rsid w:val="000B3AFC"/>
    <w:rsid w:val="000B404E"/>
    <w:rsid w:val="000B440D"/>
    <w:rsid w:val="000B46C7"/>
    <w:rsid w:val="000B5021"/>
    <w:rsid w:val="000B5FB6"/>
    <w:rsid w:val="000B65AC"/>
    <w:rsid w:val="000B6795"/>
    <w:rsid w:val="000B77FE"/>
    <w:rsid w:val="000B7A8A"/>
    <w:rsid w:val="000C02C9"/>
    <w:rsid w:val="000C0E00"/>
    <w:rsid w:val="000C1399"/>
    <w:rsid w:val="000C1756"/>
    <w:rsid w:val="000C1873"/>
    <w:rsid w:val="000C18B3"/>
    <w:rsid w:val="000C195E"/>
    <w:rsid w:val="000C1A5E"/>
    <w:rsid w:val="000C2DE4"/>
    <w:rsid w:val="000C2F06"/>
    <w:rsid w:val="000C2FF3"/>
    <w:rsid w:val="000C34A1"/>
    <w:rsid w:val="000C448B"/>
    <w:rsid w:val="000C4895"/>
    <w:rsid w:val="000C4A21"/>
    <w:rsid w:val="000C4C74"/>
    <w:rsid w:val="000C4DE2"/>
    <w:rsid w:val="000C50E5"/>
    <w:rsid w:val="000C50EF"/>
    <w:rsid w:val="000C5DB3"/>
    <w:rsid w:val="000C5DD2"/>
    <w:rsid w:val="000C6474"/>
    <w:rsid w:val="000C67B4"/>
    <w:rsid w:val="000C7188"/>
    <w:rsid w:val="000C7291"/>
    <w:rsid w:val="000C765A"/>
    <w:rsid w:val="000C7882"/>
    <w:rsid w:val="000C78F8"/>
    <w:rsid w:val="000C7E17"/>
    <w:rsid w:val="000D004C"/>
    <w:rsid w:val="000D006F"/>
    <w:rsid w:val="000D00DB"/>
    <w:rsid w:val="000D01C7"/>
    <w:rsid w:val="000D0705"/>
    <w:rsid w:val="000D13F0"/>
    <w:rsid w:val="000D1AB3"/>
    <w:rsid w:val="000D2102"/>
    <w:rsid w:val="000D2541"/>
    <w:rsid w:val="000D27E4"/>
    <w:rsid w:val="000D28FD"/>
    <w:rsid w:val="000D2F48"/>
    <w:rsid w:val="000D36E6"/>
    <w:rsid w:val="000D3853"/>
    <w:rsid w:val="000D3F72"/>
    <w:rsid w:val="000D475B"/>
    <w:rsid w:val="000D482A"/>
    <w:rsid w:val="000D4BAF"/>
    <w:rsid w:val="000D4D04"/>
    <w:rsid w:val="000D5046"/>
    <w:rsid w:val="000D5435"/>
    <w:rsid w:val="000D5579"/>
    <w:rsid w:val="000D642A"/>
    <w:rsid w:val="000D69AD"/>
    <w:rsid w:val="000D6E96"/>
    <w:rsid w:val="000D7282"/>
    <w:rsid w:val="000D7B51"/>
    <w:rsid w:val="000D7D74"/>
    <w:rsid w:val="000E011E"/>
    <w:rsid w:val="000E0B83"/>
    <w:rsid w:val="000E0E7E"/>
    <w:rsid w:val="000E1382"/>
    <w:rsid w:val="000E14F5"/>
    <w:rsid w:val="000E1B7A"/>
    <w:rsid w:val="000E1D8B"/>
    <w:rsid w:val="000E1DA9"/>
    <w:rsid w:val="000E1E84"/>
    <w:rsid w:val="000E27AC"/>
    <w:rsid w:val="000E27F9"/>
    <w:rsid w:val="000E28DD"/>
    <w:rsid w:val="000E2B56"/>
    <w:rsid w:val="000E3A2E"/>
    <w:rsid w:val="000E3ACD"/>
    <w:rsid w:val="000E46F6"/>
    <w:rsid w:val="000E4703"/>
    <w:rsid w:val="000E4B47"/>
    <w:rsid w:val="000E4BCE"/>
    <w:rsid w:val="000E4C6F"/>
    <w:rsid w:val="000E56E3"/>
    <w:rsid w:val="000E581A"/>
    <w:rsid w:val="000E586E"/>
    <w:rsid w:val="000E5CE4"/>
    <w:rsid w:val="000E61DE"/>
    <w:rsid w:val="000E67C7"/>
    <w:rsid w:val="000E6D4C"/>
    <w:rsid w:val="000E706C"/>
    <w:rsid w:val="000E73F5"/>
    <w:rsid w:val="000E755C"/>
    <w:rsid w:val="000E7796"/>
    <w:rsid w:val="000E7A10"/>
    <w:rsid w:val="000F0205"/>
    <w:rsid w:val="000F089F"/>
    <w:rsid w:val="000F0B30"/>
    <w:rsid w:val="000F0C17"/>
    <w:rsid w:val="000F100D"/>
    <w:rsid w:val="000F10E4"/>
    <w:rsid w:val="000F1129"/>
    <w:rsid w:val="000F2092"/>
    <w:rsid w:val="000F2098"/>
    <w:rsid w:val="000F2372"/>
    <w:rsid w:val="000F26D2"/>
    <w:rsid w:val="000F287E"/>
    <w:rsid w:val="000F2B02"/>
    <w:rsid w:val="000F3BE4"/>
    <w:rsid w:val="000F3F0B"/>
    <w:rsid w:val="000F42BE"/>
    <w:rsid w:val="000F5A87"/>
    <w:rsid w:val="000F5D32"/>
    <w:rsid w:val="000F5DF7"/>
    <w:rsid w:val="000F5EC3"/>
    <w:rsid w:val="000F5F66"/>
    <w:rsid w:val="000F64E5"/>
    <w:rsid w:val="000F6521"/>
    <w:rsid w:val="000F658E"/>
    <w:rsid w:val="000F6878"/>
    <w:rsid w:val="000F69E2"/>
    <w:rsid w:val="000F6ABB"/>
    <w:rsid w:val="000F729B"/>
    <w:rsid w:val="000F7436"/>
    <w:rsid w:val="000F762D"/>
    <w:rsid w:val="000F7BAC"/>
    <w:rsid w:val="000F7CD2"/>
    <w:rsid w:val="0010074D"/>
    <w:rsid w:val="00101005"/>
    <w:rsid w:val="00101765"/>
    <w:rsid w:val="00101AEF"/>
    <w:rsid w:val="00101C62"/>
    <w:rsid w:val="001023EF"/>
    <w:rsid w:val="00102BF6"/>
    <w:rsid w:val="00102C36"/>
    <w:rsid w:val="0010325A"/>
    <w:rsid w:val="001033E0"/>
    <w:rsid w:val="00103724"/>
    <w:rsid w:val="0010377B"/>
    <w:rsid w:val="00103A20"/>
    <w:rsid w:val="00103BF0"/>
    <w:rsid w:val="001040A1"/>
    <w:rsid w:val="001042B2"/>
    <w:rsid w:val="00104369"/>
    <w:rsid w:val="001043A0"/>
    <w:rsid w:val="00104599"/>
    <w:rsid w:val="001049BD"/>
    <w:rsid w:val="00104DDD"/>
    <w:rsid w:val="001052DB"/>
    <w:rsid w:val="001053C8"/>
    <w:rsid w:val="0010544D"/>
    <w:rsid w:val="001057D9"/>
    <w:rsid w:val="00105C4A"/>
    <w:rsid w:val="00105F4E"/>
    <w:rsid w:val="00106001"/>
    <w:rsid w:val="00106D12"/>
    <w:rsid w:val="00106F99"/>
    <w:rsid w:val="0010753A"/>
    <w:rsid w:val="00107D64"/>
    <w:rsid w:val="001105C3"/>
    <w:rsid w:val="00110C82"/>
    <w:rsid w:val="001112A9"/>
    <w:rsid w:val="00111F01"/>
    <w:rsid w:val="001131D6"/>
    <w:rsid w:val="001137EF"/>
    <w:rsid w:val="001138B7"/>
    <w:rsid w:val="00113DD5"/>
    <w:rsid w:val="00114557"/>
    <w:rsid w:val="001156ED"/>
    <w:rsid w:val="00115DAF"/>
    <w:rsid w:val="00115EB4"/>
    <w:rsid w:val="00116237"/>
    <w:rsid w:val="001162B6"/>
    <w:rsid w:val="00116CCA"/>
    <w:rsid w:val="00117222"/>
    <w:rsid w:val="001174AE"/>
    <w:rsid w:val="00117B35"/>
    <w:rsid w:val="00117D26"/>
    <w:rsid w:val="001201A6"/>
    <w:rsid w:val="0012052D"/>
    <w:rsid w:val="0012061B"/>
    <w:rsid w:val="001210C8"/>
    <w:rsid w:val="00121145"/>
    <w:rsid w:val="00121C8F"/>
    <w:rsid w:val="001220A3"/>
    <w:rsid w:val="0012348B"/>
    <w:rsid w:val="0012378F"/>
    <w:rsid w:val="00124262"/>
    <w:rsid w:val="0012429E"/>
    <w:rsid w:val="00126627"/>
    <w:rsid w:val="00126B39"/>
    <w:rsid w:val="00127145"/>
    <w:rsid w:val="001306E3"/>
    <w:rsid w:val="001307B9"/>
    <w:rsid w:val="001307BC"/>
    <w:rsid w:val="0013081C"/>
    <w:rsid w:val="00130C5F"/>
    <w:rsid w:val="00130EAC"/>
    <w:rsid w:val="0013120C"/>
    <w:rsid w:val="00131331"/>
    <w:rsid w:val="0013157A"/>
    <w:rsid w:val="00131852"/>
    <w:rsid w:val="00131B8F"/>
    <w:rsid w:val="00131D20"/>
    <w:rsid w:val="00132154"/>
    <w:rsid w:val="001331C7"/>
    <w:rsid w:val="001331EB"/>
    <w:rsid w:val="001332BA"/>
    <w:rsid w:val="001332EB"/>
    <w:rsid w:val="0013364E"/>
    <w:rsid w:val="00133C80"/>
    <w:rsid w:val="00133F4C"/>
    <w:rsid w:val="0013430A"/>
    <w:rsid w:val="00134485"/>
    <w:rsid w:val="001348B1"/>
    <w:rsid w:val="001364D7"/>
    <w:rsid w:val="001366B8"/>
    <w:rsid w:val="00136C6F"/>
    <w:rsid w:val="00136E6F"/>
    <w:rsid w:val="00136F7E"/>
    <w:rsid w:val="00136FE2"/>
    <w:rsid w:val="001372D7"/>
    <w:rsid w:val="001378D1"/>
    <w:rsid w:val="00137F94"/>
    <w:rsid w:val="001405C9"/>
    <w:rsid w:val="0014067C"/>
    <w:rsid w:val="00140FCC"/>
    <w:rsid w:val="001415A1"/>
    <w:rsid w:val="00141761"/>
    <w:rsid w:val="00142A87"/>
    <w:rsid w:val="00142BCB"/>
    <w:rsid w:val="00143361"/>
    <w:rsid w:val="00143B39"/>
    <w:rsid w:val="00143C46"/>
    <w:rsid w:val="00143E63"/>
    <w:rsid w:val="00143EC7"/>
    <w:rsid w:val="00143EFF"/>
    <w:rsid w:val="001449D1"/>
    <w:rsid w:val="00145169"/>
    <w:rsid w:val="00145224"/>
    <w:rsid w:val="00145814"/>
    <w:rsid w:val="00145ADA"/>
    <w:rsid w:val="00145BD0"/>
    <w:rsid w:val="00145C7E"/>
    <w:rsid w:val="00145DB5"/>
    <w:rsid w:val="00146180"/>
    <w:rsid w:val="00146AB8"/>
    <w:rsid w:val="00146B7F"/>
    <w:rsid w:val="00146D23"/>
    <w:rsid w:val="0014708B"/>
    <w:rsid w:val="001476FD"/>
    <w:rsid w:val="0014772F"/>
    <w:rsid w:val="00147B02"/>
    <w:rsid w:val="0015030F"/>
    <w:rsid w:val="0015074B"/>
    <w:rsid w:val="00150ADF"/>
    <w:rsid w:val="00150D66"/>
    <w:rsid w:val="00150DE7"/>
    <w:rsid w:val="00150EBD"/>
    <w:rsid w:val="00151017"/>
    <w:rsid w:val="001511A5"/>
    <w:rsid w:val="001511BA"/>
    <w:rsid w:val="00151BE5"/>
    <w:rsid w:val="00151D03"/>
    <w:rsid w:val="00151F64"/>
    <w:rsid w:val="00152AD5"/>
    <w:rsid w:val="00152CFA"/>
    <w:rsid w:val="001534F3"/>
    <w:rsid w:val="001539DE"/>
    <w:rsid w:val="00153AFE"/>
    <w:rsid w:val="00153D03"/>
    <w:rsid w:val="00153E16"/>
    <w:rsid w:val="00154673"/>
    <w:rsid w:val="00155086"/>
    <w:rsid w:val="00155224"/>
    <w:rsid w:val="001554A7"/>
    <w:rsid w:val="001557F8"/>
    <w:rsid w:val="00155A21"/>
    <w:rsid w:val="001564B7"/>
    <w:rsid w:val="001568D0"/>
    <w:rsid w:val="00156EA9"/>
    <w:rsid w:val="0015780B"/>
    <w:rsid w:val="00160407"/>
    <w:rsid w:val="001606A6"/>
    <w:rsid w:val="00160BC0"/>
    <w:rsid w:val="00161004"/>
    <w:rsid w:val="0016196F"/>
    <w:rsid w:val="00161A85"/>
    <w:rsid w:val="00161BAB"/>
    <w:rsid w:val="00161E0C"/>
    <w:rsid w:val="001622F2"/>
    <w:rsid w:val="001623FF"/>
    <w:rsid w:val="001626A0"/>
    <w:rsid w:val="00162BBF"/>
    <w:rsid w:val="00163735"/>
    <w:rsid w:val="001639BA"/>
    <w:rsid w:val="001640D9"/>
    <w:rsid w:val="001645DC"/>
    <w:rsid w:val="001645E4"/>
    <w:rsid w:val="00164DC7"/>
    <w:rsid w:val="001652DA"/>
    <w:rsid w:val="00165361"/>
    <w:rsid w:val="00165E11"/>
    <w:rsid w:val="0016668F"/>
    <w:rsid w:val="0016676D"/>
    <w:rsid w:val="00166D43"/>
    <w:rsid w:val="00167002"/>
    <w:rsid w:val="00167275"/>
    <w:rsid w:val="00167545"/>
    <w:rsid w:val="00167E38"/>
    <w:rsid w:val="001702F2"/>
    <w:rsid w:val="00170319"/>
    <w:rsid w:val="00170353"/>
    <w:rsid w:val="00170941"/>
    <w:rsid w:val="001714FC"/>
    <w:rsid w:val="00171799"/>
    <w:rsid w:val="00171816"/>
    <w:rsid w:val="0017216B"/>
    <w:rsid w:val="00172271"/>
    <w:rsid w:val="001723EA"/>
    <w:rsid w:val="00172944"/>
    <w:rsid w:val="00173B94"/>
    <w:rsid w:val="00174A95"/>
    <w:rsid w:val="00174D2E"/>
    <w:rsid w:val="00175397"/>
    <w:rsid w:val="00175697"/>
    <w:rsid w:val="001756DC"/>
    <w:rsid w:val="00175F84"/>
    <w:rsid w:val="00176519"/>
    <w:rsid w:val="00177BE2"/>
    <w:rsid w:val="0018052E"/>
    <w:rsid w:val="00180530"/>
    <w:rsid w:val="00180A99"/>
    <w:rsid w:val="00180C4A"/>
    <w:rsid w:val="00180EA1"/>
    <w:rsid w:val="00180EDD"/>
    <w:rsid w:val="00181830"/>
    <w:rsid w:val="00181D0C"/>
    <w:rsid w:val="00182375"/>
    <w:rsid w:val="001823C4"/>
    <w:rsid w:val="00182947"/>
    <w:rsid w:val="00182A58"/>
    <w:rsid w:val="00183494"/>
    <w:rsid w:val="0018355F"/>
    <w:rsid w:val="00183779"/>
    <w:rsid w:val="00183B67"/>
    <w:rsid w:val="0018475D"/>
    <w:rsid w:val="00184BCC"/>
    <w:rsid w:val="0018513E"/>
    <w:rsid w:val="00185167"/>
    <w:rsid w:val="00186B92"/>
    <w:rsid w:val="00186EEC"/>
    <w:rsid w:val="001875FB"/>
    <w:rsid w:val="00190739"/>
    <w:rsid w:val="00190BD2"/>
    <w:rsid w:val="00190F22"/>
    <w:rsid w:val="001919CE"/>
    <w:rsid w:val="0019235E"/>
    <w:rsid w:val="0019271D"/>
    <w:rsid w:val="00192E0C"/>
    <w:rsid w:val="0019355A"/>
    <w:rsid w:val="0019384B"/>
    <w:rsid w:val="00193BDA"/>
    <w:rsid w:val="0019409C"/>
    <w:rsid w:val="0019549D"/>
    <w:rsid w:val="001955F1"/>
    <w:rsid w:val="001958E9"/>
    <w:rsid w:val="00195CFC"/>
    <w:rsid w:val="00195D6B"/>
    <w:rsid w:val="00195D7D"/>
    <w:rsid w:val="001961C4"/>
    <w:rsid w:val="001966F3"/>
    <w:rsid w:val="00196C9C"/>
    <w:rsid w:val="00197D40"/>
    <w:rsid w:val="001A03FB"/>
    <w:rsid w:val="001A047F"/>
    <w:rsid w:val="001A0789"/>
    <w:rsid w:val="001A0910"/>
    <w:rsid w:val="001A0A64"/>
    <w:rsid w:val="001A178A"/>
    <w:rsid w:val="001A1CC7"/>
    <w:rsid w:val="001A1DBB"/>
    <w:rsid w:val="001A2A8C"/>
    <w:rsid w:val="001A2C1A"/>
    <w:rsid w:val="001A2E6E"/>
    <w:rsid w:val="001A336E"/>
    <w:rsid w:val="001A33D6"/>
    <w:rsid w:val="001A35DE"/>
    <w:rsid w:val="001A39DA"/>
    <w:rsid w:val="001A3DE8"/>
    <w:rsid w:val="001A40B6"/>
    <w:rsid w:val="001A41DC"/>
    <w:rsid w:val="001A4933"/>
    <w:rsid w:val="001A50D0"/>
    <w:rsid w:val="001A5175"/>
    <w:rsid w:val="001A5B0E"/>
    <w:rsid w:val="001A5CA5"/>
    <w:rsid w:val="001A650D"/>
    <w:rsid w:val="001A6DD7"/>
    <w:rsid w:val="001A76BE"/>
    <w:rsid w:val="001A7862"/>
    <w:rsid w:val="001A7D87"/>
    <w:rsid w:val="001A7E4B"/>
    <w:rsid w:val="001B08F0"/>
    <w:rsid w:val="001B0CA9"/>
    <w:rsid w:val="001B13AB"/>
    <w:rsid w:val="001B19FA"/>
    <w:rsid w:val="001B1A93"/>
    <w:rsid w:val="001B20DB"/>
    <w:rsid w:val="001B2E6F"/>
    <w:rsid w:val="001B2FDB"/>
    <w:rsid w:val="001B32F6"/>
    <w:rsid w:val="001B3531"/>
    <w:rsid w:val="001B3739"/>
    <w:rsid w:val="001B42A1"/>
    <w:rsid w:val="001B4497"/>
    <w:rsid w:val="001B4563"/>
    <w:rsid w:val="001B4766"/>
    <w:rsid w:val="001B47B6"/>
    <w:rsid w:val="001B47CA"/>
    <w:rsid w:val="001B49A7"/>
    <w:rsid w:val="001B5382"/>
    <w:rsid w:val="001B693B"/>
    <w:rsid w:val="001B6B40"/>
    <w:rsid w:val="001B6F6C"/>
    <w:rsid w:val="001B73EC"/>
    <w:rsid w:val="001B75D4"/>
    <w:rsid w:val="001B7B90"/>
    <w:rsid w:val="001B7D63"/>
    <w:rsid w:val="001B7F0E"/>
    <w:rsid w:val="001C01A8"/>
    <w:rsid w:val="001C11A9"/>
    <w:rsid w:val="001C15E2"/>
    <w:rsid w:val="001C1886"/>
    <w:rsid w:val="001C2913"/>
    <w:rsid w:val="001C29FB"/>
    <w:rsid w:val="001C2A4F"/>
    <w:rsid w:val="001C2D05"/>
    <w:rsid w:val="001C2F58"/>
    <w:rsid w:val="001C358C"/>
    <w:rsid w:val="001C3A92"/>
    <w:rsid w:val="001C465B"/>
    <w:rsid w:val="001C4792"/>
    <w:rsid w:val="001C4D99"/>
    <w:rsid w:val="001C514A"/>
    <w:rsid w:val="001C5481"/>
    <w:rsid w:val="001C5648"/>
    <w:rsid w:val="001C57FA"/>
    <w:rsid w:val="001C58B1"/>
    <w:rsid w:val="001C59A7"/>
    <w:rsid w:val="001C6018"/>
    <w:rsid w:val="001C6033"/>
    <w:rsid w:val="001C6B92"/>
    <w:rsid w:val="001C6E0B"/>
    <w:rsid w:val="001C79E8"/>
    <w:rsid w:val="001C7C42"/>
    <w:rsid w:val="001C7D4D"/>
    <w:rsid w:val="001D0AE3"/>
    <w:rsid w:val="001D2119"/>
    <w:rsid w:val="001D24CA"/>
    <w:rsid w:val="001D276F"/>
    <w:rsid w:val="001D2F50"/>
    <w:rsid w:val="001D3136"/>
    <w:rsid w:val="001D3282"/>
    <w:rsid w:val="001D38FE"/>
    <w:rsid w:val="001D3FAF"/>
    <w:rsid w:val="001D4729"/>
    <w:rsid w:val="001D599A"/>
    <w:rsid w:val="001D685C"/>
    <w:rsid w:val="001D6959"/>
    <w:rsid w:val="001D69AC"/>
    <w:rsid w:val="001D6A93"/>
    <w:rsid w:val="001D791A"/>
    <w:rsid w:val="001E00FF"/>
    <w:rsid w:val="001E091E"/>
    <w:rsid w:val="001E0A69"/>
    <w:rsid w:val="001E0D85"/>
    <w:rsid w:val="001E0DB3"/>
    <w:rsid w:val="001E0E21"/>
    <w:rsid w:val="001E0F22"/>
    <w:rsid w:val="001E125D"/>
    <w:rsid w:val="001E1784"/>
    <w:rsid w:val="001E1CB4"/>
    <w:rsid w:val="001E2310"/>
    <w:rsid w:val="001E2F8A"/>
    <w:rsid w:val="001E32B1"/>
    <w:rsid w:val="001E3A7D"/>
    <w:rsid w:val="001E3EBB"/>
    <w:rsid w:val="001E46AA"/>
    <w:rsid w:val="001E563A"/>
    <w:rsid w:val="001E5772"/>
    <w:rsid w:val="001E5DE3"/>
    <w:rsid w:val="001E695B"/>
    <w:rsid w:val="001E6BD5"/>
    <w:rsid w:val="001F0264"/>
    <w:rsid w:val="001F02B3"/>
    <w:rsid w:val="001F05F3"/>
    <w:rsid w:val="001F0F37"/>
    <w:rsid w:val="001F0F7C"/>
    <w:rsid w:val="001F1B11"/>
    <w:rsid w:val="001F1D4A"/>
    <w:rsid w:val="001F1E5F"/>
    <w:rsid w:val="001F2B6A"/>
    <w:rsid w:val="001F2DEC"/>
    <w:rsid w:val="001F303A"/>
    <w:rsid w:val="001F35FC"/>
    <w:rsid w:val="001F36B2"/>
    <w:rsid w:val="001F3ADF"/>
    <w:rsid w:val="001F4111"/>
    <w:rsid w:val="001F4311"/>
    <w:rsid w:val="001F4557"/>
    <w:rsid w:val="001F4590"/>
    <w:rsid w:val="001F4A21"/>
    <w:rsid w:val="001F50B5"/>
    <w:rsid w:val="001F558A"/>
    <w:rsid w:val="001F58EE"/>
    <w:rsid w:val="001F5D81"/>
    <w:rsid w:val="001F658D"/>
    <w:rsid w:val="001F7534"/>
    <w:rsid w:val="001F7C1B"/>
    <w:rsid w:val="0020049D"/>
    <w:rsid w:val="002005FB"/>
    <w:rsid w:val="0020063D"/>
    <w:rsid w:val="00200A05"/>
    <w:rsid w:val="0020109C"/>
    <w:rsid w:val="0020117B"/>
    <w:rsid w:val="002012B7"/>
    <w:rsid w:val="0020138A"/>
    <w:rsid w:val="0020236F"/>
    <w:rsid w:val="0020260F"/>
    <w:rsid w:val="00202955"/>
    <w:rsid w:val="0020322C"/>
    <w:rsid w:val="00204AA7"/>
    <w:rsid w:val="00204CA0"/>
    <w:rsid w:val="002055B9"/>
    <w:rsid w:val="002055EC"/>
    <w:rsid w:val="00205C19"/>
    <w:rsid w:val="00205DBF"/>
    <w:rsid w:val="00207273"/>
    <w:rsid w:val="00207337"/>
    <w:rsid w:val="00207487"/>
    <w:rsid w:val="00207B90"/>
    <w:rsid w:val="00207C46"/>
    <w:rsid w:val="0021084A"/>
    <w:rsid w:val="00210C4C"/>
    <w:rsid w:val="00211062"/>
    <w:rsid w:val="00211065"/>
    <w:rsid w:val="002127C6"/>
    <w:rsid w:val="00212804"/>
    <w:rsid w:val="00212DC4"/>
    <w:rsid w:val="00213515"/>
    <w:rsid w:val="002138BE"/>
    <w:rsid w:val="0021464D"/>
    <w:rsid w:val="002146DC"/>
    <w:rsid w:val="00214A7E"/>
    <w:rsid w:val="00214CA1"/>
    <w:rsid w:val="00214DA5"/>
    <w:rsid w:val="002150B5"/>
    <w:rsid w:val="0021544A"/>
    <w:rsid w:val="00215D03"/>
    <w:rsid w:val="00216087"/>
    <w:rsid w:val="00216D23"/>
    <w:rsid w:val="0021724E"/>
    <w:rsid w:val="002176F6"/>
    <w:rsid w:val="00217EBF"/>
    <w:rsid w:val="00217FAD"/>
    <w:rsid w:val="0021D2E6"/>
    <w:rsid w:val="00220052"/>
    <w:rsid w:val="002208CB"/>
    <w:rsid w:val="00220CED"/>
    <w:rsid w:val="00220ECB"/>
    <w:rsid w:val="0022144B"/>
    <w:rsid w:val="0022147B"/>
    <w:rsid w:val="00221CE0"/>
    <w:rsid w:val="00222096"/>
    <w:rsid w:val="002225C1"/>
    <w:rsid w:val="00222DAF"/>
    <w:rsid w:val="00223D64"/>
    <w:rsid w:val="00223F6E"/>
    <w:rsid w:val="002244A8"/>
    <w:rsid w:val="002248A5"/>
    <w:rsid w:val="00224ADF"/>
    <w:rsid w:val="002264A0"/>
    <w:rsid w:val="0022656C"/>
    <w:rsid w:val="00226AF8"/>
    <w:rsid w:val="00227909"/>
    <w:rsid w:val="002306EF"/>
    <w:rsid w:val="002306FD"/>
    <w:rsid w:val="00230AA0"/>
    <w:rsid w:val="00230CD1"/>
    <w:rsid w:val="00230F69"/>
    <w:rsid w:val="002311BB"/>
    <w:rsid w:val="00231242"/>
    <w:rsid w:val="00231564"/>
    <w:rsid w:val="00231599"/>
    <w:rsid w:val="0023166E"/>
    <w:rsid w:val="0023167A"/>
    <w:rsid w:val="0023175E"/>
    <w:rsid w:val="00231C7F"/>
    <w:rsid w:val="00232BD2"/>
    <w:rsid w:val="00232CBE"/>
    <w:rsid w:val="00233324"/>
    <w:rsid w:val="00233652"/>
    <w:rsid w:val="00233839"/>
    <w:rsid w:val="00233C45"/>
    <w:rsid w:val="002341AB"/>
    <w:rsid w:val="00234555"/>
    <w:rsid w:val="002345C3"/>
    <w:rsid w:val="00234860"/>
    <w:rsid w:val="00234D89"/>
    <w:rsid w:val="00234DAF"/>
    <w:rsid w:val="00234FF1"/>
    <w:rsid w:val="0023506B"/>
    <w:rsid w:val="002350B4"/>
    <w:rsid w:val="002353FF"/>
    <w:rsid w:val="0023567D"/>
    <w:rsid w:val="00235A64"/>
    <w:rsid w:val="00235DBD"/>
    <w:rsid w:val="00235EC7"/>
    <w:rsid w:val="00235FBD"/>
    <w:rsid w:val="0023604F"/>
    <w:rsid w:val="00236321"/>
    <w:rsid w:val="00236F4E"/>
    <w:rsid w:val="002375D5"/>
    <w:rsid w:val="002377E6"/>
    <w:rsid w:val="002379BC"/>
    <w:rsid w:val="00237BB0"/>
    <w:rsid w:val="0024013E"/>
    <w:rsid w:val="002407A5"/>
    <w:rsid w:val="00240AA4"/>
    <w:rsid w:val="00240CB2"/>
    <w:rsid w:val="0024171B"/>
    <w:rsid w:val="00241A4D"/>
    <w:rsid w:val="00242969"/>
    <w:rsid w:val="00242FE4"/>
    <w:rsid w:val="0024331F"/>
    <w:rsid w:val="002435B4"/>
    <w:rsid w:val="00243803"/>
    <w:rsid w:val="00243C55"/>
    <w:rsid w:val="00244119"/>
    <w:rsid w:val="00244626"/>
    <w:rsid w:val="0024496E"/>
    <w:rsid w:val="002449F2"/>
    <w:rsid w:val="00244C55"/>
    <w:rsid w:val="0024586C"/>
    <w:rsid w:val="00245EA4"/>
    <w:rsid w:val="00246319"/>
    <w:rsid w:val="002463AF"/>
    <w:rsid w:val="00247218"/>
    <w:rsid w:val="0025008D"/>
    <w:rsid w:val="0025016E"/>
    <w:rsid w:val="0025058D"/>
    <w:rsid w:val="002507FE"/>
    <w:rsid w:val="00251173"/>
    <w:rsid w:val="00252132"/>
    <w:rsid w:val="002527C1"/>
    <w:rsid w:val="00252814"/>
    <w:rsid w:val="00252A30"/>
    <w:rsid w:val="00252D1E"/>
    <w:rsid w:val="00252F86"/>
    <w:rsid w:val="00253159"/>
    <w:rsid w:val="00253EAB"/>
    <w:rsid w:val="002542B0"/>
    <w:rsid w:val="00256441"/>
    <w:rsid w:val="002564D5"/>
    <w:rsid w:val="0025683A"/>
    <w:rsid w:val="00256AF9"/>
    <w:rsid w:val="00257466"/>
    <w:rsid w:val="00257815"/>
    <w:rsid w:val="002579AC"/>
    <w:rsid w:val="002579AE"/>
    <w:rsid w:val="002600EF"/>
    <w:rsid w:val="0026011B"/>
    <w:rsid w:val="00260553"/>
    <w:rsid w:val="0026107D"/>
    <w:rsid w:val="00261AA4"/>
    <w:rsid w:val="00262635"/>
    <w:rsid w:val="00262C57"/>
    <w:rsid w:val="00262E55"/>
    <w:rsid w:val="0026318F"/>
    <w:rsid w:val="00263225"/>
    <w:rsid w:val="00263461"/>
    <w:rsid w:val="00264550"/>
    <w:rsid w:val="00264706"/>
    <w:rsid w:val="00264954"/>
    <w:rsid w:val="00264DD6"/>
    <w:rsid w:val="0026575D"/>
    <w:rsid w:val="002658F8"/>
    <w:rsid w:val="002667BB"/>
    <w:rsid w:val="00266814"/>
    <w:rsid w:val="00266815"/>
    <w:rsid w:val="00266BD3"/>
    <w:rsid w:val="0026707C"/>
    <w:rsid w:val="00267244"/>
    <w:rsid w:val="002675F4"/>
    <w:rsid w:val="002679BF"/>
    <w:rsid w:val="00267CCB"/>
    <w:rsid w:val="0027052A"/>
    <w:rsid w:val="00270686"/>
    <w:rsid w:val="0027070B"/>
    <w:rsid w:val="002708A6"/>
    <w:rsid w:val="00271789"/>
    <w:rsid w:val="00272330"/>
    <w:rsid w:val="00272559"/>
    <w:rsid w:val="00272CE0"/>
    <w:rsid w:val="0027303D"/>
    <w:rsid w:val="00273370"/>
    <w:rsid w:val="00273A14"/>
    <w:rsid w:val="00273BCF"/>
    <w:rsid w:val="0027434B"/>
    <w:rsid w:val="002743E9"/>
    <w:rsid w:val="002744CF"/>
    <w:rsid w:val="002745CE"/>
    <w:rsid w:val="0027463A"/>
    <w:rsid w:val="00274712"/>
    <w:rsid w:val="00274A57"/>
    <w:rsid w:val="00274C68"/>
    <w:rsid w:val="00275133"/>
    <w:rsid w:val="0027559A"/>
    <w:rsid w:val="002756CC"/>
    <w:rsid w:val="00275992"/>
    <w:rsid w:val="00275A39"/>
    <w:rsid w:val="0027616A"/>
    <w:rsid w:val="00276250"/>
    <w:rsid w:val="00276889"/>
    <w:rsid w:val="00276C28"/>
    <w:rsid w:val="00277714"/>
    <w:rsid w:val="00277AEF"/>
    <w:rsid w:val="002807AF"/>
    <w:rsid w:val="002809B2"/>
    <w:rsid w:val="002825E0"/>
    <w:rsid w:val="00282A52"/>
    <w:rsid w:val="00282B9A"/>
    <w:rsid w:val="00282EFF"/>
    <w:rsid w:val="00282FF7"/>
    <w:rsid w:val="002834BD"/>
    <w:rsid w:val="00283B25"/>
    <w:rsid w:val="0028413A"/>
    <w:rsid w:val="0028496B"/>
    <w:rsid w:val="00284AA2"/>
    <w:rsid w:val="00284AE9"/>
    <w:rsid w:val="00284E0D"/>
    <w:rsid w:val="0028564B"/>
    <w:rsid w:val="00285DA7"/>
    <w:rsid w:val="002861AD"/>
    <w:rsid w:val="00286892"/>
    <w:rsid w:val="00286B48"/>
    <w:rsid w:val="002875E4"/>
    <w:rsid w:val="002877B1"/>
    <w:rsid w:val="00287EB0"/>
    <w:rsid w:val="002900D0"/>
    <w:rsid w:val="00290258"/>
    <w:rsid w:val="00290C34"/>
    <w:rsid w:val="0029136A"/>
    <w:rsid w:val="00291573"/>
    <w:rsid w:val="002915AE"/>
    <w:rsid w:val="00291969"/>
    <w:rsid w:val="00292044"/>
    <w:rsid w:val="002923D1"/>
    <w:rsid w:val="00292639"/>
    <w:rsid w:val="00293016"/>
    <w:rsid w:val="00293286"/>
    <w:rsid w:val="002932F8"/>
    <w:rsid w:val="00293799"/>
    <w:rsid w:val="002941F7"/>
    <w:rsid w:val="00294290"/>
    <w:rsid w:val="002947AF"/>
    <w:rsid w:val="00294E5D"/>
    <w:rsid w:val="00295607"/>
    <w:rsid w:val="0029639D"/>
    <w:rsid w:val="0029658C"/>
    <w:rsid w:val="00296A0D"/>
    <w:rsid w:val="00296F94"/>
    <w:rsid w:val="002972A7"/>
    <w:rsid w:val="00297E68"/>
    <w:rsid w:val="00297E8E"/>
    <w:rsid w:val="002A055C"/>
    <w:rsid w:val="002A09F9"/>
    <w:rsid w:val="002A12AC"/>
    <w:rsid w:val="002A1357"/>
    <w:rsid w:val="002A1400"/>
    <w:rsid w:val="002A160C"/>
    <w:rsid w:val="002A16CE"/>
    <w:rsid w:val="002A1A2A"/>
    <w:rsid w:val="002A1B25"/>
    <w:rsid w:val="002A21F4"/>
    <w:rsid w:val="002A24CF"/>
    <w:rsid w:val="002A2E87"/>
    <w:rsid w:val="002A3611"/>
    <w:rsid w:val="002A3DFA"/>
    <w:rsid w:val="002A43FC"/>
    <w:rsid w:val="002A46F0"/>
    <w:rsid w:val="002A51A9"/>
    <w:rsid w:val="002A5275"/>
    <w:rsid w:val="002A5AA6"/>
    <w:rsid w:val="002A5B7D"/>
    <w:rsid w:val="002A618F"/>
    <w:rsid w:val="002A669B"/>
    <w:rsid w:val="002A6BDC"/>
    <w:rsid w:val="002A6D45"/>
    <w:rsid w:val="002A6FC7"/>
    <w:rsid w:val="002A760F"/>
    <w:rsid w:val="002A791E"/>
    <w:rsid w:val="002A7AC4"/>
    <w:rsid w:val="002A7CCE"/>
    <w:rsid w:val="002B0088"/>
    <w:rsid w:val="002B012A"/>
    <w:rsid w:val="002B0433"/>
    <w:rsid w:val="002B0D5A"/>
    <w:rsid w:val="002B0ECB"/>
    <w:rsid w:val="002B15DC"/>
    <w:rsid w:val="002B214B"/>
    <w:rsid w:val="002B2E44"/>
    <w:rsid w:val="002B3226"/>
    <w:rsid w:val="002B39D7"/>
    <w:rsid w:val="002B447D"/>
    <w:rsid w:val="002B4C68"/>
    <w:rsid w:val="002B4D5F"/>
    <w:rsid w:val="002B559A"/>
    <w:rsid w:val="002B59EE"/>
    <w:rsid w:val="002B6408"/>
    <w:rsid w:val="002B67F4"/>
    <w:rsid w:val="002B68FA"/>
    <w:rsid w:val="002B69A8"/>
    <w:rsid w:val="002B7F40"/>
    <w:rsid w:val="002C037B"/>
    <w:rsid w:val="002C07DC"/>
    <w:rsid w:val="002C0BA8"/>
    <w:rsid w:val="002C0BAB"/>
    <w:rsid w:val="002C10B2"/>
    <w:rsid w:val="002C173D"/>
    <w:rsid w:val="002C184A"/>
    <w:rsid w:val="002C1F62"/>
    <w:rsid w:val="002C1F82"/>
    <w:rsid w:val="002C1FDF"/>
    <w:rsid w:val="002C214D"/>
    <w:rsid w:val="002C23EA"/>
    <w:rsid w:val="002C2E29"/>
    <w:rsid w:val="002C2E6E"/>
    <w:rsid w:val="002C31F1"/>
    <w:rsid w:val="002C34B9"/>
    <w:rsid w:val="002C34C6"/>
    <w:rsid w:val="002C3BD3"/>
    <w:rsid w:val="002C3BF5"/>
    <w:rsid w:val="002C44EE"/>
    <w:rsid w:val="002C4A34"/>
    <w:rsid w:val="002C4E04"/>
    <w:rsid w:val="002C57DD"/>
    <w:rsid w:val="002C608C"/>
    <w:rsid w:val="002C61B8"/>
    <w:rsid w:val="002C65E7"/>
    <w:rsid w:val="002C67C7"/>
    <w:rsid w:val="002C70E9"/>
    <w:rsid w:val="002C7190"/>
    <w:rsid w:val="002C73ED"/>
    <w:rsid w:val="002C7812"/>
    <w:rsid w:val="002C7BF3"/>
    <w:rsid w:val="002C7C87"/>
    <w:rsid w:val="002D0153"/>
    <w:rsid w:val="002D0224"/>
    <w:rsid w:val="002D0646"/>
    <w:rsid w:val="002D0759"/>
    <w:rsid w:val="002D1CC3"/>
    <w:rsid w:val="002D1EBA"/>
    <w:rsid w:val="002D38A9"/>
    <w:rsid w:val="002D3A58"/>
    <w:rsid w:val="002D3E28"/>
    <w:rsid w:val="002D40D0"/>
    <w:rsid w:val="002D4EE7"/>
    <w:rsid w:val="002D5121"/>
    <w:rsid w:val="002D51D2"/>
    <w:rsid w:val="002D5615"/>
    <w:rsid w:val="002D564B"/>
    <w:rsid w:val="002D56E1"/>
    <w:rsid w:val="002D58D1"/>
    <w:rsid w:val="002D58DB"/>
    <w:rsid w:val="002D63D5"/>
    <w:rsid w:val="002D7085"/>
    <w:rsid w:val="002D70F8"/>
    <w:rsid w:val="002D73F9"/>
    <w:rsid w:val="002D7A49"/>
    <w:rsid w:val="002D7EDE"/>
    <w:rsid w:val="002E019F"/>
    <w:rsid w:val="002E0C37"/>
    <w:rsid w:val="002E0F6F"/>
    <w:rsid w:val="002E0FA3"/>
    <w:rsid w:val="002E1078"/>
    <w:rsid w:val="002E10C3"/>
    <w:rsid w:val="002E1171"/>
    <w:rsid w:val="002E19E4"/>
    <w:rsid w:val="002E1FBF"/>
    <w:rsid w:val="002E21D1"/>
    <w:rsid w:val="002E2621"/>
    <w:rsid w:val="002E2EAA"/>
    <w:rsid w:val="002E2EC1"/>
    <w:rsid w:val="002E34F2"/>
    <w:rsid w:val="002E37E4"/>
    <w:rsid w:val="002E39B7"/>
    <w:rsid w:val="002E3F6D"/>
    <w:rsid w:val="002E4E30"/>
    <w:rsid w:val="002E5BE1"/>
    <w:rsid w:val="002E61D6"/>
    <w:rsid w:val="002E61DC"/>
    <w:rsid w:val="002E65CA"/>
    <w:rsid w:val="002E66E1"/>
    <w:rsid w:val="002E6819"/>
    <w:rsid w:val="002E69E6"/>
    <w:rsid w:val="002E6A30"/>
    <w:rsid w:val="002E6E5A"/>
    <w:rsid w:val="002E6EAA"/>
    <w:rsid w:val="002E6FF2"/>
    <w:rsid w:val="002E774C"/>
    <w:rsid w:val="002E7F49"/>
    <w:rsid w:val="002F00B6"/>
    <w:rsid w:val="002F0473"/>
    <w:rsid w:val="002F0C28"/>
    <w:rsid w:val="002F0CCC"/>
    <w:rsid w:val="002F1674"/>
    <w:rsid w:val="002F1758"/>
    <w:rsid w:val="002F28C6"/>
    <w:rsid w:val="002F2CFD"/>
    <w:rsid w:val="002F4389"/>
    <w:rsid w:val="002F5611"/>
    <w:rsid w:val="002F57AD"/>
    <w:rsid w:val="002F60FF"/>
    <w:rsid w:val="002F6865"/>
    <w:rsid w:val="002F6BCC"/>
    <w:rsid w:val="002F6BF8"/>
    <w:rsid w:val="002F7389"/>
    <w:rsid w:val="002F79BE"/>
    <w:rsid w:val="002F7A60"/>
    <w:rsid w:val="002F7DDF"/>
    <w:rsid w:val="002F7E5D"/>
    <w:rsid w:val="002FE139"/>
    <w:rsid w:val="00300450"/>
    <w:rsid w:val="00300759"/>
    <w:rsid w:val="00300A3E"/>
    <w:rsid w:val="00300B54"/>
    <w:rsid w:val="00300DF4"/>
    <w:rsid w:val="00300DFF"/>
    <w:rsid w:val="00300F27"/>
    <w:rsid w:val="00301002"/>
    <w:rsid w:val="0030173E"/>
    <w:rsid w:val="0030236F"/>
    <w:rsid w:val="00302BF8"/>
    <w:rsid w:val="0030309E"/>
    <w:rsid w:val="0030331A"/>
    <w:rsid w:val="00303389"/>
    <w:rsid w:val="00303496"/>
    <w:rsid w:val="00303A9F"/>
    <w:rsid w:val="00303CE9"/>
    <w:rsid w:val="00303D3C"/>
    <w:rsid w:val="00304187"/>
    <w:rsid w:val="003044D2"/>
    <w:rsid w:val="00304654"/>
    <w:rsid w:val="003049DB"/>
    <w:rsid w:val="00304A1E"/>
    <w:rsid w:val="00304B36"/>
    <w:rsid w:val="003052AF"/>
    <w:rsid w:val="003053BE"/>
    <w:rsid w:val="00305751"/>
    <w:rsid w:val="00305B4F"/>
    <w:rsid w:val="0030607D"/>
    <w:rsid w:val="003061BE"/>
    <w:rsid w:val="0030629F"/>
    <w:rsid w:val="00306849"/>
    <w:rsid w:val="00307043"/>
    <w:rsid w:val="00307A91"/>
    <w:rsid w:val="00307E60"/>
    <w:rsid w:val="0031009C"/>
    <w:rsid w:val="00310774"/>
    <w:rsid w:val="00310B81"/>
    <w:rsid w:val="003113D4"/>
    <w:rsid w:val="00311BED"/>
    <w:rsid w:val="003121A8"/>
    <w:rsid w:val="00313414"/>
    <w:rsid w:val="00313525"/>
    <w:rsid w:val="00313D3D"/>
    <w:rsid w:val="00314B68"/>
    <w:rsid w:val="00314E6C"/>
    <w:rsid w:val="00315427"/>
    <w:rsid w:val="00315485"/>
    <w:rsid w:val="003157AD"/>
    <w:rsid w:val="00315C78"/>
    <w:rsid w:val="00315D40"/>
    <w:rsid w:val="00316751"/>
    <w:rsid w:val="003167D1"/>
    <w:rsid w:val="00316C79"/>
    <w:rsid w:val="00316CE5"/>
    <w:rsid w:val="00316DFF"/>
    <w:rsid w:val="00320737"/>
    <w:rsid w:val="00320C07"/>
    <w:rsid w:val="00320C25"/>
    <w:rsid w:val="00320F1E"/>
    <w:rsid w:val="003214DE"/>
    <w:rsid w:val="003216DF"/>
    <w:rsid w:val="00321A14"/>
    <w:rsid w:val="00321BB9"/>
    <w:rsid w:val="00322091"/>
    <w:rsid w:val="003221C8"/>
    <w:rsid w:val="00322B52"/>
    <w:rsid w:val="00323512"/>
    <w:rsid w:val="003235DE"/>
    <w:rsid w:val="00323C24"/>
    <w:rsid w:val="0032405B"/>
    <w:rsid w:val="00324253"/>
    <w:rsid w:val="003244F0"/>
    <w:rsid w:val="00324A20"/>
    <w:rsid w:val="00324A29"/>
    <w:rsid w:val="0032576A"/>
    <w:rsid w:val="003264D2"/>
    <w:rsid w:val="003265F7"/>
    <w:rsid w:val="0032662C"/>
    <w:rsid w:val="00326F32"/>
    <w:rsid w:val="00326F90"/>
    <w:rsid w:val="003275FC"/>
    <w:rsid w:val="00327610"/>
    <w:rsid w:val="00327725"/>
    <w:rsid w:val="00327DD9"/>
    <w:rsid w:val="00327E01"/>
    <w:rsid w:val="00330729"/>
    <w:rsid w:val="00330851"/>
    <w:rsid w:val="00330AC3"/>
    <w:rsid w:val="00331063"/>
    <w:rsid w:val="003322B1"/>
    <w:rsid w:val="00332543"/>
    <w:rsid w:val="00333045"/>
    <w:rsid w:val="003336FE"/>
    <w:rsid w:val="00333756"/>
    <w:rsid w:val="00333AD5"/>
    <w:rsid w:val="003343EE"/>
    <w:rsid w:val="003345E8"/>
    <w:rsid w:val="00334877"/>
    <w:rsid w:val="00334A39"/>
    <w:rsid w:val="00334CE3"/>
    <w:rsid w:val="0033564C"/>
    <w:rsid w:val="003357EB"/>
    <w:rsid w:val="0033584A"/>
    <w:rsid w:val="0033587B"/>
    <w:rsid w:val="0033588E"/>
    <w:rsid w:val="00335D95"/>
    <w:rsid w:val="00336299"/>
    <w:rsid w:val="00336362"/>
    <w:rsid w:val="003363B9"/>
    <w:rsid w:val="00336554"/>
    <w:rsid w:val="003369F2"/>
    <w:rsid w:val="00336AEA"/>
    <w:rsid w:val="00336C05"/>
    <w:rsid w:val="00336F98"/>
    <w:rsid w:val="00337451"/>
    <w:rsid w:val="00337E0B"/>
    <w:rsid w:val="00337F1A"/>
    <w:rsid w:val="00340813"/>
    <w:rsid w:val="00341591"/>
    <w:rsid w:val="00341DF5"/>
    <w:rsid w:val="00341EAD"/>
    <w:rsid w:val="0034202D"/>
    <w:rsid w:val="003434A4"/>
    <w:rsid w:val="00343E43"/>
    <w:rsid w:val="00343FCA"/>
    <w:rsid w:val="003442D9"/>
    <w:rsid w:val="00344704"/>
    <w:rsid w:val="00344769"/>
    <w:rsid w:val="003448E2"/>
    <w:rsid w:val="00344D3B"/>
    <w:rsid w:val="00345093"/>
    <w:rsid w:val="0034555F"/>
    <w:rsid w:val="00346B19"/>
    <w:rsid w:val="00346B98"/>
    <w:rsid w:val="00347B26"/>
    <w:rsid w:val="00347BC0"/>
    <w:rsid w:val="00347DE8"/>
    <w:rsid w:val="00347F58"/>
    <w:rsid w:val="00350205"/>
    <w:rsid w:val="00350CC7"/>
    <w:rsid w:val="00350E1A"/>
    <w:rsid w:val="00351B8A"/>
    <w:rsid w:val="003526F3"/>
    <w:rsid w:val="00352749"/>
    <w:rsid w:val="003532AE"/>
    <w:rsid w:val="0035343A"/>
    <w:rsid w:val="003535DD"/>
    <w:rsid w:val="00353AB7"/>
    <w:rsid w:val="00354239"/>
    <w:rsid w:val="00354897"/>
    <w:rsid w:val="00354955"/>
    <w:rsid w:val="00354C9F"/>
    <w:rsid w:val="0035510A"/>
    <w:rsid w:val="0035516A"/>
    <w:rsid w:val="0035554E"/>
    <w:rsid w:val="003555CE"/>
    <w:rsid w:val="00355C9A"/>
    <w:rsid w:val="003566BD"/>
    <w:rsid w:val="00357131"/>
    <w:rsid w:val="00357A1A"/>
    <w:rsid w:val="00357F87"/>
    <w:rsid w:val="003600B8"/>
    <w:rsid w:val="003601D8"/>
    <w:rsid w:val="003601FD"/>
    <w:rsid w:val="00360D22"/>
    <w:rsid w:val="00361DF9"/>
    <w:rsid w:val="003625E8"/>
    <w:rsid w:val="00362B1A"/>
    <w:rsid w:val="00362BEE"/>
    <w:rsid w:val="00363123"/>
    <w:rsid w:val="003631CB"/>
    <w:rsid w:val="00363EBD"/>
    <w:rsid w:val="0036574B"/>
    <w:rsid w:val="00365F9A"/>
    <w:rsid w:val="00365FC6"/>
    <w:rsid w:val="003666AD"/>
    <w:rsid w:val="00366B05"/>
    <w:rsid w:val="00366D04"/>
    <w:rsid w:val="00366E2E"/>
    <w:rsid w:val="003670DE"/>
    <w:rsid w:val="00367326"/>
    <w:rsid w:val="0036767B"/>
    <w:rsid w:val="003676AE"/>
    <w:rsid w:val="00367B8E"/>
    <w:rsid w:val="00370071"/>
    <w:rsid w:val="0037016D"/>
    <w:rsid w:val="00370216"/>
    <w:rsid w:val="003706A5"/>
    <w:rsid w:val="00370988"/>
    <w:rsid w:val="00370A53"/>
    <w:rsid w:val="00371860"/>
    <w:rsid w:val="003726FD"/>
    <w:rsid w:val="003739B0"/>
    <w:rsid w:val="00373E1F"/>
    <w:rsid w:val="00374120"/>
    <w:rsid w:val="00374A99"/>
    <w:rsid w:val="00374AC6"/>
    <w:rsid w:val="00374C89"/>
    <w:rsid w:val="00374F35"/>
    <w:rsid w:val="003752E7"/>
    <w:rsid w:val="003754E9"/>
    <w:rsid w:val="0037642D"/>
    <w:rsid w:val="00376661"/>
    <w:rsid w:val="00376936"/>
    <w:rsid w:val="00377306"/>
    <w:rsid w:val="0037751B"/>
    <w:rsid w:val="003775E4"/>
    <w:rsid w:val="0037769E"/>
    <w:rsid w:val="00377A0E"/>
    <w:rsid w:val="00377F4B"/>
    <w:rsid w:val="0038003F"/>
    <w:rsid w:val="00381157"/>
    <w:rsid w:val="003820A3"/>
    <w:rsid w:val="00382316"/>
    <w:rsid w:val="0038332D"/>
    <w:rsid w:val="00383918"/>
    <w:rsid w:val="00384258"/>
    <w:rsid w:val="00384466"/>
    <w:rsid w:val="003844B9"/>
    <w:rsid w:val="003848C8"/>
    <w:rsid w:val="00384AB8"/>
    <w:rsid w:val="00384AC2"/>
    <w:rsid w:val="00385C39"/>
    <w:rsid w:val="003860AF"/>
    <w:rsid w:val="003864B3"/>
    <w:rsid w:val="0038741E"/>
    <w:rsid w:val="003875B6"/>
    <w:rsid w:val="00387699"/>
    <w:rsid w:val="00387EAC"/>
    <w:rsid w:val="00390272"/>
    <w:rsid w:val="00390F9A"/>
    <w:rsid w:val="0039157D"/>
    <w:rsid w:val="00391640"/>
    <w:rsid w:val="0039187B"/>
    <w:rsid w:val="00391A1A"/>
    <w:rsid w:val="00391C2F"/>
    <w:rsid w:val="003938AB"/>
    <w:rsid w:val="00394056"/>
    <w:rsid w:val="003948CC"/>
    <w:rsid w:val="00394B50"/>
    <w:rsid w:val="00395579"/>
    <w:rsid w:val="0039573F"/>
    <w:rsid w:val="00395FD3"/>
    <w:rsid w:val="00396250"/>
    <w:rsid w:val="00396655"/>
    <w:rsid w:val="00396842"/>
    <w:rsid w:val="00396D9E"/>
    <w:rsid w:val="00396E2A"/>
    <w:rsid w:val="003971AD"/>
    <w:rsid w:val="003973B7"/>
    <w:rsid w:val="00397864"/>
    <w:rsid w:val="003979AF"/>
    <w:rsid w:val="00397A78"/>
    <w:rsid w:val="00397D75"/>
    <w:rsid w:val="00397D90"/>
    <w:rsid w:val="003A031D"/>
    <w:rsid w:val="003A05B1"/>
    <w:rsid w:val="003A0628"/>
    <w:rsid w:val="003A0AF1"/>
    <w:rsid w:val="003A0D38"/>
    <w:rsid w:val="003A1243"/>
    <w:rsid w:val="003A173A"/>
    <w:rsid w:val="003A1887"/>
    <w:rsid w:val="003A2469"/>
    <w:rsid w:val="003A25AB"/>
    <w:rsid w:val="003A308B"/>
    <w:rsid w:val="003A30C9"/>
    <w:rsid w:val="003A3107"/>
    <w:rsid w:val="003A3E13"/>
    <w:rsid w:val="003A3FF3"/>
    <w:rsid w:val="003A49E6"/>
    <w:rsid w:val="003A4A7B"/>
    <w:rsid w:val="003A54C4"/>
    <w:rsid w:val="003A58FB"/>
    <w:rsid w:val="003A5C5B"/>
    <w:rsid w:val="003A67F5"/>
    <w:rsid w:val="003A6850"/>
    <w:rsid w:val="003A6A7C"/>
    <w:rsid w:val="003A7D9C"/>
    <w:rsid w:val="003B02C2"/>
    <w:rsid w:val="003B03BD"/>
    <w:rsid w:val="003B0D52"/>
    <w:rsid w:val="003B177B"/>
    <w:rsid w:val="003B1D5F"/>
    <w:rsid w:val="003B2A43"/>
    <w:rsid w:val="003B2AB6"/>
    <w:rsid w:val="003B3607"/>
    <w:rsid w:val="003B3AD3"/>
    <w:rsid w:val="003B3D86"/>
    <w:rsid w:val="003B41A9"/>
    <w:rsid w:val="003B4C78"/>
    <w:rsid w:val="003B4FC4"/>
    <w:rsid w:val="003B52B8"/>
    <w:rsid w:val="003B56A7"/>
    <w:rsid w:val="003B620A"/>
    <w:rsid w:val="003B63C4"/>
    <w:rsid w:val="003B7065"/>
    <w:rsid w:val="003B74C2"/>
    <w:rsid w:val="003B768E"/>
    <w:rsid w:val="003B77C6"/>
    <w:rsid w:val="003B784D"/>
    <w:rsid w:val="003B7BF6"/>
    <w:rsid w:val="003B7C29"/>
    <w:rsid w:val="003C00EE"/>
    <w:rsid w:val="003C0240"/>
    <w:rsid w:val="003C0279"/>
    <w:rsid w:val="003C08A4"/>
    <w:rsid w:val="003C0F4A"/>
    <w:rsid w:val="003C10F9"/>
    <w:rsid w:val="003C162F"/>
    <w:rsid w:val="003C1C58"/>
    <w:rsid w:val="003C2AEB"/>
    <w:rsid w:val="003C355A"/>
    <w:rsid w:val="003C39BB"/>
    <w:rsid w:val="003C3DD3"/>
    <w:rsid w:val="003C3E0A"/>
    <w:rsid w:val="003C3EAA"/>
    <w:rsid w:val="003C3F5D"/>
    <w:rsid w:val="003C3FBA"/>
    <w:rsid w:val="003C4237"/>
    <w:rsid w:val="003C43B3"/>
    <w:rsid w:val="003C466C"/>
    <w:rsid w:val="003C5F2C"/>
    <w:rsid w:val="003C657A"/>
    <w:rsid w:val="003C6B76"/>
    <w:rsid w:val="003C6DAC"/>
    <w:rsid w:val="003C6E2D"/>
    <w:rsid w:val="003C7FC1"/>
    <w:rsid w:val="003D055B"/>
    <w:rsid w:val="003D0631"/>
    <w:rsid w:val="003D09A9"/>
    <w:rsid w:val="003D0F5B"/>
    <w:rsid w:val="003D10D2"/>
    <w:rsid w:val="003D11CA"/>
    <w:rsid w:val="003D1399"/>
    <w:rsid w:val="003D1AE9"/>
    <w:rsid w:val="003D1E91"/>
    <w:rsid w:val="003D1F01"/>
    <w:rsid w:val="003D2AD3"/>
    <w:rsid w:val="003D2DD4"/>
    <w:rsid w:val="003D3164"/>
    <w:rsid w:val="003D3372"/>
    <w:rsid w:val="003D3867"/>
    <w:rsid w:val="003D53A7"/>
    <w:rsid w:val="003D5469"/>
    <w:rsid w:val="003D5A94"/>
    <w:rsid w:val="003D5ADF"/>
    <w:rsid w:val="003D62F7"/>
    <w:rsid w:val="003D640C"/>
    <w:rsid w:val="003D66BA"/>
    <w:rsid w:val="003D74F3"/>
    <w:rsid w:val="003D7525"/>
    <w:rsid w:val="003D7630"/>
    <w:rsid w:val="003D7B42"/>
    <w:rsid w:val="003E0398"/>
    <w:rsid w:val="003E05CE"/>
    <w:rsid w:val="003E0A04"/>
    <w:rsid w:val="003E104F"/>
    <w:rsid w:val="003E1539"/>
    <w:rsid w:val="003E17BF"/>
    <w:rsid w:val="003E1C31"/>
    <w:rsid w:val="003E205F"/>
    <w:rsid w:val="003E2AA2"/>
    <w:rsid w:val="003E2D68"/>
    <w:rsid w:val="003E37FE"/>
    <w:rsid w:val="003E3C31"/>
    <w:rsid w:val="003E49AC"/>
    <w:rsid w:val="003E512F"/>
    <w:rsid w:val="003E5766"/>
    <w:rsid w:val="003E5A30"/>
    <w:rsid w:val="003E5BEE"/>
    <w:rsid w:val="003E5E04"/>
    <w:rsid w:val="003E61A5"/>
    <w:rsid w:val="003E6304"/>
    <w:rsid w:val="003E6E43"/>
    <w:rsid w:val="003E798E"/>
    <w:rsid w:val="003E7D5D"/>
    <w:rsid w:val="003E7FB8"/>
    <w:rsid w:val="003F048D"/>
    <w:rsid w:val="003F0934"/>
    <w:rsid w:val="003F0C67"/>
    <w:rsid w:val="003F103C"/>
    <w:rsid w:val="003F115A"/>
    <w:rsid w:val="003F1221"/>
    <w:rsid w:val="003F16FF"/>
    <w:rsid w:val="003F1868"/>
    <w:rsid w:val="003F1D40"/>
    <w:rsid w:val="003F1DEC"/>
    <w:rsid w:val="003F1E98"/>
    <w:rsid w:val="003F1F90"/>
    <w:rsid w:val="003F20D2"/>
    <w:rsid w:val="003F22A7"/>
    <w:rsid w:val="003F27ED"/>
    <w:rsid w:val="003F2E6F"/>
    <w:rsid w:val="003F2EBE"/>
    <w:rsid w:val="003F3500"/>
    <w:rsid w:val="003F438C"/>
    <w:rsid w:val="003F472A"/>
    <w:rsid w:val="003F49C7"/>
    <w:rsid w:val="003F4DD5"/>
    <w:rsid w:val="003F4E10"/>
    <w:rsid w:val="003F4ECF"/>
    <w:rsid w:val="003F5125"/>
    <w:rsid w:val="003F522D"/>
    <w:rsid w:val="003F57DA"/>
    <w:rsid w:val="003F5C96"/>
    <w:rsid w:val="003F5D53"/>
    <w:rsid w:val="003F5EEB"/>
    <w:rsid w:val="003F6537"/>
    <w:rsid w:val="003F669F"/>
    <w:rsid w:val="003F6857"/>
    <w:rsid w:val="003F6A77"/>
    <w:rsid w:val="003F7182"/>
    <w:rsid w:val="003F7A0D"/>
    <w:rsid w:val="00400A39"/>
    <w:rsid w:val="00400E7A"/>
    <w:rsid w:val="00401AA3"/>
    <w:rsid w:val="00401AAB"/>
    <w:rsid w:val="00401B82"/>
    <w:rsid w:val="0040248B"/>
    <w:rsid w:val="00402A23"/>
    <w:rsid w:val="00402A2E"/>
    <w:rsid w:val="00402BE5"/>
    <w:rsid w:val="00403738"/>
    <w:rsid w:val="004038C1"/>
    <w:rsid w:val="004039BB"/>
    <w:rsid w:val="0040440C"/>
    <w:rsid w:val="0040475E"/>
    <w:rsid w:val="004054DF"/>
    <w:rsid w:val="0040579E"/>
    <w:rsid w:val="00406D59"/>
    <w:rsid w:val="0040728A"/>
    <w:rsid w:val="004073B5"/>
    <w:rsid w:val="00407B2C"/>
    <w:rsid w:val="00407CF7"/>
    <w:rsid w:val="00410718"/>
    <w:rsid w:val="0041091E"/>
    <w:rsid w:val="00410F04"/>
    <w:rsid w:val="004114A6"/>
    <w:rsid w:val="00411513"/>
    <w:rsid w:val="0041157F"/>
    <w:rsid w:val="004116C1"/>
    <w:rsid w:val="0041176A"/>
    <w:rsid w:val="00412402"/>
    <w:rsid w:val="004133D4"/>
    <w:rsid w:val="004135D2"/>
    <w:rsid w:val="00413A2E"/>
    <w:rsid w:val="00413FC8"/>
    <w:rsid w:val="0041496D"/>
    <w:rsid w:val="00415489"/>
    <w:rsid w:val="004154B3"/>
    <w:rsid w:val="0041550E"/>
    <w:rsid w:val="004159EE"/>
    <w:rsid w:val="00415BAD"/>
    <w:rsid w:val="00416159"/>
    <w:rsid w:val="0041618C"/>
    <w:rsid w:val="0041699C"/>
    <w:rsid w:val="00416A99"/>
    <w:rsid w:val="0041742F"/>
    <w:rsid w:val="00417667"/>
    <w:rsid w:val="00417DEA"/>
    <w:rsid w:val="00417FC3"/>
    <w:rsid w:val="0042008C"/>
    <w:rsid w:val="00420AD4"/>
    <w:rsid w:val="00420B2C"/>
    <w:rsid w:val="00420BFF"/>
    <w:rsid w:val="00420D92"/>
    <w:rsid w:val="00421A43"/>
    <w:rsid w:val="00421B2A"/>
    <w:rsid w:val="0042270D"/>
    <w:rsid w:val="004227CF"/>
    <w:rsid w:val="00422BB1"/>
    <w:rsid w:val="00422D63"/>
    <w:rsid w:val="00422DAC"/>
    <w:rsid w:val="004230AC"/>
    <w:rsid w:val="0042317B"/>
    <w:rsid w:val="00423481"/>
    <w:rsid w:val="004241F0"/>
    <w:rsid w:val="00424C5F"/>
    <w:rsid w:val="00424CCE"/>
    <w:rsid w:val="00426139"/>
    <w:rsid w:val="00426DD6"/>
    <w:rsid w:val="0042718C"/>
    <w:rsid w:val="00427FF5"/>
    <w:rsid w:val="0043064C"/>
    <w:rsid w:val="004322DD"/>
    <w:rsid w:val="00432694"/>
    <w:rsid w:val="004329A0"/>
    <w:rsid w:val="00432B52"/>
    <w:rsid w:val="00432E12"/>
    <w:rsid w:val="00432FFD"/>
    <w:rsid w:val="00433201"/>
    <w:rsid w:val="0043343D"/>
    <w:rsid w:val="004341C0"/>
    <w:rsid w:val="00434610"/>
    <w:rsid w:val="00434985"/>
    <w:rsid w:val="00434C28"/>
    <w:rsid w:val="0043550B"/>
    <w:rsid w:val="00435584"/>
    <w:rsid w:val="00435797"/>
    <w:rsid w:val="0043689B"/>
    <w:rsid w:val="00436C65"/>
    <w:rsid w:val="00437054"/>
    <w:rsid w:val="004370FD"/>
    <w:rsid w:val="0043734D"/>
    <w:rsid w:val="0043779B"/>
    <w:rsid w:val="00437CF1"/>
    <w:rsid w:val="004403AF"/>
    <w:rsid w:val="00440A09"/>
    <w:rsid w:val="00440B32"/>
    <w:rsid w:val="00440DF6"/>
    <w:rsid w:val="00441113"/>
    <w:rsid w:val="00441480"/>
    <w:rsid w:val="004414BD"/>
    <w:rsid w:val="00442076"/>
    <w:rsid w:val="0044282D"/>
    <w:rsid w:val="00443235"/>
    <w:rsid w:val="00443438"/>
    <w:rsid w:val="004435AA"/>
    <w:rsid w:val="00443800"/>
    <w:rsid w:val="00443C7D"/>
    <w:rsid w:val="00444547"/>
    <w:rsid w:val="004446C7"/>
    <w:rsid w:val="00444EB5"/>
    <w:rsid w:val="00445047"/>
    <w:rsid w:val="00445276"/>
    <w:rsid w:val="00445C06"/>
    <w:rsid w:val="004460F6"/>
    <w:rsid w:val="0044629F"/>
    <w:rsid w:val="0044636E"/>
    <w:rsid w:val="00446FC5"/>
    <w:rsid w:val="00446FE0"/>
    <w:rsid w:val="0044709D"/>
    <w:rsid w:val="00450706"/>
    <w:rsid w:val="00450C55"/>
    <w:rsid w:val="0045102B"/>
    <w:rsid w:val="00451ACD"/>
    <w:rsid w:val="00451E67"/>
    <w:rsid w:val="00451FC4"/>
    <w:rsid w:val="004533B3"/>
    <w:rsid w:val="0045384E"/>
    <w:rsid w:val="004539F1"/>
    <w:rsid w:val="004540B1"/>
    <w:rsid w:val="00454268"/>
    <w:rsid w:val="00454EA2"/>
    <w:rsid w:val="004555A8"/>
    <w:rsid w:val="00456035"/>
    <w:rsid w:val="004565CA"/>
    <w:rsid w:val="0045699A"/>
    <w:rsid w:val="0045727C"/>
    <w:rsid w:val="00457561"/>
    <w:rsid w:val="0045782F"/>
    <w:rsid w:val="00457E26"/>
    <w:rsid w:val="00460692"/>
    <w:rsid w:val="00460835"/>
    <w:rsid w:val="00460926"/>
    <w:rsid w:val="00460ADD"/>
    <w:rsid w:val="00460B1B"/>
    <w:rsid w:val="00460D17"/>
    <w:rsid w:val="00461F9A"/>
    <w:rsid w:val="00462433"/>
    <w:rsid w:val="00462AFA"/>
    <w:rsid w:val="004633AC"/>
    <w:rsid w:val="00464938"/>
    <w:rsid w:val="00465F39"/>
    <w:rsid w:val="004664D6"/>
    <w:rsid w:val="00466CC4"/>
    <w:rsid w:val="004670C5"/>
    <w:rsid w:val="004670EA"/>
    <w:rsid w:val="00467887"/>
    <w:rsid w:val="004701A6"/>
    <w:rsid w:val="00471418"/>
    <w:rsid w:val="004714D8"/>
    <w:rsid w:val="004719AD"/>
    <w:rsid w:val="00471EDF"/>
    <w:rsid w:val="00472025"/>
    <w:rsid w:val="00472597"/>
    <w:rsid w:val="00472C7E"/>
    <w:rsid w:val="00473112"/>
    <w:rsid w:val="00473155"/>
    <w:rsid w:val="004735E9"/>
    <w:rsid w:val="004737FC"/>
    <w:rsid w:val="00473A85"/>
    <w:rsid w:val="00473B5B"/>
    <w:rsid w:val="00474694"/>
    <w:rsid w:val="00474A84"/>
    <w:rsid w:val="00474BD9"/>
    <w:rsid w:val="00475012"/>
    <w:rsid w:val="004752F5"/>
    <w:rsid w:val="0047533D"/>
    <w:rsid w:val="004759CD"/>
    <w:rsid w:val="00475E7D"/>
    <w:rsid w:val="004760C8"/>
    <w:rsid w:val="0047654C"/>
    <w:rsid w:val="00476D11"/>
    <w:rsid w:val="00476E05"/>
    <w:rsid w:val="00477661"/>
    <w:rsid w:val="00477948"/>
    <w:rsid w:val="00477D8E"/>
    <w:rsid w:val="00480371"/>
    <w:rsid w:val="004803E0"/>
    <w:rsid w:val="00480A9A"/>
    <w:rsid w:val="004813BE"/>
    <w:rsid w:val="00481481"/>
    <w:rsid w:val="00481688"/>
    <w:rsid w:val="0048202D"/>
    <w:rsid w:val="0048229A"/>
    <w:rsid w:val="00482B4F"/>
    <w:rsid w:val="00482C79"/>
    <w:rsid w:val="00483113"/>
    <w:rsid w:val="0048324D"/>
    <w:rsid w:val="00483745"/>
    <w:rsid w:val="00483A3E"/>
    <w:rsid w:val="00483D0E"/>
    <w:rsid w:val="00483EBD"/>
    <w:rsid w:val="00484B29"/>
    <w:rsid w:val="00485146"/>
    <w:rsid w:val="0048537C"/>
    <w:rsid w:val="00485A2D"/>
    <w:rsid w:val="004867DF"/>
    <w:rsid w:val="004868FE"/>
    <w:rsid w:val="00486946"/>
    <w:rsid w:val="0048777E"/>
    <w:rsid w:val="0048797D"/>
    <w:rsid w:val="00487A97"/>
    <w:rsid w:val="00487FDD"/>
    <w:rsid w:val="004902EC"/>
    <w:rsid w:val="00490304"/>
    <w:rsid w:val="004903CB"/>
    <w:rsid w:val="004909C2"/>
    <w:rsid w:val="00490AD3"/>
    <w:rsid w:val="00490C3C"/>
    <w:rsid w:val="00490D41"/>
    <w:rsid w:val="004917C8"/>
    <w:rsid w:val="00491A56"/>
    <w:rsid w:val="00491E5A"/>
    <w:rsid w:val="0049233D"/>
    <w:rsid w:val="00492466"/>
    <w:rsid w:val="004927A7"/>
    <w:rsid w:val="00492951"/>
    <w:rsid w:val="00493661"/>
    <w:rsid w:val="00493687"/>
    <w:rsid w:val="00493840"/>
    <w:rsid w:val="00493BAB"/>
    <w:rsid w:val="004942A0"/>
    <w:rsid w:val="0049458B"/>
    <w:rsid w:val="00494C14"/>
    <w:rsid w:val="0049541A"/>
    <w:rsid w:val="00495717"/>
    <w:rsid w:val="00495E62"/>
    <w:rsid w:val="00496134"/>
    <w:rsid w:val="00496F5D"/>
    <w:rsid w:val="0049769F"/>
    <w:rsid w:val="00497760"/>
    <w:rsid w:val="0049799B"/>
    <w:rsid w:val="00497E19"/>
    <w:rsid w:val="004A1233"/>
    <w:rsid w:val="004A131C"/>
    <w:rsid w:val="004A14B0"/>
    <w:rsid w:val="004A1512"/>
    <w:rsid w:val="004A2077"/>
    <w:rsid w:val="004A26B1"/>
    <w:rsid w:val="004A28DF"/>
    <w:rsid w:val="004A2B5C"/>
    <w:rsid w:val="004A3608"/>
    <w:rsid w:val="004A3690"/>
    <w:rsid w:val="004A3973"/>
    <w:rsid w:val="004A437E"/>
    <w:rsid w:val="004A47D9"/>
    <w:rsid w:val="004A4B27"/>
    <w:rsid w:val="004A4E88"/>
    <w:rsid w:val="004A564C"/>
    <w:rsid w:val="004A5A74"/>
    <w:rsid w:val="004A5EFF"/>
    <w:rsid w:val="004A6D01"/>
    <w:rsid w:val="004A7BC7"/>
    <w:rsid w:val="004B0167"/>
    <w:rsid w:val="004B026C"/>
    <w:rsid w:val="004B08D8"/>
    <w:rsid w:val="004B0B86"/>
    <w:rsid w:val="004B0ED3"/>
    <w:rsid w:val="004B0F71"/>
    <w:rsid w:val="004B1026"/>
    <w:rsid w:val="004B1270"/>
    <w:rsid w:val="004B1312"/>
    <w:rsid w:val="004B141D"/>
    <w:rsid w:val="004B19C3"/>
    <w:rsid w:val="004B1BC0"/>
    <w:rsid w:val="004B25CA"/>
    <w:rsid w:val="004B27E1"/>
    <w:rsid w:val="004B2D03"/>
    <w:rsid w:val="004B380D"/>
    <w:rsid w:val="004B38CC"/>
    <w:rsid w:val="004B3A4A"/>
    <w:rsid w:val="004B3C95"/>
    <w:rsid w:val="004B4319"/>
    <w:rsid w:val="004B4B85"/>
    <w:rsid w:val="004B4CA1"/>
    <w:rsid w:val="004B54E3"/>
    <w:rsid w:val="004B5B1A"/>
    <w:rsid w:val="004B5D5E"/>
    <w:rsid w:val="004B60A8"/>
    <w:rsid w:val="004B69E2"/>
    <w:rsid w:val="004B6E24"/>
    <w:rsid w:val="004B6F7F"/>
    <w:rsid w:val="004B7CF3"/>
    <w:rsid w:val="004C01E3"/>
    <w:rsid w:val="004C045B"/>
    <w:rsid w:val="004C0A08"/>
    <w:rsid w:val="004C0D65"/>
    <w:rsid w:val="004C1125"/>
    <w:rsid w:val="004C14FC"/>
    <w:rsid w:val="004C16EA"/>
    <w:rsid w:val="004C1B8F"/>
    <w:rsid w:val="004C2116"/>
    <w:rsid w:val="004C26E4"/>
    <w:rsid w:val="004C2C27"/>
    <w:rsid w:val="004C2E21"/>
    <w:rsid w:val="004C360C"/>
    <w:rsid w:val="004C4C89"/>
    <w:rsid w:val="004C6488"/>
    <w:rsid w:val="004C6889"/>
    <w:rsid w:val="004C6AA6"/>
    <w:rsid w:val="004C740F"/>
    <w:rsid w:val="004D01D8"/>
    <w:rsid w:val="004D08CA"/>
    <w:rsid w:val="004D0A50"/>
    <w:rsid w:val="004D0CB0"/>
    <w:rsid w:val="004D16DC"/>
    <w:rsid w:val="004D1D73"/>
    <w:rsid w:val="004D2C46"/>
    <w:rsid w:val="004D48CF"/>
    <w:rsid w:val="004D4D29"/>
    <w:rsid w:val="004D4DC9"/>
    <w:rsid w:val="004D509B"/>
    <w:rsid w:val="004D51F6"/>
    <w:rsid w:val="004D56A3"/>
    <w:rsid w:val="004D5908"/>
    <w:rsid w:val="004D5FAD"/>
    <w:rsid w:val="004D6105"/>
    <w:rsid w:val="004D624F"/>
    <w:rsid w:val="004D63ED"/>
    <w:rsid w:val="004D666B"/>
    <w:rsid w:val="004D66D4"/>
    <w:rsid w:val="004D67AE"/>
    <w:rsid w:val="004D7405"/>
    <w:rsid w:val="004D75F7"/>
    <w:rsid w:val="004D78EF"/>
    <w:rsid w:val="004D7C30"/>
    <w:rsid w:val="004E13D7"/>
    <w:rsid w:val="004E17B7"/>
    <w:rsid w:val="004E1CEF"/>
    <w:rsid w:val="004E219E"/>
    <w:rsid w:val="004E2509"/>
    <w:rsid w:val="004E2FEB"/>
    <w:rsid w:val="004E3328"/>
    <w:rsid w:val="004E37DD"/>
    <w:rsid w:val="004E3D53"/>
    <w:rsid w:val="004E3F45"/>
    <w:rsid w:val="004E4214"/>
    <w:rsid w:val="004E49C3"/>
    <w:rsid w:val="004E4ABC"/>
    <w:rsid w:val="004E4DC3"/>
    <w:rsid w:val="004E512F"/>
    <w:rsid w:val="004E5528"/>
    <w:rsid w:val="004E5915"/>
    <w:rsid w:val="004E5AEB"/>
    <w:rsid w:val="004E5C00"/>
    <w:rsid w:val="004E5F7E"/>
    <w:rsid w:val="004E62D0"/>
    <w:rsid w:val="004E6612"/>
    <w:rsid w:val="004E6BDA"/>
    <w:rsid w:val="004E7026"/>
    <w:rsid w:val="004F062F"/>
    <w:rsid w:val="004F0B7B"/>
    <w:rsid w:val="004F181F"/>
    <w:rsid w:val="004F185D"/>
    <w:rsid w:val="004F20F8"/>
    <w:rsid w:val="004F30F0"/>
    <w:rsid w:val="004F35EB"/>
    <w:rsid w:val="004F39F4"/>
    <w:rsid w:val="004F3A23"/>
    <w:rsid w:val="004F3A62"/>
    <w:rsid w:val="004F3A72"/>
    <w:rsid w:val="004F3E05"/>
    <w:rsid w:val="004F40AE"/>
    <w:rsid w:val="004F40C4"/>
    <w:rsid w:val="004F40D1"/>
    <w:rsid w:val="004F4354"/>
    <w:rsid w:val="004F4A5A"/>
    <w:rsid w:val="004F4BB6"/>
    <w:rsid w:val="004F4BCE"/>
    <w:rsid w:val="004F4C84"/>
    <w:rsid w:val="004F63C2"/>
    <w:rsid w:val="004F67B4"/>
    <w:rsid w:val="004F72F6"/>
    <w:rsid w:val="004F73E0"/>
    <w:rsid w:val="004F77CA"/>
    <w:rsid w:val="004F7F4C"/>
    <w:rsid w:val="005009F8"/>
    <w:rsid w:val="00500D37"/>
    <w:rsid w:val="00502B2D"/>
    <w:rsid w:val="00502C10"/>
    <w:rsid w:val="00502CF0"/>
    <w:rsid w:val="00503207"/>
    <w:rsid w:val="00503610"/>
    <w:rsid w:val="00503F24"/>
    <w:rsid w:val="00504350"/>
    <w:rsid w:val="00504942"/>
    <w:rsid w:val="00505045"/>
    <w:rsid w:val="005052C5"/>
    <w:rsid w:val="00505CA6"/>
    <w:rsid w:val="00506BFD"/>
    <w:rsid w:val="00506C7F"/>
    <w:rsid w:val="00507087"/>
    <w:rsid w:val="005073F4"/>
    <w:rsid w:val="00507511"/>
    <w:rsid w:val="00507617"/>
    <w:rsid w:val="00507620"/>
    <w:rsid w:val="005077E5"/>
    <w:rsid w:val="005079F8"/>
    <w:rsid w:val="00507B75"/>
    <w:rsid w:val="00507B81"/>
    <w:rsid w:val="00507D1C"/>
    <w:rsid w:val="00510527"/>
    <w:rsid w:val="00510539"/>
    <w:rsid w:val="0051079B"/>
    <w:rsid w:val="005110F3"/>
    <w:rsid w:val="0051133E"/>
    <w:rsid w:val="0051145E"/>
    <w:rsid w:val="00511815"/>
    <w:rsid w:val="00511BDE"/>
    <w:rsid w:val="005121E8"/>
    <w:rsid w:val="00512709"/>
    <w:rsid w:val="00512CD2"/>
    <w:rsid w:val="00512DB9"/>
    <w:rsid w:val="00512EDA"/>
    <w:rsid w:val="00513149"/>
    <w:rsid w:val="00513393"/>
    <w:rsid w:val="0051399B"/>
    <w:rsid w:val="00513F07"/>
    <w:rsid w:val="00514237"/>
    <w:rsid w:val="0051473A"/>
    <w:rsid w:val="00514C97"/>
    <w:rsid w:val="00514D4C"/>
    <w:rsid w:val="00515186"/>
    <w:rsid w:val="00515204"/>
    <w:rsid w:val="0051539B"/>
    <w:rsid w:val="00515673"/>
    <w:rsid w:val="00515CBE"/>
    <w:rsid w:val="00515EDB"/>
    <w:rsid w:val="005162DA"/>
    <w:rsid w:val="00516B3C"/>
    <w:rsid w:val="00517CF9"/>
    <w:rsid w:val="00520432"/>
    <w:rsid w:val="005204C7"/>
    <w:rsid w:val="00520EF5"/>
    <w:rsid w:val="0052164E"/>
    <w:rsid w:val="005216A6"/>
    <w:rsid w:val="00521859"/>
    <w:rsid w:val="005224F5"/>
    <w:rsid w:val="005229E7"/>
    <w:rsid w:val="00522A64"/>
    <w:rsid w:val="00522F76"/>
    <w:rsid w:val="005231BE"/>
    <w:rsid w:val="005249F0"/>
    <w:rsid w:val="00524C3A"/>
    <w:rsid w:val="0052516E"/>
    <w:rsid w:val="005258CD"/>
    <w:rsid w:val="00525984"/>
    <w:rsid w:val="005265C4"/>
    <w:rsid w:val="005278DE"/>
    <w:rsid w:val="005303A2"/>
    <w:rsid w:val="00530910"/>
    <w:rsid w:val="00530EE0"/>
    <w:rsid w:val="00530F49"/>
    <w:rsid w:val="0053113A"/>
    <w:rsid w:val="00531283"/>
    <w:rsid w:val="00531388"/>
    <w:rsid w:val="005317E3"/>
    <w:rsid w:val="00532279"/>
    <w:rsid w:val="005325D3"/>
    <w:rsid w:val="00532A35"/>
    <w:rsid w:val="00532E3E"/>
    <w:rsid w:val="00533098"/>
    <w:rsid w:val="00533230"/>
    <w:rsid w:val="0053389E"/>
    <w:rsid w:val="00533906"/>
    <w:rsid w:val="005342AD"/>
    <w:rsid w:val="00534ACF"/>
    <w:rsid w:val="00534FF8"/>
    <w:rsid w:val="0053540A"/>
    <w:rsid w:val="00535599"/>
    <w:rsid w:val="00535F1E"/>
    <w:rsid w:val="005374A0"/>
    <w:rsid w:val="005374ED"/>
    <w:rsid w:val="00537F80"/>
    <w:rsid w:val="0054016C"/>
    <w:rsid w:val="00541782"/>
    <w:rsid w:val="0054239E"/>
    <w:rsid w:val="00542449"/>
    <w:rsid w:val="0054265F"/>
    <w:rsid w:val="00542978"/>
    <w:rsid w:val="00542C81"/>
    <w:rsid w:val="00542E7E"/>
    <w:rsid w:val="00542F35"/>
    <w:rsid w:val="00543573"/>
    <w:rsid w:val="00543962"/>
    <w:rsid w:val="00544431"/>
    <w:rsid w:val="0054443F"/>
    <w:rsid w:val="00544D25"/>
    <w:rsid w:val="00544D46"/>
    <w:rsid w:val="00544D69"/>
    <w:rsid w:val="005455FB"/>
    <w:rsid w:val="005463FE"/>
    <w:rsid w:val="00547139"/>
    <w:rsid w:val="005474E4"/>
    <w:rsid w:val="0054751B"/>
    <w:rsid w:val="00547963"/>
    <w:rsid w:val="00547B19"/>
    <w:rsid w:val="00547D73"/>
    <w:rsid w:val="00547F42"/>
    <w:rsid w:val="005509AB"/>
    <w:rsid w:val="00551184"/>
    <w:rsid w:val="00551346"/>
    <w:rsid w:val="005518CD"/>
    <w:rsid w:val="00551B74"/>
    <w:rsid w:val="00551C4D"/>
    <w:rsid w:val="00551F8D"/>
    <w:rsid w:val="00552164"/>
    <w:rsid w:val="005521AA"/>
    <w:rsid w:val="0055220B"/>
    <w:rsid w:val="005541CA"/>
    <w:rsid w:val="005543D3"/>
    <w:rsid w:val="005545C9"/>
    <w:rsid w:val="00555770"/>
    <w:rsid w:val="00555A94"/>
    <w:rsid w:val="00556135"/>
    <w:rsid w:val="0055639E"/>
    <w:rsid w:val="005564BA"/>
    <w:rsid w:val="00556559"/>
    <w:rsid w:val="005565C2"/>
    <w:rsid w:val="005570A3"/>
    <w:rsid w:val="0055770F"/>
    <w:rsid w:val="00557CE8"/>
    <w:rsid w:val="005601AF"/>
    <w:rsid w:val="00560492"/>
    <w:rsid w:val="005605E9"/>
    <w:rsid w:val="005608F5"/>
    <w:rsid w:val="00560A2A"/>
    <w:rsid w:val="00560EBB"/>
    <w:rsid w:val="005614DB"/>
    <w:rsid w:val="005616FB"/>
    <w:rsid w:val="005618BC"/>
    <w:rsid w:val="00561B58"/>
    <w:rsid w:val="005629F9"/>
    <w:rsid w:val="00562AB9"/>
    <w:rsid w:val="00565475"/>
    <w:rsid w:val="00565833"/>
    <w:rsid w:val="00565AA5"/>
    <w:rsid w:val="00565D28"/>
    <w:rsid w:val="00566012"/>
    <w:rsid w:val="005678AD"/>
    <w:rsid w:val="00567D6C"/>
    <w:rsid w:val="0056FB96"/>
    <w:rsid w:val="0057013B"/>
    <w:rsid w:val="0057079C"/>
    <w:rsid w:val="00570B91"/>
    <w:rsid w:val="00570DCA"/>
    <w:rsid w:val="00570F4F"/>
    <w:rsid w:val="0057114A"/>
    <w:rsid w:val="00571399"/>
    <w:rsid w:val="0057174F"/>
    <w:rsid w:val="00571825"/>
    <w:rsid w:val="00571A94"/>
    <w:rsid w:val="00571B82"/>
    <w:rsid w:val="00572B89"/>
    <w:rsid w:val="005734FF"/>
    <w:rsid w:val="005739EE"/>
    <w:rsid w:val="00573CE6"/>
    <w:rsid w:val="00574884"/>
    <w:rsid w:val="0057493A"/>
    <w:rsid w:val="00574B37"/>
    <w:rsid w:val="00574BEE"/>
    <w:rsid w:val="005751AB"/>
    <w:rsid w:val="005755B7"/>
    <w:rsid w:val="00575F2F"/>
    <w:rsid w:val="0057619C"/>
    <w:rsid w:val="005768A4"/>
    <w:rsid w:val="00577586"/>
    <w:rsid w:val="0057783E"/>
    <w:rsid w:val="00580CC7"/>
    <w:rsid w:val="00580D8C"/>
    <w:rsid w:val="00581B3F"/>
    <w:rsid w:val="00581D4E"/>
    <w:rsid w:val="005820DE"/>
    <w:rsid w:val="005823F7"/>
    <w:rsid w:val="005828D5"/>
    <w:rsid w:val="00582A18"/>
    <w:rsid w:val="00582D17"/>
    <w:rsid w:val="00582D25"/>
    <w:rsid w:val="00582E7A"/>
    <w:rsid w:val="005839D3"/>
    <w:rsid w:val="005845EC"/>
    <w:rsid w:val="005849ED"/>
    <w:rsid w:val="00584CA8"/>
    <w:rsid w:val="00585BA5"/>
    <w:rsid w:val="00586177"/>
    <w:rsid w:val="005863A3"/>
    <w:rsid w:val="00586928"/>
    <w:rsid w:val="00586E92"/>
    <w:rsid w:val="00586F20"/>
    <w:rsid w:val="0058706D"/>
    <w:rsid w:val="00587351"/>
    <w:rsid w:val="0058779B"/>
    <w:rsid w:val="005901DE"/>
    <w:rsid w:val="00590386"/>
    <w:rsid w:val="00591448"/>
    <w:rsid w:val="005914F6"/>
    <w:rsid w:val="00592313"/>
    <w:rsid w:val="00592837"/>
    <w:rsid w:val="00592B32"/>
    <w:rsid w:val="00592B8E"/>
    <w:rsid w:val="00592CE7"/>
    <w:rsid w:val="00592D09"/>
    <w:rsid w:val="00593B16"/>
    <w:rsid w:val="00594500"/>
    <w:rsid w:val="00594B84"/>
    <w:rsid w:val="00594C90"/>
    <w:rsid w:val="005953C0"/>
    <w:rsid w:val="00595A41"/>
    <w:rsid w:val="00595C18"/>
    <w:rsid w:val="00595D50"/>
    <w:rsid w:val="00596288"/>
    <w:rsid w:val="00596E15"/>
    <w:rsid w:val="00597349"/>
    <w:rsid w:val="00597351"/>
    <w:rsid w:val="00597475"/>
    <w:rsid w:val="00597B03"/>
    <w:rsid w:val="00597C0A"/>
    <w:rsid w:val="005A0705"/>
    <w:rsid w:val="005A07D9"/>
    <w:rsid w:val="005A13E1"/>
    <w:rsid w:val="005A2FD9"/>
    <w:rsid w:val="005A3193"/>
    <w:rsid w:val="005A355E"/>
    <w:rsid w:val="005A3A76"/>
    <w:rsid w:val="005A3C4B"/>
    <w:rsid w:val="005A418E"/>
    <w:rsid w:val="005A4672"/>
    <w:rsid w:val="005A4A84"/>
    <w:rsid w:val="005A4DC5"/>
    <w:rsid w:val="005A5242"/>
    <w:rsid w:val="005A527E"/>
    <w:rsid w:val="005A5C6C"/>
    <w:rsid w:val="005A6031"/>
    <w:rsid w:val="005A63EF"/>
    <w:rsid w:val="005A68B2"/>
    <w:rsid w:val="005A696E"/>
    <w:rsid w:val="005A7203"/>
    <w:rsid w:val="005A7379"/>
    <w:rsid w:val="005A7501"/>
    <w:rsid w:val="005A7550"/>
    <w:rsid w:val="005A75CE"/>
    <w:rsid w:val="005A7A21"/>
    <w:rsid w:val="005A7C71"/>
    <w:rsid w:val="005B02B4"/>
    <w:rsid w:val="005B0430"/>
    <w:rsid w:val="005B0C03"/>
    <w:rsid w:val="005B1D23"/>
    <w:rsid w:val="005B1DE7"/>
    <w:rsid w:val="005B2210"/>
    <w:rsid w:val="005B22EE"/>
    <w:rsid w:val="005B2CC6"/>
    <w:rsid w:val="005B2E00"/>
    <w:rsid w:val="005B2E2A"/>
    <w:rsid w:val="005B2EBD"/>
    <w:rsid w:val="005B2F48"/>
    <w:rsid w:val="005B3935"/>
    <w:rsid w:val="005B47A2"/>
    <w:rsid w:val="005B49BE"/>
    <w:rsid w:val="005B4DD8"/>
    <w:rsid w:val="005B56B7"/>
    <w:rsid w:val="005B56DB"/>
    <w:rsid w:val="005B5BE0"/>
    <w:rsid w:val="005B6F26"/>
    <w:rsid w:val="005B778E"/>
    <w:rsid w:val="005B7D63"/>
    <w:rsid w:val="005B7E8B"/>
    <w:rsid w:val="005C05F9"/>
    <w:rsid w:val="005C11BD"/>
    <w:rsid w:val="005C1314"/>
    <w:rsid w:val="005C13B8"/>
    <w:rsid w:val="005C17AD"/>
    <w:rsid w:val="005C1880"/>
    <w:rsid w:val="005C23FB"/>
    <w:rsid w:val="005C2B83"/>
    <w:rsid w:val="005C3B62"/>
    <w:rsid w:val="005C4038"/>
    <w:rsid w:val="005C43B8"/>
    <w:rsid w:val="005C4573"/>
    <w:rsid w:val="005C5240"/>
    <w:rsid w:val="005C5333"/>
    <w:rsid w:val="005C5976"/>
    <w:rsid w:val="005C619D"/>
    <w:rsid w:val="005C62B7"/>
    <w:rsid w:val="005C6355"/>
    <w:rsid w:val="005C6B3A"/>
    <w:rsid w:val="005D05BE"/>
    <w:rsid w:val="005D0983"/>
    <w:rsid w:val="005D0A83"/>
    <w:rsid w:val="005D1177"/>
    <w:rsid w:val="005D1BB9"/>
    <w:rsid w:val="005D2AB8"/>
    <w:rsid w:val="005D2D29"/>
    <w:rsid w:val="005D3C7C"/>
    <w:rsid w:val="005D3FFA"/>
    <w:rsid w:val="005D4013"/>
    <w:rsid w:val="005D4155"/>
    <w:rsid w:val="005D4281"/>
    <w:rsid w:val="005D4B5D"/>
    <w:rsid w:val="005D5074"/>
    <w:rsid w:val="005D5892"/>
    <w:rsid w:val="005D6046"/>
    <w:rsid w:val="005D6849"/>
    <w:rsid w:val="005D68FA"/>
    <w:rsid w:val="005D6B63"/>
    <w:rsid w:val="005D6C38"/>
    <w:rsid w:val="005D71EA"/>
    <w:rsid w:val="005E01DC"/>
    <w:rsid w:val="005E0621"/>
    <w:rsid w:val="005E0AD0"/>
    <w:rsid w:val="005E1F46"/>
    <w:rsid w:val="005E2001"/>
    <w:rsid w:val="005E22B7"/>
    <w:rsid w:val="005E2569"/>
    <w:rsid w:val="005E265B"/>
    <w:rsid w:val="005E266D"/>
    <w:rsid w:val="005E28B3"/>
    <w:rsid w:val="005E29C2"/>
    <w:rsid w:val="005E2A1B"/>
    <w:rsid w:val="005E2C13"/>
    <w:rsid w:val="005E2F2F"/>
    <w:rsid w:val="005E2FBB"/>
    <w:rsid w:val="005E386C"/>
    <w:rsid w:val="005E4210"/>
    <w:rsid w:val="005E4EED"/>
    <w:rsid w:val="005E5918"/>
    <w:rsid w:val="005E5ACB"/>
    <w:rsid w:val="005E6511"/>
    <w:rsid w:val="005E6B03"/>
    <w:rsid w:val="005E78E6"/>
    <w:rsid w:val="005E7BF8"/>
    <w:rsid w:val="005E7E78"/>
    <w:rsid w:val="005E7FC3"/>
    <w:rsid w:val="005F010D"/>
    <w:rsid w:val="005F01B0"/>
    <w:rsid w:val="005F03FB"/>
    <w:rsid w:val="005F13DE"/>
    <w:rsid w:val="005F1668"/>
    <w:rsid w:val="005F2022"/>
    <w:rsid w:val="005F28FC"/>
    <w:rsid w:val="005F2C41"/>
    <w:rsid w:val="005F2F59"/>
    <w:rsid w:val="005F305A"/>
    <w:rsid w:val="005F348B"/>
    <w:rsid w:val="005F4182"/>
    <w:rsid w:val="005F43D8"/>
    <w:rsid w:val="005F485E"/>
    <w:rsid w:val="005F4F05"/>
    <w:rsid w:val="005F6146"/>
    <w:rsid w:val="005F6FE5"/>
    <w:rsid w:val="005F73BA"/>
    <w:rsid w:val="005F7D91"/>
    <w:rsid w:val="005F7FBB"/>
    <w:rsid w:val="00600264"/>
    <w:rsid w:val="00600FC6"/>
    <w:rsid w:val="0060169A"/>
    <w:rsid w:val="00601760"/>
    <w:rsid w:val="00601794"/>
    <w:rsid w:val="00601829"/>
    <w:rsid w:val="00601BC3"/>
    <w:rsid w:val="00601F34"/>
    <w:rsid w:val="00602548"/>
    <w:rsid w:val="0060281F"/>
    <w:rsid w:val="00602CC0"/>
    <w:rsid w:val="00602ECD"/>
    <w:rsid w:val="00603AFD"/>
    <w:rsid w:val="00603D0C"/>
    <w:rsid w:val="0060474D"/>
    <w:rsid w:val="00604877"/>
    <w:rsid w:val="00604C52"/>
    <w:rsid w:val="00604DAC"/>
    <w:rsid w:val="00604DB2"/>
    <w:rsid w:val="00604DBC"/>
    <w:rsid w:val="00605699"/>
    <w:rsid w:val="00605824"/>
    <w:rsid w:val="00606D1B"/>
    <w:rsid w:val="006077D4"/>
    <w:rsid w:val="0061019A"/>
    <w:rsid w:val="006103BB"/>
    <w:rsid w:val="00610407"/>
    <w:rsid w:val="0061093B"/>
    <w:rsid w:val="00610D54"/>
    <w:rsid w:val="0061102B"/>
    <w:rsid w:val="00611872"/>
    <w:rsid w:val="00612113"/>
    <w:rsid w:val="0061223A"/>
    <w:rsid w:val="00612729"/>
    <w:rsid w:val="00612F79"/>
    <w:rsid w:val="00613C0F"/>
    <w:rsid w:val="00613E21"/>
    <w:rsid w:val="0061423B"/>
    <w:rsid w:val="0061438A"/>
    <w:rsid w:val="0061466D"/>
    <w:rsid w:val="00614B79"/>
    <w:rsid w:val="0061534D"/>
    <w:rsid w:val="00615C71"/>
    <w:rsid w:val="00616175"/>
    <w:rsid w:val="006161BC"/>
    <w:rsid w:val="00616CFE"/>
    <w:rsid w:val="0061760E"/>
    <w:rsid w:val="006176BC"/>
    <w:rsid w:val="00617960"/>
    <w:rsid w:val="00617B49"/>
    <w:rsid w:val="00617C27"/>
    <w:rsid w:val="00617C87"/>
    <w:rsid w:val="00620477"/>
    <w:rsid w:val="0062156A"/>
    <w:rsid w:val="00621BAF"/>
    <w:rsid w:val="00621E5A"/>
    <w:rsid w:val="0062224D"/>
    <w:rsid w:val="0062225B"/>
    <w:rsid w:val="00622646"/>
    <w:rsid w:val="00622747"/>
    <w:rsid w:val="00622D76"/>
    <w:rsid w:val="00622F74"/>
    <w:rsid w:val="00623053"/>
    <w:rsid w:val="00624395"/>
    <w:rsid w:val="006244D1"/>
    <w:rsid w:val="0062473E"/>
    <w:rsid w:val="0062510B"/>
    <w:rsid w:val="006254D1"/>
    <w:rsid w:val="0062563A"/>
    <w:rsid w:val="0062655F"/>
    <w:rsid w:val="006276CA"/>
    <w:rsid w:val="0062797D"/>
    <w:rsid w:val="00627A26"/>
    <w:rsid w:val="0063021A"/>
    <w:rsid w:val="0063045E"/>
    <w:rsid w:val="006308C5"/>
    <w:rsid w:val="00630993"/>
    <w:rsid w:val="00630A16"/>
    <w:rsid w:val="00630A6F"/>
    <w:rsid w:val="0063127D"/>
    <w:rsid w:val="0063142B"/>
    <w:rsid w:val="006314F3"/>
    <w:rsid w:val="00631801"/>
    <w:rsid w:val="00632276"/>
    <w:rsid w:val="006324C1"/>
    <w:rsid w:val="006326C4"/>
    <w:rsid w:val="00632CA7"/>
    <w:rsid w:val="00632E8D"/>
    <w:rsid w:val="00633088"/>
    <w:rsid w:val="00633850"/>
    <w:rsid w:val="00634B2B"/>
    <w:rsid w:val="0063528F"/>
    <w:rsid w:val="00635297"/>
    <w:rsid w:val="00635A5A"/>
    <w:rsid w:val="00635D1C"/>
    <w:rsid w:val="006361AA"/>
    <w:rsid w:val="00636358"/>
    <w:rsid w:val="00636390"/>
    <w:rsid w:val="0063699F"/>
    <w:rsid w:val="006370DD"/>
    <w:rsid w:val="006375E5"/>
    <w:rsid w:val="00637D17"/>
    <w:rsid w:val="00637ED7"/>
    <w:rsid w:val="00640320"/>
    <w:rsid w:val="006406D1"/>
    <w:rsid w:val="00641712"/>
    <w:rsid w:val="00641961"/>
    <w:rsid w:val="00641DDC"/>
    <w:rsid w:val="00642595"/>
    <w:rsid w:val="0064264E"/>
    <w:rsid w:val="00642B22"/>
    <w:rsid w:val="00642D0E"/>
    <w:rsid w:val="00642F17"/>
    <w:rsid w:val="0064394D"/>
    <w:rsid w:val="00643C51"/>
    <w:rsid w:val="00644C7B"/>
    <w:rsid w:val="0064509B"/>
    <w:rsid w:val="00646372"/>
    <w:rsid w:val="00646456"/>
    <w:rsid w:val="006468E0"/>
    <w:rsid w:val="006469DA"/>
    <w:rsid w:val="00646D9F"/>
    <w:rsid w:val="006476A2"/>
    <w:rsid w:val="00650483"/>
    <w:rsid w:val="00650725"/>
    <w:rsid w:val="00650BCF"/>
    <w:rsid w:val="00650F0F"/>
    <w:rsid w:val="00651001"/>
    <w:rsid w:val="0065114D"/>
    <w:rsid w:val="00651938"/>
    <w:rsid w:val="00652172"/>
    <w:rsid w:val="0065229A"/>
    <w:rsid w:val="006529FD"/>
    <w:rsid w:val="00652B09"/>
    <w:rsid w:val="00653C4C"/>
    <w:rsid w:val="00653E55"/>
    <w:rsid w:val="00654372"/>
    <w:rsid w:val="006543D4"/>
    <w:rsid w:val="00654616"/>
    <w:rsid w:val="00654C14"/>
    <w:rsid w:val="00655277"/>
    <w:rsid w:val="00655DCD"/>
    <w:rsid w:val="0065602F"/>
    <w:rsid w:val="0065607D"/>
    <w:rsid w:val="0065672D"/>
    <w:rsid w:val="00656E8C"/>
    <w:rsid w:val="00656EE9"/>
    <w:rsid w:val="00657CB9"/>
    <w:rsid w:val="0066007E"/>
    <w:rsid w:val="0066035B"/>
    <w:rsid w:val="006605B0"/>
    <w:rsid w:val="00660889"/>
    <w:rsid w:val="0066168F"/>
    <w:rsid w:val="006616C3"/>
    <w:rsid w:val="0066197B"/>
    <w:rsid w:val="006624BC"/>
    <w:rsid w:val="00662C72"/>
    <w:rsid w:val="006630A9"/>
    <w:rsid w:val="0066438C"/>
    <w:rsid w:val="00664883"/>
    <w:rsid w:val="00664991"/>
    <w:rsid w:val="0066515E"/>
    <w:rsid w:val="00665772"/>
    <w:rsid w:val="00665A57"/>
    <w:rsid w:val="00665C5B"/>
    <w:rsid w:val="00665E82"/>
    <w:rsid w:val="00665F28"/>
    <w:rsid w:val="00665FFA"/>
    <w:rsid w:val="00666652"/>
    <w:rsid w:val="00666940"/>
    <w:rsid w:val="00666DBD"/>
    <w:rsid w:val="00667346"/>
    <w:rsid w:val="00667535"/>
    <w:rsid w:val="00667B1A"/>
    <w:rsid w:val="00667D6C"/>
    <w:rsid w:val="00670419"/>
    <w:rsid w:val="00671621"/>
    <w:rsid w:val="00671A9F"/>
    <w:rsid w:val="00672209"/>
    <w:rsid w:val="00672310"/>
    <w:rsid w:val="00672341"/>
    <w:rsid w:val="00672454"/>
    <w:rsid w:val="006729AB"/>
    <w:rsid w:val="00672BC3"/>
    <w:rsid w:val="00672CA7"/>
    <w:rsid w:val="00673009"/>
    <w:rsid w:val="00673014"/>
    <w:rsid w:val="006739A7"/>
    <w:rsid w:val="00673E05"/>
    <w:rsid w:val="00673FE7"/>
    <w:rsid w:val="00674343"/>
    <w:rsid w:val="0067440B"/>
    <w:rsid w:val="0067455C"/>
    <w:rsid w:val="00674AE8"/>
    <w:rsid w:val="006750C1"/>
    <w:rsid w:val="00675C34"/>
    <w:rsid w:val="00675C62"/>
    <w:rsid w:val="006767AF"/>
    <w:rsid w:val="00676ACA"/>
    <w:rsid w:val="00676C8C"/>
    <w:rsid w:val="00676DCB"/>
    <w:rsid w:val="00677395"/>
    <w:rsid w:val="00677895"/>
    <w:rsid w:val="00677A93"/>
    <w:rsid w:val="00677BB8"/>
    <w:rsid w:val="0068062A"/>
    <w:rsid w:val="00680872"/>
    <w:rsid w:val="00680884"/>
    <w:rsid w:val="006808CD"/>
    <w:rsid w:val="00680CB3"/>
    <w:rsid w:val="00680D36"/>
    <w:rsid w:val="00681BEF"/>
    <w:rsid w:val="00681C37"/>
    <w:rsid w:val="00681EEE"/>
    <w:rsid w:val="006823D4"/>
    <w:rsid w:val="00682409"/>
    <w:rsid w:val="0068271C"/>
    <w:rsid w:val="00682A24"/>
    <w:rsid w:val="00682B61"/>
    <w:rsid w:val="00682BA4"/>
    <w:rsid w:val="00682D15"/>
    <w:rsid w:val="0068341F"/>
    <w:rsid w:val="006837BC"/>
    <w:rsid w:val="00683AEE"/>
    <w:rsid w:val="00683DD0"/>
    <w:rsid w:val="006842AA"/>
    <w:rsid w:val="00684A50"/>
    <w:rsid w:val="00684E52"/>
    <w:rsid w:val="00684EDE"/>
    <w:rsid w:val="00684FC0"/>
    <w:rsid w:val="0068554B"/>
    <w:rsid w:val="0068583A"/>
    <w:rsid w:val="00685BF8"/>
    <w:rsid w:val="00685E51"/>
    <w:rsid w:val="006860FC"/>
    <w:rsid w:val="0068611E"/>
    <w:rsid w:val="00686634"/>
    <w:rsid w:val="00686BE1"/>
    <w:rsid w:val="00687625"/>
    <w:rsid w:val="0069000A"/>
    <w:rsid w:val="0069009F"/>
    <w:rsid w:val="00690352"/>
    <w:rsid w:val="00691110"/>
    <w:rsid w:val="00691CCA"/>
    <w:rsid w:val="00692BFB"/>
    <w:rsid w:val="00692CB5"/>
    <w:rsid w:val="00693089"/>
    <w:rsid w:val="00693452"/>
    <w:rsid w:val="00693C9B"/>
    <w:rsid w:val="00693FE3"/>
    <w:rsid w:val="00694B31"/>
    <w:rsid w:val="0069537C"/>
    <w:rsid w:val="00695616"/>
    <w:rsid w:val="00695A5A"/>
    <w:rsid w:val="00695D8C"/>
    <w:rsid w:val="006961DD"/>
    <w:rsid w:val="006963A8"/>
    <w:rsid w:val="00696790"/>
    <w:rsid w:val="00696880"/>
    <w:rsid w:val="00696AED"/>
    <w:rsid w:val="00696BBD"/>
    <w:rsid w:val="00697606"/>
    <w:rsid w:val="00697742"/>
    <w:rsid w:val="00697C87"/>
    <w:rsid w:val="006A19C9"/>
    <w:rsid w:val="006A1F90"/>
    <w:rsid w:val="006A23DC"/>
    <w:rsid w:val="006A3305"/>
    <w:rsid w:val="006A3A8A"/>
    <w:rsid w:val="006A4145"/>
    <w:rsid w:val="006A45B8"/>
    <w:rsid w:val="006A46C0"/>
    <w:rsid w:val="006A4D54"/>
    <w:rsid w:val="006A53CC"/>
    <w:rsid w:val="006A55C5"/>
    <w:rsid w:val="006A5BE9"/>
    <w:rsid w:val="006A5EF4"/>
    <w:rsid w:val="006A6B26"/>
    <w:rsid w:val="006A6D74"/>
    <w:rsid w:val="006A701C"/>
    <w:rsid w:val="006A7030"/>
    <w:rsid w:val="006A79AB"/>
    <w:rsid w:val="006B029A"/>
    <w:rsid w:val="006B08AD"/>
    <w:rsid w:val="006B0AED"/>
    <w:rsid w:val="006B0F38"/>
    <w:rsid w:val="006B0F42"/>
    <w:rsid w:val="006B1304"/>
    <w:rsid w:val="006B1BF8"/>
    <w:rsid w:val="006B319B"/>
    <w:rsid w:val="006B32F2"/>
    <w:rsid w:val="006B3666"/>
    <w:rsid w:val="006B3693"/>
    <w:rsid w:val="006B36B9"/>
    <w:rsid w:val="006B3849"/>
    <w:rsid w:val="006B396F"/>
    <w:rsid w:val="006B4535"/>
    <w:rsid w:val="006B4674"/>
    <w:rsid w:val="006B4A65"/>
    <w:rsid w:val="006B4A88"/>
    <w:rsid w:val="006B4E60"/>
    <w:rsid w:val="006B50C2"/>
    <w:rsid w:val="006B5209"/>
    <w:rsid w:val="006B56F2"/>
    <w:rsid w:val="006B5728"/>
    <w:rsid w:val="006B5744"/>
    <w:rsid w:val="006B5907"/>
    <w:rsid w:val="006B5A86"/>
    <w:rsid w:val="006B6478"/>
    <w:rsid w:val="006B716B"/>
    <w:rsid w:val="006B7871"/>
    <w:rsid w:val="006B78C0"/>
    <w:rsid w:val="006B79B3"/>
    <w:rsid w:val="006B7C7C"/>
    <w:rsid w:val="006B7EB0"/>
    <w:rsid w:val="006B7ED5"/>
    <w:rsid w:val="006B7F60"/>
    <w:rsid w:val="006C033C"/>
    <w:rsid w:val="006C0AA2"/>
    <w:rsid w:val="006C1350"/>
    <w:rsid w:val="006C16E6"/>
    <w:rsid w:val="006C1D3B"/>
    <w:rsid w:val="006C25C5"/>
    <w:rsid w:val="006C27F9"/>
    <w:rsid w:val="006C29B7"/>
    <w:rsid w:val="006C3441"/>
    <w:rsid w:val="006C3494"/>
    <w:rsid w:val="006C3DA7"/>
    <w:rsid w:val="006C3E00"/>
    <w:rsid w:val="006C4F33"/>
    <w:rsid w:val="006C5B15"/>
    <w:rsid w:val="006C5E19"/>
    <w:rsid w:val="006C61F4"/>
    <w:rsid w:val="006C6758"/>
    <w:rsid w:val="006C67B2"/>
    <w:rsid w:val="006C6F3F"/>
    <w:rsid w:val="006C77C6"/>
    <w:rsid w:val="006C7D41"/>
    <w:rsid w:val="006D0063"/>
    <w:rsid w:val="006D0CA3"/>
    <w:rsid w:val="006D1186"/>
    <w:rsid w:val="006D1F6B"/>
    <w:rsid w:val="006D23A9"/>
    <w:rsid w:val="006D285E"/>
    <w:rsid w:val="006D292C"/>
    <w:rsid w:val="006D29A0"/>
    <w:rsid w:val="006D2B35"/>
    <w:rsid w:val="006D2E20"/>
    <w:rsid w:val="006D32EE"/>
    <w:rsid w:val="006D334D"/>
    <w:rsid w:val="006D36A8"/>
    <w:rsid w:val="006D3C4D"/>
    <w:rsid w:val="006D3F91"/>
    <w:rsid w:val="006D415E"/>
    <w:rsid w:val="006D4A92"/>
    <w:rsid w:val="006D55FC"/>
    <w:rsid w:val="006D5FF7"/>
    <w:rsid w:val="006D6455"/>
    <w:rsid w:val="006D6D62"/>
    <w:rsid w:val="006D6DF1"/>
    <w:rsid w:val="006D6EE1"/>
    <w:rsid w:val="006D7586"/>
    <w:rsid w:val="006D776F"/>
    <w:rsid w:val="006D7ED7"/>
    <w:rsid w:val="006E0704"/>
    <w:rsid w:val="006E1753"/>
    <w:rsid w:val="006E1AB9"/>
    <w:rsid w:val="006E28D5"/>
    <w:rsid w:val="006E292C"/>
    <w:rsid w:val="006E3465"/>
    <w:rsid w:val="006E3B47"/>
    <w:rsid w:val="006E3C58"/>
    <w:rsid w:val="006E4184"/>
    <w:rsid w:val="006E444C"/>
    <w:rsid w:val="006E4556"/>
    <w:rsid w:val="006E45E4"/>
    <w:rsid w:val="006E4782"/>
    <w:rsid w:val="006E49A5"/>
    <w:rsid w:val="006E4BB4"/>
    <w:rsid w:val="006E4E2A"/>
    <w:rsid w:val="006E64D7"/>
    <w:rsid w:val="006E6670"/>
    <w:rsid w:val="006E7097"/>
    <w:rsid w:val="006E73E5"/>
    <w:rsid w:val="006E757D"/>
    <w:rsid w:val="006E775D"/>
    <w:rsid w:val="006E7A2E"/>
    <w:rsid w:val="006F072C"/>
    <w:rsid w:val="006F0AD5"/>
    <w:rsid w:val="006F0EBE"/>
    <w:rsid w:val="006F11C2"/>
    <w:rsid w:val="006F1CB6"/>
    <w:rsid w:val="006F2A66"/>
    <w:rsid w:val="006F2FDE"/>
    <w:rsid w:val="006F32DB"/>
    <w:rsid w:val="006F334B"/>
    <w:rsid w:val="006F350D"/>
    <w:rsid w:val="006F392A"/>
    <w:rsid w:val="006F3991"/>
    <w:rsid w:val="006F3AA5"/>
    <w:rsid w:val="006F455C"/>
    <w:rsid w:val="006F493A"/>
    <w:rsid w:val="006F4E8E"/>
    <w:rsid w:val="006F50D2"/>
    <w:rsid w:val="006F5204"/>
    <w:rsid w:val="006F55E0"/>
    <w:rsid w:val="006F67DD"/>
    <w:rsid w:val="006F710F"/>
    <w:rsid w:val="006F760E"/>
    <w:rsid w:val="006F7695"/>
    <w:rsid w:val="006F7D6D"/>
    <w:rsid w:val="0070029E"/>
    <w:rsid w:val="0070039B"/>
    <w:rsid w:val="007014B3"/>
    <w:rsid w:val="00701F1F"/>
    <w:rsid w:val="00702947"/>
    <w:rsid w:val="0070360F"/>
    <w:rsid w:val="0070365A"/>
    <w:rsid w:val="00703952"/>
    <w:rsid w:val="00703D0B"/>
    <w:rsid w:val="00704232"/>
    <w:rsid w:val="00704CE9"/>
    <w:rsid w:val="00705904"/>
    <w:rsid w:val="007060A1"/>
    <w:rsid w:val="0070710B"/>
    <w:rsid w:val="00707190"/>
    <w:rsid w:val="00707219"/>
    <w:rsid w:val="0070722F"/>
    <w:rsid w:val="00707B87"/>
    <w:rsid w:val="00710104"/>
    <w:rsid w:val="0071013E"/>
    <w:rsid w:val="00710258"/>
    <w:rsid w:val="00710424"/>
    <w:rsid w:val="00710932"/>
    <w:rsid w:val="00710C3C"/>
    <w:rsid w:val="00710E06"/>
    <w:rsid w:val="007113DC"/>
    <w:rsid w:val="007114E0"/>
    <w:rsid w:val="00711872"/>
    <w:rsid w:val="00711BB1"/>
    <w:rsid w:val="00712A05"/>
    <w:rsid w:val="00712B23"/>
    <w:rsid w:val="00712D81"/>
    <w:rsid w:val="00712DB1"/>
    <w:rsid w:val="00713578"/>
    <w:rsid w:val="00713770"/>
    <w:rsid w:val="00713DD6"/>
    <w:rsid w:val="00713DE5"/>
    <w:rsid w:val="007142BE"/>
    <w:rsid w:val="00714910"/>
    <w:rsid w:val="00714FC2"/>
    <w:rsid w:val="00715B2C"/>
    <w:rsid w:val="007160E5"/>
    <w:rsid w:val="00716329"/>
    <w:rsid w:val="007166D0"/>
    <w:rsid w:val="00716858"/>
    <w:rsid w:val="007168C1"/>
    <w:rsid w:val="00716EBF"/>
    <w:rsid w:val="00717188"/>
    <w:rsid w:val="007171C8"/>
    <w:rsid w:val="007176C8"/>
    <w:rsid w:val="00717B80"/>
    <w:rsid w:val="00717BDB"/>
    <w:rsid w:val="00717CB5"/>
    <w:rsid w:val="007208A9"/>
    <w:rsid w:val="007208C7"/>
    <w:rsid w:val="00720AFA"/>
    <w:rsid w:val="00720B3A"/>
    <w:rsid w:val="00720CA9"/>
    <w:rsid w:val="00720D8B"/>
    <w:rsid w:val="00720E84"/>
    <w:rsid w:val="0072102F"/>
    <w:rsid w:val="00721246"/>
    <w:rsid w:val="00721986"/>
    <w:rsid w:val="00722336"/>
    <w:rsid w:val="0072258C"/>
    <w:rsid w:val="00722650"/>
    <w:rsid w:val="007228E6"/>
    <w:rsid w:val="00722945"/>
    <w:rsid w:val="00722C79"/>
    <w:rsid w:val="00723218"/>
    <w:rsid w:val="00723260"/>
    <w:rsid w:val="00723350"/>
    <w:rsid w:val="007234B0"/>
    <w:rsid w:val="00724B5E"/>
    <w:rsid w:val="0072516A"/>
    <w:rsid w:val="00725532"/>
    <w:rsid w:val="00725893"/>
    <w:rsid w:val="00726001"/>
    <w:rsid w:val="00726985"/>
    <w:rsid w:val="00726F2E"/>
    <w:rsid w:val="00727902"/>
    <w:rsid w:val="0072798F"/>
    <w:rsid w:val="00730E76"/>
    <w:rsid w:val="007315DA"/>
    <w:rsid w:val="007315E8"/>
    <w:rsid w:val="007317CE"/>
    <w:rsid w:val="00731C00"/>
    <w:rsid w:val="00732067"/>
    <w:rsid w:val="007320D3"/>
    <w:rsid w:val="0073222A"/>
    <w:rsid w:val="007325F5"/>
    <w:rsid w:val="00732EAF"/>
    <w:rsid w:val="00732FFE"/>
    <w:rsid w:val="00733096"/>
    <w:rsid w:val="00733102"/>
    <w:rsid w:val="0073335F"/>
    <w:rsid w:val="0073355E"/>
    <w:rsid w:val="00733723"/>
    <w:rsid w:val="00733F31"/>
    <w:rsid w:val="00733F57"/>
    <w:rsid w:val="0073569C"/>
    <w:rsid w:val="00735839"/>
    <w:rsid w:val="00735EF0"/>
    <w:rsid w:val="00736386"/>
    <w:rsid w:val="007369DF"/>
    <w:rsid w:val="00736E04"/>
    <w:rsid w:val="007376B8"/>
    <w:rsid w:val="00737982"/>
    <w:rsid w:val="007407B2"/>
    <w:rsid w:val="00740813"/>
    <w:rsid w:val="00740F17"/>
    <w:rsid w:val="00741303"/>
    <w:rsid w:val="00741F49"/>
    <w:rsid w:val="00741F69"/>
    <w:rsid w:val="007424BD"/>
    <w:rsid w:val="0074268A"/>
    <w:rsid w:val="0074273D"/>
    <w:rsid w:val="00742BD7"/>
    <w:rsid w:val="0074309B"/>
    <w:rsid w:val="007435CA"/>
    <w:rsid w:val="007441F0"/>
    <w:rsid w:val="00744292"/>
    <w:rsid w:val="00745A7F"/>
    <w:rsid w:val="00745EE2"/>
    <w:rsid w:val="00745FB8"/>
    <w:rsid w:val="0074616F"/>
    <w:rsid w:val="007471E3"/>
    <w:rsid w:val="007474D3"/>
    <w:rsid w:val="00747545"/>
    <w:rsid w:val="0074763B"/>
    <w:rsid w:val="00747662"/>
    <w:rsid w:val="00747667"/>
    <w:rsid w:val="007476C4"/>
    <w:rsid w:val="00747B14"/>
    <w:rsid w:val="00747B81"/>
    <w:rsid w:val="0075023A"/>
    <w:rsid w:val="0075109F"/>
    <w:rsid w:val="007515FD"/>
    <w:rsid w:val="0075220A"/>
    <w:rsid w:val="007524B2"/>
    <w:rsid w:val="0075261B"/>
    <w:rsid w:val="007526F3"/>
    <w:rsid w:val="00752991"/>
    <w:rsid w:val="00752DA6"/>
    <w:rsid w:val="00753CB6"/>
    <w:rsid w:val="00753CC4"/>
    <w:rsid w:val="00753E58"/>
    <w:rsid w:val="007540CE"/>
    <w:rsid w:val="00754366"/>
    <w:rsid w:val="00754546"/>
    <w:rsid w:val="0075462A"/>
    <w:rsid w:val="00754B2D"/>
    <w:rsid w:val="00754C1F"/>
    <w:rsid w:val="0075560C"/>
    <w:rsid w:val="0075568B"/>
    <w:rsid w:val="0075668A"/>
    <w:rsid w:val="00756B48"/>
    <w:rsid w:val="00756C08"/>
    <w:rsid w:val="007577DA"/>
    <w:rsid w:val="00757AD4"/>
    <w:rsid w:val="00757C20"/>
    <w:rsid w:val="00760B1F"/>
    <w:rsid w:val="00760B6D"/>
    <w:rsid w:val="00760D23"/>
    <w:rsid w:val="007612F9"/>
    <w:rsid w:val="007613E2"/>
    <w:rsid w:val="00762512"/>
    <w:rsid w:val="007625BD"/>
    <w:rsid w:val="00762965"/>
    <w:rsid w:val="00762E50"/>
    <w:rsid w:val="007631F9"/>
    <w:rsid w:val="007635A1"/>
    <w:rsid w:val="00763C42"/>
    <w:rsid w:val="0076496C"/>
    <w:rsid w:val="00764DEC"/>
    <w:rsid w:val="00765131"/>
    <w:rsid w:val="0076634B"/>
    <w:rsid w:val="00766590"/>
    <w:rsid w:val="007666E2"/>
    <w:rsid w:val="00766E71"/>
    <w:rsid w:val="00767028"/>
    <w:rsid w:val="007671B0"/>
    <w:rsid w:val="0076735F"/>
    <w:rsid w:val="007675AC"/>
    <w:rsid w:val="0076792F"/>
    <w:rsid w:val="007679C7"/>
    <w:rsid w:val="0077022F"/>
    <w:rsid w:val="00770726"/>
    <w:rsid w:val="0077093A"/>
    <w:rsid w:val="00770CE9"/>
    <w:rsid w:val="00772104"/>
    <w:rsid w:val="0077297E"/>
    <w:rsid w:val="0077319B"/>
    <w:rsid w:val="0077336E"/>
    <w:rsid w:val="00773393"/>
    <w:rsid w:val="0077349A"/>
    <w:rsid w:val="00773676"/>
    <w:rsid w:val="00773B37"/>
    <w:rsid w:val="00773E18"/>
    <w:rsid w:val="00773F14"/>
    <w:rsid w:val="00774201"/>
    <w:rsid w:val="0077424B"/>
    <w:rsid w:val="00774499"/>
    <w:rsid w:val="00774ACD"/>
    <w:rsid w:val="0077513F"/>
    <w:rsid w:val="007751F1"/>
    <w:rsid w:val="00775408"/>
    <w:rsid w:val="00775532"/>
    <w:rsid w:val="00775910"/>
    <w:rsid w:val="00775A8E"/>
    <w:rsid w:val="00775F3D"/>
    <w:rsid w:val="00776010"/>
    <w:rsid w:val="00776166"/>
    <w:rsid w:val="007766B0"/>
    <w:rsid w:val="00776DC1"/>
    <w:rsid w:val="007770CC"/>
    <w:rsid w:val="0077724F"/>
    <w:rsid w:val="00777A49"/>
    <w:rsid w:val="00777C9E"/>
    <w:rsid w:val="007803AC"/>
    <w:rsid w:val="007803F4"/>
    <w:rsid w:val="00780674"/>
    <w:rsid w:val="00780E7D"/>
    <w:rsid w:val="00781181"/>
    <w:rsid w:val="00781590"/>
    <w:rsid w:val="0078160E"/>
    <w:rsid w:val="00781F60"/>
    <w:rsid w:val="00782172"/>
    <w:rsid w:val="0078292B"/>
    <w:rsid w:val="00782BE5"/>
    <w:rsid w:val="00782F09"/>
    <w:rsid w:val="00783827"/>
    <w:rsid w:val="0078387B"/>
    <w:rsid w:val="00783B9B"/>
    <w:rsid w:val="007851F7"/>
    <w:rsid w:val="0078658E"/>
    <w:rsid w:val="00786679"/>
    <w:rsid w:val="00786828"/>
    <w:rsid w:val="00786B40"/>
    <w:rsid w:val="00786FA2"/>
    <w:rsid w:val="00787063"/>
    <w:rsid w:val="00787B81"/>
    <w:rsid w:val="00790164"/>
    <w:rsid w:val="007908A7"/>
    <w:rsid w:val="00790996"/>
    <w:rsid w:val="00790FD9"/>
    <w:rsid w:val="00791134"/>
    <w:rsid w:val="00791ACA"/>
    <w:rsid w:val="0079229A"/>
    <w:rsid w:val="007927CA"/>
    <w:rsid w:val="00792AAD"/>
    <w:rsid w:val="00792EEE"/>
    <w:rsid w:val="007936FD"/>
    <w:rsid w:val="00793871"/>
    <w:rsid w:val="00793AFB"/>
    <w:rsid w:val="00793D90"/>
    <w:rsid w:val="0079410E"/>
    <w:rsid w:val="007941AF"/>
    <w:rsid w:val="007941B8"/>
    <w:rsid w:val="00794818"/>
    <w:rsid w:val="007948EC"/>
    <w:rsid w:val="00794BF0"/>
    <w:rsid w:val="00794C97"/>
    <w:rsid w:val="0079572B"/>
    <w:rsid w:val="007958F2"/>
    <w:rsid w:val="00795974"/>
    <w:rsid w:val="00796ACB"/>
    <w:rsid w:val="00796B8F"/>
    <w:rsid w:val="00796CD5"/>
    <w:rsid w:val="00796DC9"/>
    <w:rsid w:val="007970FE"/>
    <w:rsid w:val="007971E3"/>
    <w:rsid w:val="0079756B"/>
    <w:rsid w:val="007979C7"/>
    <w:rsid w:val="007A017C"/>
    <w:rsid w:val="007A0356"/>
    <w:rsid w:val="007A1645"/>
    <w:rsid w:val="007A1926"/>
    <w:rsid w:val="007A206A"/>
    <w:rsid w:val="007A215A"/>
    <w:rsid w:val="007A2450"/>
    <w:rsid w:val="007A2E63"/>
    <w:rsid w:val="007A3115"/>
    <w:rsid w:val="007A34B9"/>
    <w:rsid w:val="007A4001"/>
    <w:rsid w:val="007A4070"/>
    <w:rsid w:val="007A4DAD"/>
    <w:rsid w:val="007A5AA7"/>
    <w:rsid w:val="007A5CDF"/>
    <w:rsid w:val="007A5D28"/>
    <w:rsid w:val="007A62C4"/>
    <w:rsid w:val="007A64B9"/>
    <w:rsid w:val="007A6CE3"/>
    <w:rsid w:val="007A6FD3"/>
    <w:rsid w:val="007A78BC"/>
    <w:rsid w:val="007A7AA8"/>
    <w:rsid w:val="007AF28F"/>
    <w:rsid w:val="007B023A"/>
    <w:rsid w:val="007B08E4"/>
    <w:rsid w:val="007B1154"/>
    <w:rsid w:val="007B1417"/>
    <w:rsid w:val="007B168C"/>
    <w:rsid w:val="007B1DA1"/>
    <w:rsid w:val="007B1DCA"/>
    <w:rsid w:val="007B2D6F"/>
    <w:rsid w:val="007B307F"/>
    <w:rsid w:val="007B3178"/>
    <w:rsid w:val="007B34A9"/>
    <w:rsid w:val="007B3881"/>
    <w:rsid w:val="007B3BFF"/>
    <w:rsid w:val="007B3C1C"/>
    <w:rsid w:val="007B4339"/>
    <w:rsid w:val="007B493F"/>
    <w:rsid w:val="007B4E53"/>
    <w:rsid w:val="007B54DC"/>
    <w:rsid w:val="007B646B"/>
    <w:rsid w:val="007B6F32"/>
    <w:rsid w:val="007B74D1"/>
    <w:rsid w:val="007B76F9"/>
    <w:rsid w:val="007C01F0"/>
    <w:rsid w:val="007C0C51"/>
    <w:rsid w:val="007C1286"/>
    <w:rsid w:val="007C1791"/>
    <w:rsid w:val="007C1BC1"/>
    <w:rsid w:val="007C1E5F"/>
    <w:rsid w:val="007C2AAB"/>
    <w:rsid w:val="007C2FAA"/>
    <w:rsid w:val="007C345F"/>
    <w:rsid w:val="007C35F5"/>
    <w:rsid w:val="007C3B1D"/>
    <w:rsid w:val="007C44ED"/>
    <w:rsid w:val="007C4520"/>
    <w:rsid w:val="007C476A"/>
    <w:rsid w:val="007C52A8"/>
    <w:rsid w:val="007C55F6"/>
    <w:rsid w:val="007C5911"/>
    <w:rsid w:val="007C5D0C"/>
    <w:rsid w:val="007C62C2"/>
    <w:rsid w:val="007C65C3"/>
    <w:rsid w:val="007C6806"/>
    <w:rsid w:val="007C70DA"/>
    <w:rsid w:val="007C7AB8"/>
    <w:rsid w:val="007D0607"/>
    <w:rsid w:val="007D0B66"/>
    <w:rsid w:val="007D0D94"/>
    <w:rsid w:val="007D1172"/>
    <w:rsid w:val="007D1A11"/>
    <w:rsid w:val="007D1F7B"/>
    <w:rsid w:val="007D202C"/>
    <w:rsid w:val="007D208A"/>
    <w:rsid w:val="007D22DF"/>
    <w:rsid w:val="007D279C"/>
    <w:rsid w:val="007D29F1"/>
    <w:rsid w:val="007D33F0"/>
    <w:rsid w:val="007D4011"/>
    <w:rsid w:val="007D41E4"/>
    <w:rsid w:val="007D425A"/>
    <w:rsid w:val="007D51C0"/>
    <w:rsid w:val="007D5AEC"/>
    <w:rsid w:val="007D5B43"/>
    <w:rsid w:val="007D675B"/>
    <w:rsid w:val="007D6785"/>
    <w:rsid w:val="007D6A43"/>
    <w:rsid w:val="007D6D2F"/>
    <w:rsid w:val="007D6D81"/>
    <w:rsid w:val="007D7159"/>
    <w:rsid w:val="007D754A"/>
    <w:rsid w:val="007D7944"/>
    <w:rsid w:val="007D7ADC"/>
    <w:rsid w:val="007D7B56"/>
    <w:rsid w:val="007E03F2"/>
    <w:rsid w:val="007E0676"/>
    <w:rsid w:val="007E0F4D"/>
    <w:rsid w:val="007E1303"/>
    <w:rsid w:val="007E2E29"/>
    <w:rsid w:val="007E303E"/>
    <w:rsid w:val="007E4017"/>
    <w:rsid w:val="007E49C9"/>
    <w:rsid w:val="007E4DE5"/>
    <w:rsid w:val="007E5FFF"/>
    <w:rsid w:val="007E612E"/>
    <w:rsid w:val="007E6A62"/>
    <w:rsid w:val="007E6B30"/>
    <w:rsid w:val="007E6E1F"/>
    <w:rsid w:val="007E746E"/>
    <w:rsid w:val="007E7997"/>
    <w:rsid w:val="007E799C"/>
    <w:rsid w:val="007E7A4A"/>
    <w:rsid w:val="007E7FAB"/>
    <w:rsid w:val="007F0395"/>
    <w:rsid w:val="007F03BB"/>
    <w:rsid w:val="007F05B4"/>
    <w:rsid w:val="007F0C54"/>
    <w:rsid w:val="007F0FD2"/>
    <w:rsid w:val="007F1076"/>
    <w:rsid w:val="007F12C2"/>
    <w:rsid w:val="007F1664"/>
    <w:rsid w:val="007F16F2"/>
    <w:rsid w:val="007F1804"/>
    <w:rsid w:val="007F1861"/>
    <w:rsid w:val="007F19BF"/>
    <w:rsid w:val="007F1C14"/>
    <w:rsid w:val="007F2134"/>
    <w:rsid w:val="007F21F8"/>
    <w:rsid w:val="007F2661"/>
    <w:rsid w:val="007F2A29"/>
    <w:rsid w:val="007F2D59"/>
    <w:rsid w:val="007F3780"/>
    <w:rsid w:val="007F3D93"/>
    <w:rsid w:val="007F4616"/>
    <w:rsid w:val="007F478B"/>
    <w:rsid w:val="007F548E"/>
    <w:rsid w:val="007F5D94"/>
    <w:rsid w:val="007F6B4B"/>
    <w:rsid w:val="007F6BAC"/>
    <w:rsid w:val="007F72F3"/>
    <w:rsid w:val="007F7995"/>
    <w:rsid w:val="007F7F0B"/>
    <w:rsid w:val="008000DA"/>
    <w:rsid w:val="008002E7"/>
    <w:rsid w:val="00800923"/>
    <w:rsid w:val="0080115E"/>
    <w:rsid w:val="00801E86"/>
    <w:rsid w:val="008024B7"/>
    <w:rsid w:val="0080251A"/>
    <w:rsid w:val="00802578"/>
    <w:rsid w:val="00802945"/>
    <w:rsid w:val="00802CA6"/>
    <w:rsid w:val="00803D78"/>
    <w:rsid w:val="00804C83"/>
    <w:rsid w:val="0080591C"/>
    <w:rsid w:val="00805D6B"/>
    <w:rsid w:val="008063E5"/>
    <w:rsid w:val="00806B8A"/>
    <w:rsid w:val="00806D21"/>
    <w:rsid w:val="00807384"/>
    <w:rsid w:val="008073BD"/>
    <w:rsid w:val="00807643"/>
    <w:rsid w:val="00810888"/>
    <w:rsid w:val="0081090F"/>
    <w:rsid w:val="00810AAE"/>
    <w:rsid w:val="0081133C"/>
    <w:rsid w:val="00811348"/>
    <w:rsid w:val="0081163F"/>
    <w:rsid w:val="00811C62"/>
    <w:rsid w:val="00811FFF"/>
    <w:rsid w:val="008129EC"/>
    <w:rsid w:val="00812D31"/>
    <w:rsid w:val="00812F32"/>
    <w:rsid w:val="0081370A"/>
    <w:rsid w:val="008137E3"/>
    <w:rsid w:val="00814C3A"/>
    <w:rsid w:val="00814C76"/>
    <w:rsid w:val="00815153"/>
    <w:rsid w:val="0081550C"/>
    <w:rsid w:val="00815564"/>
    <w:rsid w:val="008157CE"/>
    <w:rsid w:val="00815975"/>
    <w:rsid w:val="00816A25"/>
    <w:rsid w:val="0081721C"/>
    <w:rsid w:val="00817667"/>
    <w:rsid w:val="0081779A"/>
    <w:rsid w:val="00817BA5"/>
    <w:rsid w:val="00817DE0"/>
    <w:rsid w:val="0082024B"/>
    <w:rsid w:val="00821608"/>
    <w:rsid w:val="008216C3"/>
    <w:rsid w:val="00821A12"/>
    <w:rsid w:val="00821E63"/>
    <w:rsid w:val="00822712"/>
    <w:rsid w:val="00822786"/>
    <w:rsid w:val="0082286D"/>
    <w:rsid w:val="00822BC4"/>
    <w:rsid w:val="008231F5"/>
    <w:rsid w:val="00823A04"/>
    <w:rsid w:val="008244D3"/>
    <w:rsid w:val="008246D5"/>
    <w:rsid w:val="00824E09"/>
    <w:rsid w:val="00824F59"/>
    <w:rsid w:val="00825404"/>
    <w:rsid w:val="008256CE"/>
    <w:rsid w:val="00825E0D"/>
    <w:rsid w:val="00826D75"/>
    <w:rsid w:val="0082789E"/>
    <w:rsid w:val="00827C49"/>
    <w:rsid w:val="00830098"/>
    <w:rsid w:val="0083042F"/>
    <w:rsid w:val="00830767"/>
    <w:rsid w:val="00830C63"/>
    <w:rsid w:val="0083117E"/>
    <w:rsid w:val="00831371"/>
    <w:rsid w:val="00831511"/>
    <w:rsid w:val="008315E7"/>
    <w:rsid w:val="00831710"/>
    <w:rsid w:val="0083185E"/>
    <w:rsid w:val="00831A71"/>
    <w:rsid w:val="00831B19"/>
    <w:rsid w:val="00832027"/>
    <w:rsid w:val="00832E73"/>
    <w:rsid w:val="00832E82"/>
    <w:rsid w:val="00832FD6"/>
    <w:rsid w:val="00833528"/>
    <w:rsid w:val="0083380B"/>
    <w:rsid w:val="008340E7"/>
    <w:rsid w:val="00834328"/>
    <w:rsid w:val="00834CB3"/>
    <w:rsid w:val="00834D74"/>
    <w:rsid w:val="00834FFE"/>
    <w:rsid w:val="0083533D"/>
    <w:rsid w:val="00835368"/>
    <w:rsid w:val="00835574"/>
    <w:rsid w:val="00835778"/>
    <w:rsid w:val="0083606B"/>
    <w:rsid w:val="00836101"/>
    <w:rsid w:val="00836673"/>
    <w:rsid w:val="00836892"/>
    <w:rsid w:val="00836BE4"/>
    <w:rsid w:val="00837103"/>
    <w:rsid w:val="0083724C"/>
    <w:rsid w:val="008372C9"/>
    <w:rsid w:val="0083773F"/>
    <w:rsid w:val="00837BCA"/>
    <w:rsid w:val="00837CF0"/>
    <w:rsid w:val="00840508"/>
    <w:rsid w:val="00840722"/>
    <w:rsid w:val="008407A9"/>
    <w:rsid w:val="008412E3"/>
    <w:rsid w:val="00841344"/>
    <w:rsid w:val="00841529"/>
    <w:rsid w:val="008418BC"/>
    <w:rsid w:val="00841A5A"/>
    <w:rsid w:val="00841D61"/>
    <w:rsid w:val="00841DEF"/>
    <w:rsid w:val="008421B7"/>
    <w:rsid w:val="00842689"/>
    <w:rsid w:val="008426F8"/>
    <w:rsid w:val="00842766"/>
    <w:rsid w:val="008427DD"/>
    <w:rsid w:val="00842F7A"/>
    <w:rsid w:val="00843661"/>
    <w:rsid w:val="0084387E"/>
    <w:rsid w:val="00843B59"/>
    <w:rsid w:val="00844393"/>
    <w:rsid w:val="00844D34"/>
    <w:rsid w:val="0084519E"/>
    <w:rsid w:val="008454BB"/>
    <w:rsid w:val="00845AAE"/>
    <w:rsid w:val="00845B51"/>
    <w:rsid w:val="00845DC5"/>
    <w:rsid w:val="00846196"/>
    <w:rsid w:val="00846789"/>
    <w:rsid w:val="00846BD7"/>
    <w:rsid w:val="0084753E"/>
    <w:rsid w:val="00847587"/>
    <w:rsid w:val="00847856"/>
    <w:rsid w:val="008479D4"/>
    <w:rsid w:val="00850B5C"/>
    <w:rsid w:val="00850C31"/>
    <w:rsid w:val="00851058"/>
    <w:rsid w:val="008510EE"/>
    <w:rsid w:val="008513C8"/>
    <w:rsid w:val="00851AB6"/>
    <w:rsid w:val="00851BD7"/>
    <w:rsid w:val="00851FE8"/>
    <w:rsid w:val="008523AC"/>
    <w:rsid w:val="00852C4A"/>
    <w:rsid w:val="00852C7B"/>
    <w:rsid w:val="008530DC"/>
    <w:rsid w:val="008533FF"/>
    <w:rsid w:val="00854C44"/>
    <w:rsid w:val="00854D56"/>
    <w:rsid w:val="00854DAD"/>
    <w:rsid w:val="008559C3"/>
    <w:rsid w:val="00855F13"/>
    <w:rsid w:val="0085615B"/>
    <w:rsid w:val="0085661D"/>
    <w:rsid w:val="00856D02"/>
    <w:rsid w:val="00856D36"/>
    <w:rsid w:val="00856E10"/>
    <w:rsid w:val="00856FD7"/>
    <w:rsid w:val="0085705B"/>
    <w:rsid w:val="0085727B"/>
    <w:rsid w:val="00857431"/>
    <w:rsid w:val="00857C18"/>
    <w:rsid w:val="00857C7A"/>
    <w:rsid w:val="00857D56"/>
    <w:rsid w:val="008606ED"/>
    <w:rsid w:val="00860A54"/>
    <w:rsid w:val="00860E56"/>
    <w:rsid w:val="00860F97"/>
    <w:rsid w:val="00861969"/>
    <w:rsid w:val="00861A66"/>
    <w:rsid w:val="008621BD"/>
    <w:rsid w:val="00862730"/>
    <w:rsid w:val="00862B5E"/>
    <w:rsid w:val="00862C1D"/>
    <w:rsid w:val="008634D7"/>
    <w:rsid w:val="008637EF"/>
    <w:rsid w:val="00863925"/>
    <w:rsid w:val="0086444A"/>
    <w:rsid w:val="00864AB3"/>
    <w:rsid w:val="00864B5D"/>
    <w:rsid w:val="0086522D"/>
    <w:rsid w:val="00865337"/>
    <w:rsid w:val="008654A4"/>
    <w:rsid w:val="00865728"/>
    <w:rsid w:val="008657D4"/>
    <w:rsid w:val="008659A2"/>
    <w:rsid w:val="00866837"/>
    <w:rsid w:val="00866930"/>
    <w:rsid w:val="00866EEC"/>
    <w:rsid w:val="00867161"/>
    <w:rsid w:val="0086765B"/>
    <w:rsid w:val="00867A08"/>
    <w:rsid w:val="008707D3"/>
    <w:rsid w:val="008707E7"/>
    <w:rsid w:val="00871246"/>
    <w:rsid w:val="0087148C"/>
    <w:rsid w:val="00871574"/>
    <w:rsid w:val="00872696"/>
    <w:rsid w:val="008728FB"/>
    <w:rsid w:val="008729FC"/>
    <w:rsid w:val="00872BFF"/>
    <w:rsid w:val="00872E37"/>
    <w:rsid w:val="00872EA2"/>
    <w:rsid w:val="0087301F"/>
    <w:rsid w:val="0087356C"/>
    <w:rsid w:val="00874905"/>
    <w:rsid w:val="008749A6"/>
    <w:rsid w:val="00874AFF"/>
    <w:rsid w:val="008755CF"/>
    <w:rsid w:val="008756AC"/>
    <w:rsid w:val="008757B3"/>
    <w:rsid w:val="00875897"/>
    <w:rsid w:val="008767D3"/>
    <w:rsid w:val="008767E4"/>
    <w:rsid w:val="008802C1"/>
    <w:rsid w:val="00880903"/>
    <w:rsid w:val="00880AA9"/>
    <w:rsid w:val="00880FC2"/>
    <w:rsid w:val="0088201F"/>
    <w:rsid w:val="008823F0"/>
    <w:rsid w:val="008825E0"/>
    <w:rsid w:val="00882820"/>
    <w:rsid w:val="00882F32"/>
    <w:rsid w:val="00883086"/>
    <w:rsid w:val="008834E4"/>
    <w:rsid w:val="00883963"/>
    <w:rsid w:val="008844FB"/>
    <w:rsid w:val="00884D10"/>
    <w:rsid w:val="00884FFE"/>
    <w:rsid w:val="0088506A"/>
    <w:rsid w:val="00885215"/>
    <w:rsid w:val="00885263"/>
    <w:rsid w:val="008860F7"/>
    <w:rsid w:val="00886CFD"/>
    <w:rsid w:val="00886DA6"/>
    <w:rsid w:val="00886DE8"/>
    <w:rsid w:val="00886E55"/>
    <w:rsid w:val="00886E81"/>
    <w:rsid w:val="00886F58"/>
    <w:rsid w:val="00886F64"/>
    <w:rsid w:val="00887331"/>
    <w:rsid w:val="00887733"/>
    <w:rsid w:val="00887D35"/>
    <w:rsid w:val="00890847"/>
    <w:rsid w:val="0089089B"/>
    <w:rsid w:val="00890BA1"/>
    <w:rsid w:val="00890EC0"/>
    <w:rsid w:val="008915AC"/>
    <w:rsid w:val="008918AF"/>
    <w:rsid w:val="00891DB6"/>
    <w:rsid w:val="00892163"/>
    <w:rsid w:val="008923C5"/>
    <w:rsid w:val="00892A59"/>
    <w:rsid w:val="00893404"/>
    <w:rsid w:val="008948FD"/>
    <w:rsid w:val="00894A51"/>
    <w:rsid w:val="00894DEA"/>
    <w:rsid w:val="0089567C"/>
    <w:rsid w:val="00895C4B"/>
    <w:rsid w:val="00895E3E"/>
    <w:rsid w:val="00895FA9"/>
    <w:rsid w:val="00895FE3"/>
    <w:rsid w:val="008960E2"/>
    <w:rsid w:val="008962E3"/>
    <w:rsid w:val="008964AC"/>
    <w:rsid w:val="008967CF"/>
    <w:rsid w:val="00896E2E"/>
    <w:rsid w:val="0089726F"/>
    <w:rsid w:val="0089764C"/>
    <w:rsid w:val="0089790E"/>
    <w:rsid w:val="008A0760"/>
    <w:rsid w:val="008A087E"/>
    <w:rsid w:val="008A0DAB"/>
    <w:rsid w:val="008A1162"/>
    <w:rsid w:val="008A14CB"/>
    <w:rsid w:val="008A1551"/>
    <w:rsid w:val="008A1812"/>
    <w:rsid w:val="008A21D7"/>
    <w:rsid w:val="008A2945"/>
    <w:rsid w:val="008A3031"/>
    <w:rsid w:val="008A307C"/>
    <w:rsid w:val="008A30FA"/>
    <w:rsid w:val="008A3DDE"/>
    <w:rsid w:val="008A4BA6"/>
    <w:rsid w:val="008A4E3B"/>
    <w:rsid w:val="008A5B44"/>
    <w:rsid w:val="008A5C69"/>
    <w:rsid w:val="008A5C78"/>
    <w:rsid w:val="008A5D7F"/>
    <w:rsid w:val="008A5D88"/>
    <w:rsid w:val="008A6DB2"/>
    <w:rsid w:val="008A70B0"/>
    <w:rsid w:val="008A7E26"/>
    <w:rsid w:val="008B01A2"/>
    <w:rsid w:val="008B0364"/>
    <w:rsid w:val="008B109E"/>
    <w:rsid w:val="008B1139"/>
    <w:rsid w:val="008B140C"/>
    <w:rsid w:val="008B1A7E"/>
    <w:rsid w:val="008B1C2E"/>
    <w:rsid w:val="008B23DA"/>
    <w:rsid w:val="008B2778"/>
    <w:rsid w:val="008B2B69"/>
    <w:rsid w:val="008B307F"/>
    <w:rsid w:val="008B3910"/>
    <w:rsid w:val="008B3DEE"/>
    <w:rsid w:val="008B491F"/>
    <w:rsid w:val="008B4FA4"/>
    <w:rsid w:val="008B608A"/>
    <w:rsid w:val="008B60B5"/>
    <w:rsid w:val="008B672A"/>
    <w:rsid w:val="008B698B"/>
    <w:rsid w:val="008B6ABB"/>
    <w:rsid w:val="008B6D88"/>
    <w:rsid w:val="008B6EED"/>
    <w:rsid w:val="008B7220"/>
    <w:rsid w:val="008B72CB"/>
    <w:rsid w:val="008B751E"/>
    <w:rsid w:val="008B7A44"/>
    <w:rsid w:val="008C04BD"/>
    <w:rsid w:val="008C05A9"/>
    <w:rsid w:val="008C0758"/>
    <w:rsid w:val="008C0941"/>
    <w:rsid w:val="008C1035"/>
    <w:rsid w:val="008C1441"/>
    <w:rsid w:val="008C16C2"/>
    <w:rsid w:val="008C17C4"/>
    <w:rsid w:val="008C2014"/>
    <w:rsid w:val="008C26BC"/>
    <w:rsid w:val="008C2AF4"/>
    <w:rsid w:val="008C2B71"/>
    <w:rsid w:val="008C301E"/>
    <w:rsid w:val="008C3094"/>
    <w:rsid w:val="008C35DD"/>
    <w:rsid w:val="008C4A52"/>
    <w:rsid w:val="008C4D66"/>
    <w:rsid w:val="008C56B9"/>
    <w:rsid w:val="008C5F65"/>
    <w:rsid w:val="008C6B0C"/>
    <w:rsid w:val="008C6DA2"/>
    <w:rsid w:val="008C6DB4"/>
    <w:rsid w:val="008C6DC6"/>
    <w:rsid w:val="008C7842"/>
    <w:rsid w:val="008D00BC"/>
    <w:rsid w:val="008D06DB"/>
    <w:rsid w:val="008D0EA6"/>
    <w:rsid w:val="008D12BE"/>
    <w:rsid w:val="008D18EC"/>
    <w:rsid w:val="008D18FC"/>
    <w:rsid w:val="008D1AA4"/>
    <w:rsid w:val="008D243A"/>
    <w:rsid w:val="008D292D"/>
    <w:rsid w:val="008D29C8"/>
    <w:rsid w:val="008D2C15"/>
    <w:rsid w:val="008D2C46"/>
    <w:rsid w:val="008D3B2A"/>
    <w:rsid w:val="008D42BF"/>
    <w:rsid w:val="008D4397"/>
    <w:rsid w:val="008D4779"/>
    <w:rsid w:val="008D50CE"/>
    <w:rsid w:val="008D5117"/>
    <w:rsid w:val="008D57C4"/>
    <w:rsid w:val="008D59A1"/>
    <w:rsid w:val="008D6C6B"/>
    <w:rsid w:val="008D6C6E"/>
    <w:rsid w:val="008D7143"/>
    <w:rsid w:val="008E0355"/>
    <w:rsid w:val="008E05D6"/>
    <w:rsid w:val="008E080D"/>
    <w:rsid w:val="008E09F3"/>
    <w:rsid w:val="008E1479"/>
    <w:rsid w:val="008E22F2"/>
    <w:rsid w:val="008E23B2"/>
    <w:rsid w:val="008E268D"/>
    <w:rsid w:val="008E37EE"/>
    <w:rsid w:val="008E3CE0"/>
    <w:rsid w:val="008E3D49"/>
    <w:rsid w:val="008E4473"/>
    <w:rsid w:val="008E4474"/>
    <w:rsid w:val="008E4C47"/>
    <w:rsid w:val="008E4CC3"/>
    <w:rsid w:val="008E50AC"/>
    <w:rsid w:val="008E50CB"/>
    <w:rsid w:val="008E50E2"/>
    <w:rsid w:val="008E5255"/>
    <w:rsid w:val="008E5B09"/>
    <w:rsid w:val="008E64A9"/>
    <w:rsid w:val="008E73E8"/>
    <w:rsid w:val="008E7421"/>
    <w:rsid w:val="008E74BB"/>
    <w:rsid w:val="008E7845"/>
    <w:rsid w:val="008F0376"/>
    <w:rsid w:val="008F06F1"/>
    <w:rsid w:val="008F07C0"/>
    <w:rsid w:val="008F0C0C"/>
    <w:rsid w:val="008F10B2"/>
    <w:rsid w:val="008F124B"/>
    <w:rsid w:val="008F1277"/>
    <w:rsid w:val="008F1E29"/>
    <w:rsid w:val="008F21D9"/>
    <w:rsid w:val="008F2B97"/>
    <w:rsid w:val="008F2CB4"/>
    <w:rsid w:val="008F32A7"/>
    <w:rsid w:val="008F32FA"/>
    <w:rsid w:val="008F3478"/>
    <w:rsid w:val="008F365D"/>
    <w:rsid w:val="008F44E6"/>
    <w:rsid w:val="008F454F"/>
    <w:rsid w:val="008F45C2"/>
    <w:rsid w:val="008F4793"/>
    <w:rsid w:val="008F4CBF"/>
    <w:rsid w:val="008F525F"/>
    <w:rsid w:val="008F5BCD"/>
    <w:rsid w:val="008F6081"/>
    <w:rsid w:val="008F661A"/>
    <w:rsid w:val="008F6697"/>
    <w:rsid w:val="008F6922"/>
    <w:rsid w:val="008F6939"/>
    <w:rsid w:val="008F6D4C"/>
    <w:rsid w:val="008F6F8F"/>
    <w:rsid w:val="008F6FD3"/>
    <w:rsid w:val="008F6FED"/>
    <w:rsid w:val="008F7633"/>
    <w:rsid w:val="008F77DE"/>
    <w:rsid w:val="008F7C23"/>
    <w:rsid w:val="00900113"/>
    <w:rsid w:val="00900462"/>
    <w:rsid w:val="009010E0"/>
    <w:rsid w:val="0090129B"/>
    <w:rsid w:val="00902125"/>
    <w:rsid w:val="009022B0"/>
    <w:rsid w:val="0090236E"/>
    <w:rsid w:val="00903063"/>
    <w:rsid w:val="009038C0"/>
    <w:rsid w:val="00903CF8"/>
    <w:rsid w:val="0090453E"/>
    <w:rsid w:val="00904A2F"/>
    <w:rsid w:val="00904A7C"/>
    <w:rsid w:val="009059A0"/>
    <w:rsid w:val="00906361"/>
    <w:rsid w:val="00906489"/>
    <w:rsid w:val="00906758"/>
    <w:rsid w:val="00907491"/>
    <w:rsid w:val="00907532"/>
    <w:rsid w:val="00907800"/>
    <w:rsid w:val="009100D2"/>
    <w:rsid w:val="009104E8"/>
    <w:rsid w:val="00910571"/>
    <w:rsid w:val="0091093F"/>
    <w:rsid w:val="009109E8"/>
    <w:rsid w:val="00910C36"/>
    <w:rsid w:val="009111EE"/>
    <w:rsid w:val="009113BF"/>
    <w:rsid w:val="009113FD"/>
    <w:rsid w:val="00911B62"/>
    <w:rsid w:val="00911BF9"/>
    <w:rsid w:val="00911DE1"/>
    <w:rsid w:val="00912180"/>
    <w:rsid w:val="0091225A"/>
    <w:rsid w:val="009122D2"/>
    <w:rsid w:val="00912399"/>
    <w:rsid w:val="009131B0"/>
    <w:rsid w:val="0091350A"/>
    <w:rsid w:val="00913A13"/>
    <w:rsid w:val="00914820"/>
    <w:rsid w:val="00914A65"/>
    <w:rsid w:val="00914C42"/>
    <w:rsid w:val="00914D8A"/>
    <w:rsid w:val="00914E8C"/>
    <w:rsid w:val="0091518C"/>
    <w:rsid w:val="00915256"/>
    <w:rsid w:val="00915785"/>
    <w:rsid w:val="009158D9"/>
    <w:rsid w:val="00915AB7"/>
    <w:rsid w:val="00915AE7"/>
    <w:rsid w:val="0091647D"/>
    <w:rsid w:val="0091666D"/>
    <w:rsid w:val="0091694D"/>
    <w:rsid w:val="00916B3B"/>
    <w:rsid w:val="00916FE3"/>
    <w:rsid w:val="009177AC"/>
    <w:rsid w:val="00917C78"/>
    <w:rsid w:val="00920369"/>
    <w:rsid w:val="009208BB"/>
    <w:rsid w:val="009209B6"/>
    <w:rsid w:val="00920D27"/>
    <w:rsid w:val="0092129F"/>
    <w:rsid w:val="009219F9"/>
    <w:rsid w:val="00921E07"/>
    <w:rsid w:val="009224B5"/>
    <w:rsid w:val="00922651"/>
    <w:rsid w:val="0092304B"/>
    <w:rsid w:val="00923400"/>
    <w:rsid w:val="0092362C"/>
    <w:rsid w:val="009237EA"/>
    <w:rsid w:val="00923B30"/>
    <w:rsid w:val="00923B47"/>
    <w:rsid w:val="00923B98"/>
    <w:rsid w:val="00923C18"/>
    <w:rsid w:val="00924531"/>
    <w:rsid w:val="00924C0C"/>
    <w:rsid w:val="00924EDE"/>
    <w:rsid w:val="0092573A"/>
    <w:rsid w:val="00925F84"/>
    <w:rsid w:val="00926167"/>
    <w:rsid w:val="00926232"/>
    <w:rsid w:val="00926A47"/>
    <w:rsid w:val="009277F5"/>
    <w:rsid w:val="00927B36"/>
    <w:rsid w:val="00930432"/>
    <w:rsid w:val="00930991"/>
    <w:rsid w:val="00931221"/>
    <w:rsid w:val="009313E1"/>
    <w:rsid w:val="00931FF5"/>
    <w:rsid w:val="0093254E"/>
    <w:rsid w:val="0093267B"/>
    <w:rsid w:val="00933121"/>
    <w:rsid w:val="00933485"/>
    <w:rsid w:val="009334B8"/>
    <w:rsid w:val="009339DE"/>
    <w:rsid w:val="00933B78"/>
    <w:rsid w:val="00933D73"/>
    <w:rsid w:val="00933FDA"/>
    <w:rsid w:val="009345BA"/>
    <w:rsid w:val="009346F2"/>
    <w:rsid w:val="00934851"/>
    <w:rsid w:val="00934D99"/>
    <w:rsid w:val="00934FD4"/>
    <w:rsid w:val="009367F3"/>
    <w:rsid w:val="00936B97"/>
    <w:rsid w:val="0093716B"/>
    <w:rsid w:val="00937292"/>
    <w:rsid w:val="00937989"/>
    <w:rsid w:val="00937AFE"/>
    <w:rsid w:val="00937CE8"/>
    <w:rsid w:val="00937D47"/>
    <w:rsid w:val="00940C58"/>
    <w:rsid w:val="0094107F"/>
    <w:rsid w:val="009411BE"/>
    <w:rsid w:val="009416AE"/>
    <w:rsid w:val="0094190B"/>
    <w:rsid w:val="00941AB5"/>
    <w:rsid w:val="009421B7"/>
    <w:rsid w:val="00942A88"/>
    <w:rsid w:val="009434CE"/>
    <w:rsid w:val="00943F11"/>
    <w:rsid w:val="00944192"/>
    <w:rsid w:val="009444E1"/>
    <w:rsid w:val="0094499E"/>
    <w:rsid w:val="00944E23"/>
    <w:rsid w:val="0094502F"/>
    <w:rsid w:val="009451CA"/>
    <w:rsid w:val="0094552E"/>
    <w:rsid w:val="00945772"/>
    <w:rsid w:val="00945815"/>
    <w:rsid w:val="0094581D"/>
    <w:rsid w:val="009459B7"/>
    <w:rsid w:val="00945EE6"/>
    <w:rsid w:val="009468AE"/>
    <w:rsid w:val="00946DED"/>
    <w:rsid w:val="00947041"/>
    <w:rsid w:val="00947348"/>
    <w:rsid w:val="00947585"/>
    <w:rsid w:val="0094762C"/>
    <w:rsid w:val="00947B53"/>
    <w:rsid w:val="00947E9D"/>
    <w:rsid w:val="00950647"/>
    <w:rsid w:val="00950666"/>
    <w:rsid w:val="00950A5F"/>
    <w:rsid w:val="0095122F"/>
    <w:rsid w:val="00951765"/>
    <w:rsid w:val="00951873"/>
    <w:rsid w:val="009519C1"/>
    <w:rsid w:val="009525DC"/>
    <w:rsid w:val="00952685"/>
    <w:rsid w:val="00952700"/>
    <w:rsid w:val="009528FB"/>
    <w:rsid w:val="009529F4"/>
    <w:rsid w:val="00953572"/>
    <w:rsid w:val="00953797"/>
    <w:rsid w:val="00954927"/>
    <w:rsid w:val="00954B0F"/>
    <w:rsid w:val="00954DF3"/>
    <w:rsid w:val="00955B6F"/>
    <w:rsid w:val="00955BD7"/>
    <w:rsid w:val="00955EB8"/>
    <w:rsid w:val="009560E8"/>
    <w:rsid w:val="00956CC8"/>
    <w:rsid w:val="00956CF0"/>
    <w:rsid w:val="00957199"/>
    <w:rsid w:val="009574C7"/>
    <w:rsid w:val="009576B1"/>
    <w:rsid w:val="00957BDF"/>
    <w:rsid w:val="0096033A"/>
    <w:rsid w:val="0096059A"/>
    <w:rsid w:val="009607F7"/>
    <w:rsid w:val="00960AE6"/>
    <w:rsid w:val="00960EB8"/>
    <w:rsid w:val="0096110D"/>
    <w:rsid w:val="00961116"/>
    <w:rsid w:val="009611DA"/>
    <w:rsid w:val="009613F9"/>
    <w:rsid w:val="0096175B"/>
    <w:rsid w:val="00961EDD"/>
    <w:rsid w:val="009621B4"/>
    <w:rsid w:val="00962E22"/>
    <w:rsid w:val="009631D0"/>
    <w:rsid w:val="00963234"/>
    <w:rsid w:val="00963946"/>
    <w:rsid w:val="00964613"/>
    <w:rsid w:val="009647BC"/>
    <w:rsid w:val="009654EB"/>
    <w:rsid w:val="00965EF2"/>
    <w:rsid w:val="009660B4"/>
    <w:rsid w:val="009661D3"/>
    <w:rsid w:val="00966221"/>
    <w:rsid w:val="009664FC"/>
    <w:rsid w:val="00966619"/>
    <w:rsid w:val="009667F0"/>
    <w:rsid w:val="00966BA3"/>
    <w:rsid w:val="009675E0"/>
    <w:rsid w:val="009679A9"/>
    <w:rsid w:val="009700A4"/>
    <w:rsid w:val="00970664"/>
    <w:rsid w:val="00970D8B"/>
    <w:rsid w:val="00971141"/>
    <w:rsid w:val="009711BB"/>
    <w:rsid w:val="0097193B"/>
    <w:rsid w:val="00971C9E"/>
    <w:rsid w:val="00971D76"/>
    <w:rsid w:val="00971DEB"/>
    <w:rsid w:val="00972841"/>
    <w:rsid w:val="00972875"/>
    <w:rsid w:val="00972C43"/>
    <w:rsid w:val="00972E0B"/>
    <w:rsid w:val="00972FC9"/>
    <w:rsid w:val="009734F8"/>
    <w:rsid w:val="009734FF"/>
    <w:rsid w:val="009736B3"/>
    <w:rsid w:val="0097403D"/>
    <w:rsid w:val="009749CA"/>
    <w:rsid w:val="00975676"/>
    <w:rsid w:val="00975D59"/>
    <w:rsid w:val="009760FF"/>
    <w:rsid w:val="009762AB"/>
    <w:rsid w:val="009762E9"/>
    <w:rsid w:val="009764A1"/>
    <w:rsid w:val="009764C3"/>
    <w:rsid w:val="00976898"/>
    <w:rsid w:val="00976BD6"/>
    <w:rsid w:val="00976EDD"/>
    <w:rsid w:val="00977324"/>
    <w:rsid w:val="009773F9"/>
    <w:rsid w:val="0097786F"/>
    <w:rsid w:val="00977BE0"/>
    <w:rsid w:val="0098020F"/>
    <w:rsid w:val="00980390"/>
    <w:rsid w:val="0098042B"/>
    <w:rsid w:val="0098086D"/>
    <w:rsid w:val="00980E13"/>
    <w:rsid w:val="00980E46"/>
    <w:rsid w:val="00980F85"/>
    <w:rsid w:val="00980FC6"/>
    <w:rsid w:val="009823F6"/>
    <w:rsid w:val="009825B8"/>
    <w:rsid w:val="009836DF"/>
    <w:rsid w:val="00984120"/>
    <w:rsid w:val="00984EB5"/>
    <w:rsid w:val="009855EC"/>
    <w:rsid w:val="00985ACF"/>
    <w:rsid w:val="009870BF"/>
    <w:rsid w:val="0098711A"/>
    <w:rsid w:val="009876B3"/>
    <w:rsid w:val="00987878"/>
    <w:rsid w:val="00987A03"/>
    <w:rsid w:val="0099026F"/>
    <w:rsid w:val="009903EC"/>
    <w:rsid w:val="0099101F"/>
    <w:rsid w:val="009911CC"/>
    <w:rsid w:val="009923EA"/>
    <w:rsid w:val="0099330E"/>
    <w:rsid w:val="00993DCA"/>
    <w:rsid w:val="00994528"/>
    <w:rsid w:val="00994822"/>
    <w:rsid w:val="00994A5E"/>
    <w:rsid w:val="00995C84"/>
    <w:rsid w:val="00995FA9"/>
    <w:rsid w:val="00995FEE"/>
    <w:rsid w:val="0099639E"/>
    <w:rsid w:val="009969E6"/>
    <w:rsid w:val="009A0805"/>
    <w:rsid w:val="009A0869"/>
    <w:rsid w:val="009A089D"/>
    <w:rsid w:val="009A0DDA"/>
    <w:rsid w:val="009A0EBD"/>
    <w:rsid w:val="009A1172"/>
    <w:rsid w:val="009A16CE"/>
    <w:rsid w:val="009A185D"/>
    <w:rsid w:val="009A18AB"/>
    <w:rsid w:val="009A1BA2"/>
    <w:rsid w:val="009A2363"/>
    <w:rsid w:val="009A2478"/>
    <w:rsid w:val="009A2BC3"/>
    <w:rsid w:val="009A2CC4"/>
    <w:rsid w:val="009A3B4B"/>
    <w:rsid w:val="009A422C"/>
    <w:rsid w:val="009A452D"/>
    <w:rsid w:val="009A470E"/>
    <w:rsid w:val="009A4B6D"/>
    <w:rsid w:val="009A4EB8"/>
    <w:rsid w:val="009A5205"/>
    <w:rsid w:val="009A5954"/>
    <w:rsid w:val="009A5C79"/>
    <w:rsid w:val="009A5F26"/>
    <w:rsid w:val="009A61EE"/>
    <w:rsid w:val="009A63D4"/>
    <w:rsid w:val="009A63D8"/>
    <w:rsid w:val="009A6C1B"/>
    <w:rsid w:val="009A6F33"/>
    <w:rsid w:val="009A6FE0"/>
    <w:rsid w:val="009A70CC"/>
    <w:rsid w:val="009A79A9"/>
    <w:rsid w:val="009A7DA3"/>
    <w:rsid w:val="009A7E94"/>
    <w:rsid w:val="009B04BC"/>
    <w:rsid w:val="009B0917"/>
    <w:rsid w:val="009B0A8A"/>
    <w:rsid w:val="009B0F34"/>
    <w:rsid w:val="009B12DD"/>
    <w:rsid w:val="009B29FE"/>
    <w:rsid w:val="009B3325"/>
    <w:rsid w:val="009B3354"/>
    <w:rsid w:val="009B3429"/>
    <w:rsid w:val="009B37B6"/>
    <w:rsid w:val="009B3B59"/>
    <w:rsid w:val="009B3F1B"/>
    <w:rsid w:val="009B40FC"/>
    <w:rsid w:val="009B4209"/>
    <w:rsid w:val="009B4255"/>
    <w:rsid w:val="009B4E3F"/>
    <w:rsid w:val="009B4F19"/>
    <w:rsid w:val="009B536B"/>
    <w:rsid w:val="009B53DA"/>
    <w:rsid w:val="009B56BD"/>
    <w:rsid w:val="009B5D4A"/>
    <w:rsid w:val="009B5D65"/>
    <w:rsid w:val="009B6114"/>
    <w:rsid w:val="009B6F1C"/>
    <w:rsid w:val="009B7577"/>
    <w:rsid w:val="009C04FE"/>
    <w:rsid w:val="009C13D5"/>
    <w:rsid w:val="009C177D"/>
    <w:rsid w:val="009C189B"/>
    <w:rsid w:val="009C1EEC"/>
    <w:rsid w:val="009C2580"/>
    <w:rsid w:val="009C29C4"/>
    <w:rsid w:val="009C2E0F"/>
    <w:rsid w:val="009C34BB"/>
    <w:rsid w:val="009C3A7C"/>
    <w:rsid w:val="009C4ABA"/>
    <w:rsid w:val="009C5DE5"/>
    <w:rsid w:val="009C6650"/>
    <w:rsid w:val="009C6B6A"/>
    <w:rsid w:val="009C6C92"/>
    <w:rsid w:val="009C6CC8"/>
    <w:rsid w:val="009C6F12"/>
    <w:rsid w:val="009C7555"/>
    <w:rsid w:val="009C7A42"/>
    <w:rsid w:val="009D0F57"/>
    <w:rsid w:val="009D1229"/>
    <w:rsid w:val="009D1BA1"/>
    <w:rsid w:val="009D1F69"/>
    <w:rsid w:val="009D24EB"/>
    <w:rsid w:val="009D254C"/>
    <w:rsid w:val="009D2D0A"/>
    <w:rsid w:val="009D2D6E"/>
    <w:rsid w:val="009D3220"/>
    <w:rsid w:val="009D3B34"/>
    <w:rsid w:val="009D4B53"/>
    <w:rsid w:val="009D4EA9"/>
    <w:rsid w:val="009D50E5"/>
    <w:rsid w:val="009D665B"/>
    <w:rsid w:val="009D66D0"/>
    <w:rsid w:val="009D6D55"/>
    <w:rsid w:val="009D7033"/>
    <w:rsid w:val="009D734F"/>
    <w:rsid w:val="009D7B2B"/>
    <w:rsid w:val="009D7E65"/>
    <w:rsid w:val="009E00AF"/>
    <w:rsid w:val="009E0457"/>
    <w:rsid w:val="009E1842"/>
    <w:rsid w:val="009E1E87"/>
    <w:rsid w:val="009E1FA7"/>
    <w:rsid w:val="009E2172"/>
    <w:rsid w:val="009E2875"/>
    <w:rsid w:val="009E28AC"/>
    <w:rsid w:val="009E31F4"/>
    <w:rsid w:val="009E35A5"/>
    <w:rsid w:val="009E3A52"/>
    <w:rsid w:val="009E3D3D"/>
    <w:rsid w:val="009E3F2E"/>
    <w:rsid w:val="009E41EC"/>
    <w:rsid w:val="009E460F"/>
    <w:rsid w:val="009E495A"/>
    <w:rsid w:val="009E4CEC"/>
    <w:rsid w:val="009E507E"/>
    <w:rsid w:val="009E53CF"/>
    <w:rsid w:val="009E5962"/>
    <w:rsid w:val="009E655E"/>
    <w:rsid w:val="009E66E9"/>
    <w:rsid w:val="009E6E8F"/>
    <w:rsid w:val="009E6EC8"/>
    <w:rsid w:val="009E79B0"/>
    <w:rsid w:val="009F096D"/>
    <w:rsid w:val="009F0B7B"/>
    <w:rsid w:val="009F1BEE"/>
    <w:rsid w:val="009F205B"/>
    <w:rsid w:val="009F2138"/>
    <w:rsid w:val="009F2477"/>
    <w:rsid w:val="009F2979"/>
    <w:rsid w:val="009F29BE"/>
    <w:rsid w:val="009F2A60"/>
    <w:rsid w:val="009F2B3D"/>
    <w:rsid w:val="009F2EA2"/>
    <w:rsid w:val="009F360C"/>
    <w:rsid w:val="009F360D"/>
    <w:rsid w:val="009F3D10"/>
    <w:rsid w:val="009F3D52"/>
    <w:rsid w:val="009F4104"/>
    <w:rsid w:val="009F4213"/>
    <w:rsid w:val="009F48D5"/>
    <w:rsid w:val="009F4C33"/>
    <w:rsid w:val="009F51A3"/>
    <w:rsid w:val="009F5AEA"/>
    <w:rsid w:val="009F5D14"/>
    <w:rsid w:val="009F6054"/>
    <w:rsid w:val="009F6128"/>
    <w:rsid w:val="009F6669"/>
    <w:rsid w:val="009F66E2"/>
    <w:rsid w:val="009F6F30"/>
    <w:rsid w:val="009F74F7"/>
    <w:rsid w:val="00A00306"/>
    <w:rsid w:val="00A007E4"/>
    <w:rsid w:val="00A0091E"/>
    <w:rsid w:val="00A01E71"/>
    <w:rsid w:val="00A01F36"/>
    <w:rsid w:val="00A01FF9"/>
    <w:rsid w:val="00A028C3"/>
    <w:rsid w:val="00A02E0E"/>
    <w:rsid w:val="00A02E6B"/>
    <w:rsid w:val="00A02F7F"/>
    <w:rsid w:val="00A032E9"/>
    <w:rsid w:val="00A032EF"/>
    <w:rsid w:val="00A0386F"/>
    <w:rsid w:val="00A038C9"/>
    <w:rsid w:val="00A03ECF"/>
    <w:rsid w:val="00A043D5"/>
    <w:rsid w:val="00A0455C"/>
    <w:rsid w:val="00A046B8"/>
    <w:rsid w:val="00A04A4F"/>
    <w:rsid w:val="00A04F88"/>
    <w:rsid w:val="00A052B4"/>
    <w:rsid w:val="00A05739"/>
    <w:rsid w:val="00A058B3"/>
    <w:rsid w:val="00A05A62"/>
    <w:rsid w:val="00A05F6B"/>
    <w:rsid w:val="00A06D4D"/>
    <w:rsid w:val="00A06E8C"/>
    <w:rsid w:val="00A0724C"/>
    <w:rsid w:val="00A076AB"/>
    <w:rsid w:val="00A07792"/>
    <w:rsid w:val="00A07BCD"/>
    <w:rsid w:val="00A07D9B"/>
    <w:rsid w:val="00A07E9C"/>
    <w:rsid w:val="00A10048"/>
    <w:rsid w:val="00A1104C"/>
    <w:rsid w:val="00A110C1"/>
    <w:rsid w:val="00A11CDD"/>
    <w:rsid w:val="00A12BD5"/>
    <w:rsid w:val="00A12C26"/>
    <w:rsid w:val="00A12E08"/>
    <w:rsid w:val="00A12E8B"/>
    <w:rsid w:val="00A131BA"/>
    <w:rsid w:val="00A1359F"/>
    <w:rsid w:val="00A135A3"/>
    <w:rsid w:val="00A13C59"/>
    <w:rsid w:val="00A13F52"/>
    <w:rsid w:val="00A149F3"/>
    <w:rsid w:val="00A14AC4"/>
    <w:rsid w:val="00A15157"/>
    <w:rsid w:val="00A15439"/>
    <w:rsid w:val="00A15738"/>
    <w:rsid w:val="00A1646F"/>
    <w:rsid w:val="00A166AC"/>
    <w:rsid w:val="00A171A5"/>
    <w:rsid w:val="00A17C97"/>
    <w:rsid w:val="00A17D9F"/>
    <w:rsid w:val="00A17DF0"/>
    <w:rsid w:val="00A21B1F"/>
    <w:rsid w:val="00A21C33"/>
    <w:rsid w:val="00A22023"/>
    <w:rsid w:val="00A221CE"/>
    <w:rsid w:val="00A222F9"/>
    <w:rsid w:val="00A227D8"/>
    <w:rsid w:val="00A230B6"/>
    <w:rsid w:val="00A23D51"/>
    <w:rsid w:val="00A24064"/>
    <w:rsid w:val="00A242F2"/>
    <w:rsid w:val="00A24999"/>
    <w:rsid w:val="00A254AB"/>
    <w:rsid w:val="00A262E1"/>
    <w:rsid w:val="00A2694D"/>
    <w:rsid w:val="00A26A24"/>
    <w:rsid w:val="00A26DF6"/>
    <w:rsid w:val="00A2711E"/>
    <w:rsid w:val="00A271E7"/>
    <w:rsid w:val="00A2728C"/>
    <w:rsid w:val="00A278EE"/>
    <w:rsid w:val="00A27954"/>
    <w:rsid w:val="00A27D21"/>
    <w:rsid w:val="00A27E83"/>
    <w:rsid w:val="00A302AE"/>
    <w:rsid w:val="00A31BC8"/>
    <w:rsid w:val="00A31D14"/>
    <w:rsid w:val="00A32892"/>
    <w:rsid w:val="00A32A04"/>
    <w:rsid w:val="00A333D5"/>
    <w:rsid w:val="00A34458"/>
    <w:rsid w:val="00A34699"/>
    <w:rsid w:val="00A346FF"/>
    <w:rsid w:val="00A34835"/>
    <w:rsid w:val="00A352EE"/>
    <w:rsid w:val="00A35D96"/>
    <w:rsid w:val="00A36090"/>
    <w:rsid w:val="00A3620F"/>
    <w:rsid w:val="00A36287"/>
    <w:rsid w:val="00A372F3"/>
    <w:rsid w:val="00A37681"/>
    <w:rsid w:val="00A37846"/>
    <w:rsid w:val="00A37F85"/>
    <w:rsid w:val="00A400D4"/>
    <w:rsid w:val="00A40655"/>
    <w:rsid w:val="00A41284"/>
    <w:rsid w:val="00A41F37"/>
    <w:rsid w:val="00A4280D"/>
    <w:rsid w:val="00A42857"/>
    <w:rsid w:val="00A42B22"/>
    <w:rsid w:val="00A43DD1"/>
    <w:rsid w:val="00A43EC1"/>
    <w:rsid w:val="00A4418C"/>
    <w:rsid w:val="00A4427B"/>
    <w:rsid w:val="00A4492D"/>
    <w:rsid w:val="00A44FFD"/>
    <w:rsid w:val="00A453A8"/>
    <w:rsid w:val="00A4581D"/>
    <w:rsid w:val="00A45C5C"/>
    <w:rsid w:val="00A46320"/>
    <w:rsid w:val="00A467C0"/>
    <w:rsid w:val="00A46937"/>
    <w:rsid w:val="00A469F5"/>
    <w:rsid w:val="00A46ED1"/>
    <w:rsid w:val="00A472AF"/>
    <w:rsid w:val="00A47BEA"/>
    <w:rsid w:val="00A47E31"/>
    <w:rsid w:val="00A505B5"/>
    <w:rsid w:val="00A50773"/>
    <w:rsid w:val="00A50982"/>
    <w:rsid w:val="00A50B14"/>
    <w:rsid w:val="00A51BC8"/>
    <w:rsid w:val="00A51BD0"/>
    <w:rsid w:val="00A51EFD"/>
    <w:rsid w:val="00A52171"/>
    <w:rsid w:val="00A521AF"/>
    <w:rsid w:val="00A523CF"/>
    <w:rsid w:val="00A52A13"/>
    <w:rsid w:val="00A52D78"/>
    <w:rsid w:val="00A52DD5"/>
    <w:rsid w:val="00A53295"/>
    <w:rsid w:val="00A53317"/>
    <w:rsid w:val="00A537C6"/>
    <w:rsid w:val="00A542D8"/>
    <w:rsid w:val="00A542E5"/>
    <w:rsid w:val="00A54D54"/>
    <w:rsid w:val="00A55913"/>
    <w:rsid w:val="00A55E70"/>
    <w:rsid w:val="00A565A9"/>
    <w:rsid w:val="00A56A5C"/>
    <w:rsid w:val="00A5713C"/>
    <w:rsid w:val="00A57CD5"/>
    <w:rsid w:val="00A60725"/>
    <w:rsid w:val="00A60899"/>
    <w:rsid w:val="00A60C1D"/>
    <w:rsid w:val="00A60FA6"/>
    <w:rsid w:val="00A613CE"/>
    <w:rsid w:val="00A61C41"/>
    <w:rsid w:val="00A61E67"/>
    <w:rsid w:val="00A62232"/>
    <w:rsid w:val="00A62878"/>
    <w:rsid w:val="00A62F7F"/>
    <w:rsid w:val="00A63456"/>
    <w:rsid w:val="00A638E6"/>
    <w:rsid w:val="00A63C20"/>
    <w:rsid w:val="00A63E25"/>
    <w:rsid w:val="00A64611"/>
    <w:rsid w:val="00A650C8"/>
    <w:rsid w:val="00A65675"/>
    <w:rsid w:val="00A65A30"/>
    <w:rsid w:val="00A65AD2"/>
    <w:rsid w:val="00A65F22"/>
    <w:rsid w:val="00A660BB"/>
    <w:rsid w:val="00A66F74"/>
    <w:rsid w:val="00A67140"/>
    <w:rsid w:val="00A676D3"/>
    <w:rsid w:val="00A67A25"/>
    <w:rsid w:val="00A67F67"/>
    <w:rsid w:val="00A70213"/>
    <w:rsid w:val="00A70566"/>
    <w:rsid w:val="00A705E4"/>
    <w:rsid w:val="00A70691"/>
    <w:rsid w:val="00A7128D"/>
    <w:rsid w:val="00A71910"/>
    <w:rsid w:val="00A71C57"/>
    <w:rsid w:val="00A71D9F"/>
    <w:rsid w:val="00A722CF"/>
    <w:rsid w:val="00A7249F"/>
    <w:rsid w:val="00A72599"/>
    <w:rsid w:val="00A72898"/>
    <w:rsid w:val="00A7297C"/>
    <w:rsid w:val="00A72C54"/>
    <w:rsid w:val="00A73283"/>
    <w:rsid w:val="00A733E5"/>
    <w:rsid w:val="00A73A1F"/>
    <w:rsid w:val="00A73A25"/>
    <w:rsid w:val="00A73CF1"/>
    <w:rsid w:val="00A73D59"/>
    <w:rsid w:val="00A73D90"/>
    <w:rsid w:val="00A74BA4"/>
    <w:rsid w:val="00A74CAA"/>
    <w:rsid w:val="00A75028"/>
    <w:rsid w:val="00A755E1"/>
    <w:rsid w:val="00A76180"/>
    <w:rsid w:val="00A766C9"/>
    <w:rsid w:val="00A7675C"/>
    <w:rsid w:val="00A769FD"/>
    <w:rsid w:val="00A802F0"/>
    <w:rsid w:val="00A807DB"/>
    <w:rsid w:val="00A81198"/>
    <w:rsid w:val="00A812B8"/>
    <w:rsid w:val="00A82B03"/>
    <w:rsid w:val="00A83616"/>
    <w:rsid w:val="00A843E5"/>
    <w:rsid w:val="00A846A2"/>
    <w:rsid w:val="00A8477E"/>
    <w:rsid w:val="00A84789"/>
    <w:rsid w:val="00A84F3F"/>
    <w:rsid w:val="00A850E8"/>
    <w:rsid w:val="00A85F92"/>
    <w:rsid w:val="00A86339"/>
    <w:rsid w:val="00A866CE"/>
    <w:rsid w:val="00A8671A"/>
    <w:rsid w:val="00A86737"/>
    <w:rsid w:val="00A868D9"/>
    <w:rsid w:val="00A86C4B"/>
    <w:rsid w:val="00A86DC9"/>
    <w:rsid w:val="00A86DED"/>
    <w:rsid w:val="00A87165"/>
    <w:rsid w:val="00A87779"/>
    <w:rsid w:val="00A87A12"/>
    <w:rsid w:val="00A87B15"/>
    <w:rsid w:val="00A87C06"/>
    <w:rsid w:val="00A902F3"/>
    <w:rsid w:val="00A90A70"/>
    <w:rsid w:val="00A914EB"/>
    <w:rsid w:val="00A91552"/>
    <w:rsid w:val="00A91669"/>
    <w:rsid w:val="00A916DD"/>
    <w:rsid w:val="00A925EF"/>
    <w:rsid w:val="00A92648"/>
    <w:rsid w:val="00A9271D"/>
    <w:rsid w:val="00A92F55"/>
    <w:rsid w:val="00A93166"/>
    <w:rsid w:val="00A93965"/>
    <w:rsid w:val="00A93B0E"/>
    <w:rsid w:val="00A941EB"/>
    <w:rsid w:val="00A942AB"/>
    <w:rsid w:val="00A946F0"/>
    <w:rsid w:val="00A94AA7"/>
    <w:rsid w:val="00A94B3F"/>
    <w:rsid w:val="00A94C62"/>
    <w:rsid w:val="00A94FAF"/>
    <w:rsid w:val="00A953E4"/>
    <w:rsid w:val="00A954CA"/>
    <w:rsid w:val="00A95EAB"/>
    <w:rsid w:val="00A95ECE"/>
    <w:rsid w:val="00A95F58"/>
    <w:rsid w:val="00A96474"/>
    <w:rsid w:val="00A96CA5"/>
    <w:rsid w:val="00A9CC5F"/>
    <w:rsid w:val="00AA0342"/>
    <w:rsid w:val="00AA0C8E"/>
    <w:rsid w:val="00AA0E13"/>
    <w:rsid w:val="00AA193A"/>
    <w:rsid w:val="00AA1C05"/>
    <w:rsid w:val="00AA1D8D"/>
    <w:rsid w:val="00AA1E9A"/>
    <w:rsid w:val="00AA2D64"/>
    <w:rsid w:val="00AA304B"/>
    <w:rsid w:val="00AA322A"/>
    <w:rsid w:val="00AA3744"/>
    <w:rsid w:val="00AA3A0B"/>
    <w:rsid w:val="00AA3B21"/>
    <w:rsid w:val="00AA40FD"/>
    <w:rsid w:val="00AA41CC"/>
    <w:rsid w:val="00AA4844"/>
    <w:rsid w:val="00AA4C34"/>
    <w:rsid w:val="00AA4FFD"/>
    <w:rsid w:val="00AA52DD"/>
    <w:rsid w:val="00AA571B"/>
    <w:rsid w:val="00AA5B34"/>
    <w:rsid w:val="00AA62AC"/>
    <w:rsid w:val="00AA6582"/>
    <w:rsid w:val="00AA69E9"/>
    <w:rsid w:val="00AA7030"/>
    <w:rsid w:val="00AA7144"/>
    <w:rsid w:val="00AB0344"/>
    <w:rsid w:val="00AB0A78"/>
    <w:rsid w:val="00AB2324"/>
    <w:rsid w:val="00AB3236"/>
    <w:rsid w:val="00AB3D18"/>
    <w:rsid w:val="00AB48D0"/>
    <w:rsid w:val="00AB48E6"/>
    <w:rsid w:val="00AB4E4E"/>
    <w:rsid w:val="00AB565C"/>
    <w:rsid w:val="00AB5A81"/>
    <w:rsid w:val="00AB6079"/>
    <w:rsid w:val="00AB61F0"/>
    <w:rsid w:val="00AB63C4"/>
    <w:rsid w:val="00AB64B8"/>
    <w:rsid w:val="00AB7133"/>
    <w:rsid w:val="00AB76A1"/>
    <w:rsid w:val="00AB781B"/>
    <w:rsid w:val="00AB7852"/>
    <w:rsid w:val="00AB79AE"/>
    <w:rsid w:val="00AB7CA9"/>
    <w:rsid w:val="00AB7D0C"/>
    <w:rsid w:val="00AC0822"/>
    <w:rsid w:val="00AC13FD"/>
    <w:rsid w:val="00AC166B"/>
    <w:rsid w:val="00AC1FB9"/>
    <w:rsid w:val="00AC23E4"/>
    <w:rsid w:val="00AC255F"/>
    <w:rsid w:val="00AC2D25"/>
    <w:rsid w:val="00AC2D35"/>
    <w:rsid w:val="00AC3125"/>
    <w:rsid w:val="00AC3C19"/>
    <w:rsid w:val="00AC3ED1"/>
    <w:rsid w:val="00AC3FD3"/>
    <w:rsid w:val="00AC40EB"/>
    <w:rsid w:val="00AC44C0"/>
    <w:rsid w:val="00AC4D5D"/>
    <w:rsid w:val="00AC51CC"/>
    <w:rsid w:val="00AC5BE5"/>
    <w:rsid w:val="00AC66B9"/>
    <w:rsid w:val="00AC7450"/>
    <w:rsid w:val="00AC7712"/>
    <w:rsid w:val="00AC7DA1"/>
    <w:rsid w:val="00AC7F20"/>
    <w:rsid w:val="00AC7F4A"/>
    <w:rsid w:val="00AD021E"/>
    <w:rsid w:val="00AD0430"/>
    <w:rsid w:val="00AD06EA"/>
    <w:rsid w:val="00AD06F0"/>
    <w:rsid w:val="00AD09C0"/>
    <w:rsid w:val="00AD176D"/>
    <w:rsid w:val="00AD19A7"/>
    <w:rsid w:val="00AD23B4"/>
    <w:rsid w:val="00AD269F"/>
    <w:rsid w:val="00AD335F"/>
    <w:rsid w:val="00AD3942"/>
    <w:rsid w:val="00AD3E68"/>
    <w:rsid w:val="00AD408E"/>
    <w:rsid w:val="00AD42BF"/>
    <w:rsid w:val="00AD43C2"/>
    <w:rsid w:val="00AD4833"/>
    <w:rsid w:val="00AD4F0F"/>
    <w:rsid w:val="00AD4F94"/>
    <w:rsid w:val="00AD5185"/>
    <w:rsid w:val="00AD5B2B"/>
    <w:rsid w:val="00AD5BD1"/>
    <w:rsid w:val="00AD5C90"/>
    <w:rsid w:val="00AD72B9"/>
    <w:rsid w:val="00AD7CF8"/>
    <w:rsid w:val="00AE0294"/>
    <w:rsid w:val="00AE05CC"/>
    <w:rsid w:val="00AE0BC3"/>
    <w:rsid w:val="00AE0CB2"/>
    <w:rsid w:val="00AE10B7"/>
    <w:rsid w:val="00AE12CF"/>
    <w:rsid w:val="00AE179A"/>
    <w:rsid w:val="00AE20EF"/>
    <w:rsid w:val="00AE221C"/>
    <w:rsid w:val="00AE37BF"/>
    <w:rsid w:val="00AE3DB7"/>
    <w:rsid w:val="00AE489E"/>
    <w:rsid w:val="00AE4ADB"/>
    <w:rsid w:val="00AE4EFB"/>
    <w:rsid w:val="00AE5054"/>
    <w:rsid w:val="00AE54D1"/>
    <w:rsid w:val="00AE5FAC"/>
    <w:rsid w:val="00AE607F"/>
    <w:rsid w:val="00AE60D0"/>
    <w:rsid w:val="00AE6866"/>
    <w:rsid w:val="00AE68CC"/>
    <w:rsid w:val="00AE7414"/>
    <w:rsid w:val="00AE7644"/>
    <w:rsid w:val="00AE7F41"/>
    <w:rsid w:val="00AF00E3"/>
    <w:rsid w:val="00AF04CB"/>
    <w:rsid w:val="00AF06C3"/>
    <w:rsid w:val="00AF0870"/>
    <w:rsid w:val="00AF09A1"/>
    <w:rsid w:val="00AF0AE4"/>
    <w:rsid w:val="00AF112D"/>
    <w:rsid w:val="00AF1371"/>
    <w:rsid w:val="00AF168B"/>
    <w:rsid w:val="00AF1C3F"/>
    <w:rsid w:val="00AF1C5E"/>
    <w:rsid w:val="00AF206C"/>
    <w:rsid w:val="00AF2471"/>
    <w:rsid w:val="00AF322A"/>
    <w:rsid w:val="00AF331E"/>
    <w:rsid w:val="00AF370F"/>
    <w:rsid w:val="00AF49A2"/>
    <w:rsid w:val="00AF4B01"/>
    <w:rsid w:val="00AF4DF7"/>
    <w:rsid w:val="00AF63B8"/>
    <w:rsid w:val="00AF7268"/>
    <w:rsid w:val="00AF76AD"/>
    <w:rsid w:val="00AF79CB"/>
    <w:rsid w:val="00B007C8"/>
    <w:rsid w:val="00B00B58"/>
    <w:rsid w:val="00B00DD3"/>
    <w:rsid w:val="00B01211"/>
    <w:rsid w:val="00B012F0"/>
    <w:rsid w:val="00B01F99"/>
    <w:rsid w:val="00B02670"/>
    <w:rsid w:val="00B02E9A"/>
    <w:rsid w:val="00B0308C"/>
    <w:rsid w:val="00B030FD"/>
    <w:rsid w:val="00B03245"/>
    <w:rsid w:val="00B0333D"/>
    <w:rsid w:val="00B034DB"/>
    <w:rsid w:val="00B037B5"/>
    <w:rsid w:val="00B03E12"/>
    <w:rsid w:val="00B04539"/>
    <w:rsid w:val="00B045EE"/>
    <w:rsid w:val="00B04E65"/>
    <w:rsid w:val="00B0562A"/>
    <w:rsid w:val="00B05ABC"/>
    <w:rsid w:val="00B05B7B"/>
    <w:rsid w:val="00B05BC5"/>
    <w:rsid w:val="00B05FE2"/>
    <w:rsid w:val="00B064F6"/>
    <w:rsid w:val="00B06789"/>
    <w:rsid w:val="00B06F54"/>
    <w:rsid w:val="00B07700"/>
    <w:rsid w:val="00B078D1"/>
    <w:rsid w:val="00B07C90"/>
    <w:rsid w:val="00B10BBB"/>
    <w:rsid w:val="00B10EA3"/>
    <w:rsid w:val="00B111A1"/>
    <w:rsid w:val="00B111E9"/>
    <w:rsid w:val="00B11855"/>
    <w:rsid w:val="00B118B3"/>
    <w:rsid w:val="00B11917"/>
    <w:rsid w:val="00B119B5"/>
    <w:rsid w:val="00B11D88"/>
    <w:rsid w:val="00B11DFF"/>
    <w:rsid w:val="00B12A97"/>
    <w:rsid w:val="00B1314C"/>
    <w:rsid w:val="00B13C71"/>
    <w:rsid w:val="00B146CA"/>
    <w:rsid w:val="00B14D46"/>
    <w:rsid w:val="00B14DBE"/>
    <w:rsid w:val="00B15384"/>
    <w:rsid w:val="00B15513"/>
    <w:rsid w:val="00B15517"/>
    <w:rsid w:val="00B15C82"/>
    <w:rsid w:val="00B1605A"/>
    <w:rsid w:val="00B167BD"/>
    <w:rsid w:val="00B167F8"/>
    <w:rsid w:val="00B1690A"/>
    <w:rsid w:val="00B16961"/>
    <w:rsid w:val="00B16C56"/>
    <w:rsid w:val="00B173E0"/>
    <w:rsid w:val="00B176B0"/>
    <w:rsid w:val="00B176F8"/>
    <w:rsid w:val="00B20A03"/>
    <w:rsid w:val="00B20AAE"/>
    <w:rsid w:val="00B20D6F"/>
    <w:rsid w:val="00B21355"/>
    <w:rsid w:val="00B215A9"/>
    <w:rsid w:val="00B21643"/>
    <w:rsid w:val="00B216D4"/>
    <w:rsid w:val="00B21725"/>
    <w:rsid w:val="00B217EC"/>
    <w:rsid w:val="00B22074"/>
    <w:rsid w:val="00B223AC"/>
    <w:rsid w:val="00B226D4"/>
    <w:rsid w:val="00B234BB"/>
    <w:rsid w:val="00B2365B"/>
    <w:rsid w:val="00B23AD2"/>
    <w:rsid w:val="00B23F11"/>
    <w:rsid w:val="00B24144"/>
    <w:rsid w:val="00B24341"/>
    <w:rsid w:val="00B2447F"/>
    <w:rsid w:val="00B247CA"/>
    <w:rsid w:val="00B25106"/>
    <w:rsid w:val="00B25570"/>
    <w:rsid w:val="00B255A8"/>
    <w:rsid w:val="00B25ACF"/>
    <w:rsid w:val="00B25B55"/>
    <w:rsid w:val="00B25CB8"/>
    <w:rsid w:val="00B267B9"/>
    <w:rsid w:val="00B26A38"/>
    <w:rsid w:val="00B26C0A"/>
    <w:rsid w:val="00B26E1B"/>
    <w:rsid w:val="00B2736C"/>
    <w:rsid w:val="00B273C3"/>
    <w:rsid w:val="00B3023A"/>
    <w:rsid w:val="00B30965"/>
    <w:rsid w:val="00B30B9C"/>
    <w:rsid w:val="00B311FE"/>
    <w:rsid w:val="00B314BB"/>
    <w:rsid w:val="00B316DA"/>
    <w:rsid w:val="00B323E6"/>
    <w:rsid w:val="00B324C4"/>
    <w:rsid w:val="00B32776"/>
    <w:rsid w:val="00B32A13"/>
    <w:rsid w:val="00B32C6E"/>
    <w:rsid w:val="00B32E03"/>
    <w:rsid w:val="00B32EAF"/>
    <w:rsid w:val="00B33764"/>
    <w:rsid w:val="00B33896"/>
    <w:rsid w:val="00B33AD0"/>
    <w:rsid w:val="00B34A82"/>
    <w:rsid w:val="00B35070"/>
    <w:rsid w:val="00B353F7"/>
    <w:rsid w:val="00B35C7E"/>
    <w:rsid w:val="00B35FF3"/>
    <w:rsid w:val="00B36108"/>
    <w:rsid w:val="00B36484"/>
    <w:rsid w:val="00B36900"/>
    <w:rsid w:val="00B36D8F"/>
    <w:rsid w:val="00B3734B"/>
    <w:rsid w:val="00B37644"/>
    <w:rsid w:val="00B37B16"/>
    <w:rsid w:val="00B4016B"/>
    <w:rsid w:val="00B404AF"/>
    <w:rsid w:val="00B40C33"/>
    <w:rsid w:val="00B41608"/>
    <w:rsid w:val="00B42621"/>
    <w:rsid w:val="00B42769"/>
    <w:rsid w:val="00B42D7B"/>
    <w:rsid w:val="00B42EF5"/>
    <w:rsid w:val="00B434FC"/>
    <w:rsid w:val="00B43C1A"/>
    <w:rsid w:val="00B43F4B"/>
    <w:rsid w:val="00B4425D"/>
    <w:rsid w:val="00B44C98"/>
    <w:rsid w:val="00B45804"/>
    <w:rsid w:val="00B45B44"/>
    <w:rsid w:val="00B45BD0"/>
    <w:rsid w:val="00B4656B"/>
    <w:rsid w:val="00B46B71"/>
    <w:rsid w:val="00B46BA9"/>
    <w:rsid w:val="00B46EBD"/>
    <w:rsid w:val="00B4753C"/>
    <w:rsid w:val="00B47730"/>
    <w:rsid w:val="00B47A40"/>
    <w:rsid w:val="00B47A99"/>
    <w:rsid w:val="00B47CA1"/>
    <w:rsid w:val="00B47F6F"/>
    <w:rsid w:val="00B5049F"/>
    <w:rsid w:val="00B508C1"/>
    <w:rsid w:val="00B509ED"/>
    <w:rsid w:val="00B50AF9"/>
    <w:rsid w:val="00B5189D"/>
    <w:rsid w:val="00B5224C"/>
    <w:rsid w:val="00B52557"/>
    <w:rsid w:val="00B52815"/>
    <w:rsid w:val="00B52916"/>
    <w:rsid w:val="00B52BAE"/>
    <w:rsid w:val="00B52D21"/>
    <w:rsid w:val="00B52F9E"/>
    <w:rsid w:val="00B5354F"/>
    <w:rsid w:val="00B53563"/>
    <w:rsid w:val="00B53828"/>
    <w:rsid w:val="00B541C3"/>
    <w:rsid w:val="00B54AE7"/>
    <w:rsid w:val="00B55091"/>
    <w:rsid w:val="00B5521B"/>
    <w:rsid w:val="00B5523F"/>
    <w:rsid w:val="00B555F0"/>
    <w:rsid w:val="00B5597A"/>
    <w:rsid w:val="00B55A55"/>
    <w:rsid w:val="00B5631F"/>
    <w:rsid w:val="00B56429"/>
    <w:rsid w:val="00B56842"/>
    <w:rsid w:val="00B56D7F"/>
    <w:rsid w:val="00B56E47"/>
    <w:rsid w:val="00B57C23"/>
    <w:rsid w:val="00B6002F"/>
    <w:rsid w:val="00B602E8"/>
    <w:rsid w:val="00B6092E"/>
    <w:rsid w:val="00B61585"/>
    <w:rsid w:val="00B61974"/>
    <w:rsid w:val="00B61C6D"/>
    <w:rsid w:val="00B61C73"/>
    <w:rsid w:val="00B61DCD"/>
    <w:rsid w:val="00B61FE3"/>
    <w:rsid w:val="00B62D82"/>
    <w:rsid w:val="00B6300C"/>
    <w:rsid w:val="00B6324B"/>
    <w:rsid w:val="00B63AD7"/>
    <w:rsid w:val="00B63F80"/>
    <w:rsid w:val="00B6444E"/>
    <w:rsid w:val="00B646B8"/>
    <w:rsid w:val="00B6485C"/>
    <w:rsid w:val="00B64864"/>
    <w:rsid w:val="00B64A6F"/>
    <w:rsid w:val="00B650AC"/>
    <w:rsid w:val="00B65114"/>
    <w:rsid w:val="00B65123"/>
    <w:rsid w:val="00B65167"/>
    <w:rsid w:val="00B65C25"/>
    <w:rsid w:val="00B65FB3"/>
    <w:rsid w:val="00B6602D"/>
    <w:rsid w:val="00B6610F"/>
    <w:rsid w:val="00B66413"/>
    <w:rsid w:val="00B66687"/>
    <w:rsid w:val="00B66B67"/>
    <w:rsid w:val="00B6705E"/>
    <w:rsid w:val="00B67542"/>
    <w:rsid w:val="00B67E4F"/>
    <w:rsid w:val="00B70125"/>
    <w:rsid w:val="00B70145"/>
    <w:rsid w:val="00B701BF"/>
    <w:rsid w:val="00B7062A"/>
    <w:rsid w:val="00B70915"/>
    <w:rsid w:val="00B70FBC"/>
    <w:rsid w:val="00B71BCB"/>
    <w:rsid w:val="00B72202"/>
    <w:rsid w:val="00B724B2"/>
    <w:rsid w:val="00B72507"/>
    <w:rsid w:val="00B72CCD"/>
    <w:rsid w:val="00B72DF9"/>
    <w:rsid w:val="00B7343E"/>
    <w:rsid w:val="00B73BA6"/>
    <w:rsid w:val="00B747C8"/>
    <w:rsid w:val="00B747D8"/>
    <w:rsid w:val="00B7598A"/>
    <w:rsid w:val="00B75C9A"/>
    <w:rsid w:val="00B75D75"/>
    <w:rsid w:val="00B76405"/>
    <w:rsid w:val="00B76790"/>
    <w:rsid w:val="00B76ABC"/>
    <w:rsid w:val="00B76ADF"/>
    <w:rsid w:val="00B77BBA"/>
    <w:rsid w:val="00B77BCC"/>
    <w:rsid w:val="00B79770"/>
    <w:rsid w:val="00B801D9"/>
    <w:rsid w:val="00B801FE"/>
    <w:rsid w:val="00B80DC2"/>
    <w:rsid w:val="00B80E48"/>
    <w:rsid w:val="00B80E57"/>
    <w:rsid w:val="00B80E5F"/>
    <w:rsid w:val="00B816FA"/>
    <w:rsid w:val="00B818A9"/>
    <w:rsid w:val="00B818E5"/>
    <w:rsid w:val="00B82099"/>
    <w:rsid w:val="00B821D2"/>
    <w:rsid w:val="00B82507"/>
    <w:rsid w:val="00B82524"/>
    <w:rsid w:val="00B82711"/>
    <w:rsid w:val="00B828A6"/>
    <w:rsid w:val="00B829CE"/>
    <w:rsid w:val="00B82B4C"/>
    <w:rsid w:val="00B82CA7"/>
    <w:rsid w:val="00B82EAA"/>
    <w:rsid w:val="00B8322E"/>
    <w:rsid w:val="00B8351D"/>
    <w:rsid w:val="00B836AA"/>
    <w:rsid w:val="00B842D7"/>
    <w:rsid w:val="00B84967"/>
    <w:rsid w:val="00B8496D"/>
    <w:rsid w:val="00B84ACA"/>
    <w:rsid w:val="00B84CBE"/>
    <w:rsid w:val="00B850B9"/>
    <w:rsid w:val="00B85237"/>
    <w:rsid w:val="00B85506"/>
    <w:rsid w:val="00B85676"/>
    <w:rsid w:val="00B85882"/>
    <w:rsid w:val="00B85D7A"/>
    <w:rsid w:val="00B86131"/>
    <w:rsid w:val="00B866BC"/>
    <w:rsid w:val="00B86CD6"/>
    <w:rsid w:val="00B87588"/>
    <w:rsid w:val="00B8779C"/>
    <w:rsid w:val="00B900FE"/>
    <w:rsid w:val="00B90170"/>
    <w:rsid w:val="00B902AC"/>
    <w:rsid w:val="00B90386"/>
    <w:rsid w:val="00B90A68"/>
    <w:rsid w:val="00B90E10"/>
    <w:rsid w:val="00B90EC7"/>
    <w:rsid w:val="00B90FC6"/>
    <w:rsid w:val="00B917CF"/>
    <w:rsid w:val="00B918CA"/>
    <w:rsid w:val="00B91F00"/>
    <w:rsid w:val="00B91F05"/>
    <w:rsid w:val="00B923D7"/>
    <w:rsid w:val="00B92927"/>
    <w:rsid w:val="00B94392"/>
    <w:rsid w:val="00B94901"/>
    <w:rsid w:val="00B94C14"/>
    <w:rsid w:val="00B95250"/>
    <w:rsid w:val="00B95267"/>
    <w:rsid w:val="00B95C88"/>
    <w:rsid w:val="00B95F36"/>
    <w:rsid w:val="00B95FFB"/>
    <w:rsid w:val="00B9600C"/>
    <w:rsid w:val="00B963A1"/>
    <w:rsid w:val="00B97A64"/>
    <w:rsid w:val="00B97ADA"/>
    <w:rsid w:val="00BA023D"/>
    <w:rsid w:val="00BA0791"/>
    <w:rsid w:val="00BA0DFB"/>
    <w:rsid w:val="00BA1815"/>
    <w:rsid w:val="00BA19CF"/>
    <w:rsid w:val="00BA221A"/>
    <w:rsid w:val="00BA2E0C"/>
    <w:rsid w:val="00BA3206"/>
    <w:rsid w:val="00BA3230"/>
    <w:rsid w:val="00BA3324"/>
    <w:rsid w:val="00BA37C2"/>
    <w:rsid w:val="00BA38B8"/>
    <w:rsid w:val="00BA395E"/>
    <w:rsid w:val="00BA3A30"/>
    <w:rsid w:val="00BA41C4"/>
    <w:rsid w:val="00BA43EA"/>
    <w:rsid w:val="00BA444A"/>
    <w:rsid w:val="00BA450F"/>
    <w:rsid w:val="00BA4827"/>
    <w:rsid w:val="00BA4ECE"/>
    <w:rsid w:val="00BA5081"/>
    <w:rsid w:val="00BA7032"/>
    <w:rsid w:val="00BA7155"/>
    <w:rsid w:val="00BA791A"/>
    <w:rsid w:val="00BB01E9"/>
    <w:rsid w:val="00BB0607"/>
    <w:rsid w:val="00BB065B"/>
    <w:rsid w:val="00BB065D"/>
    <w:rsid w:val="00BB0CDF"/>
    <w:rsid w:val="00BB1B64"/>
    <w:rsid w:val="00BB1F35"/>
    <w:rsid w:val="00BB21F8"/>
    <w:rsid w:val="00BB247F"/>
    <w:rsid w:val="00BB2B4E"/>
    <w:rsid w:val="00BB378B"/>
    <w:rsid w:val="00BB38E4"/>
    <w:rsid w:val="00BB39E6"/>
    <w:rsid w:val="00BB425E"/>
    <w:rsid w:val="00BB533A"/>
    <w:rsid w:val="00BB61F7"/>
    <w:rsid w:val="00BB6C5E"/>
    <w:rsid w:val="00BB6D24"/>
    <w:rsid w:val="00BB724D"/>
    <w:rsid w:val="00BB7536"/>
    <w:rsid w:val="00BB7917"/>
    <w:rsid w:val="00BB7D9F"/>
    <w:rsid w:val="00BB7E4D"/>
    <w:rsid w:val="00BB7EF3"/>
    <w:rsid w:val="00BBB72A"/>
    <w:rsid w:val="00BC1563"/>
    <w:rsid w:val="00BC1631"/>
    <w:rsid w:val="00BC19BF"/>
    <w:rsid w:val="00BC1A0C"/>
    <w:rsid w:val="00BC2577"/>
    <w:rsid w:val="00BC2605"/>
    <w:rsid w:val="00BC27A4"/>
    <w:rsid w:val="00BC2A31"/>
    <w:rsid w:val="00BC2E8D"/>
    <w:rsid w:val="00BC327B"/>
    <w:rsid w:val="00BC32A0"/>
    <w:rsid w:val="00BC515A"/>
    <w:rsid w:val="00BC53A3"/>
    <w:rsid w:val="00BC5BD2"/>
    <w:rsid w:val="00BC5FA5"/>
    <w:rsid w:val="00BC711A"/>
    <w:rsid w:val="00BC78E8"/>
    <w:rsid w:val="00BC79DA"/>
    <w:rsid w:val="00BC7AC8"/>
    <w:rsid w:val="00BC7B63"/>
    <w:rsid w:val="00BD07BB"/>
    <w:rsid w:val="00BD0A3C"/>
    <w:rsid w:val="00BD1108"/>
    <w:rsid w:val="00BD13AC"/>
    <w:rsid w:val="00BD18C1"/>
    <w:rsid w:val="00BD1A7E"/>
    <w:rsid w:val="00BD1DCC"/>
    <w:rsid w:val="00BD1F54"/>
    <w:rsid w:val="00BD30D3"/>
    <w:rsid w:val="00BD31E5"/>
    <w:rsid w:val="00BD3332"/>
    <w:rsid w:val="00BD3BA5"/>
    <w:rsid w:val="00BD3DB7"/>
    <w:rsid w:val="00BD4393"/>
    <w:rsid w:val="00BD446F"/>
    <w:rsid w:val="00BD47CA"/>
    <w:rsid w:val="00BD5315"/>
    <w:rsid w:val="00BD59E9"/>
    <w:rsid w:val="00BD60FF"/>
    <w:rsid w:val="00BD6496"/>
    <w:rsid w:val="00BD657B"/>
    <w:rsid w:val="00BD6623"/>
    <w:rsid w:val="00BD6851"/>
    <w:rsid w:val="00BD68BC"/>
    <w:rsid w:val="00BD6DF0"/>
    <w:rsid w:val="00BD6E83"/>
    <w:rsid w:val="00BD71CB"/>
    <w:rsid w:val="00BD74B1"/>
    <w:rsid w:val="00BD79B4"/>
    <w:rsid w:val="00BE0A62"/>
    <w:rsid w:val="00BE0BD5"/>
    <w:rsid w:val="00BE0CA0"/>
    <w:rsid w:val="00BE1C0B"/>
    <w:rsid w:val="00BE1D92"/>
    <w:rsid w:val="00BE21D1"/>
    <w:rsid w:val="00BE3196"/>
    <w:rsid w:val="00BE319B"/>
    <w:rsid w:val="00BE3256"/>
    <w:rsid w:val="00BE373E"/>
    <w:rsid w:val="00BE37DC"/>
    <w:rsid w:val="00BE3A90"/>
    <w:rsid w:val="00BE3AD4"/>
    <w:rsid w:val="00BE3D34"/>
    <w:rsid w:val="00BE4C95"/>
    <w:rsid w:val="00BE4F6D"/>
    <w:rsid w:val="00BE5711"/>
    <w:rsid w:val="00BE58EC"/>
    <w:rsid w:val="00BE5C3D"/>
    <w:rsid w:val="00BE5D03"/>
    <w:rsid w:val="00BE693F"/>
    <w:rsid w:val="00BE6E7E"/>
    <w:rsid w:val="00BE706C"/>
    <w:rsid w:val="00BE73E9"/>
    <w:rsid w:val="00BE74FC"/>
    <w:rsid w:val="00BE7650"/>
    <w:rsid w:val="00BE78FD"/>
    <w:rsid w:val="00BE79B0"/>
    <w:rsid w:val="00BE7FF0"/>
    <w:rsid w:val="00BE7FF4"/>
    <w:rsid w:val="00BF01C3"/>
    <w:rsid w:val="00BF0598"/>
    <w:rsid w:val="00BF09A7"/>
    <w:rsid w:val="00BF10E2"/>
    <w:rsid w:val="00BF135E"/>
    <w:rsid w:val="00BF1496"/>
    <w:rsid w:val="00BF14B4"/>
    <w:rsid w:val="00BF1605"/>
    <w:rsid w:val="00BF1731"/>
    <w:rsid w:val="00BF2876"/>
    <w:rsid w:val="00BF2BB1"/>
    <w:rsid w:val="00BF34D4"/>
    <w:rsid w:val="00BF364A"/>
    <w:rsid w:val="00BF391E"/>
    <w:rsid w:val="00BF445C"/>
    <w:rsid w:val="00BF52DE"/>
    <w:rsid w:val="00BF53DE"/>
    <w:rsid w:val="00BF6D47"/>
    <w:rsid w:val="00BF7A04"/>
    <w:rsid w:val="00C000D0"/>
    <w:rsid w:val="00C002CD"/>
    <w:rsid w:val="00C0048A"/>
    <w:rsid w:val="00C004BE"/>
    <w:rsid w:val="00C0061D"/>
    <w:rsid w:val="00C01133"/>
    <w:rsid w:val="00C02472"/>
    <w:rsid w:val="00C024FD"/>
    <w:rsid w:val="00C02B04"/>
    <w:rsid w:val="00C03798"/>
    <w:rsid w:val="00C03A84"/>
    <w:rsid w:val="00C03D31"/>
    <w:rsid w:val="00C03DAA"/>
    <w:rsid w:val="00C03F35"/>
    <w:rsid w:val="00C040B8"/>
    <w:rsid w:val="00C04355"/>
    <w:rsid w:val="00C045C4"/>
    <w:rsid w:val="00C04833"/>
    <w:rsid w:val="00C04906"/>
    <w:rsid w:val="00C04A67"/>
    <w:rsid w:val="00C050C1"/>
    <w:rsid w:val="00C052E7"/>
    <w:rsid w:val="00C05C92"/>
    <w:rsid w:val="00C063F8"/>
    <w:rsid w:val="00C06ADB"/>
    <w:rsid w:val="00C06B88"/>
    <w:rsid w:val="00C06F1D"/>
    <w:rsid w:val="00C06F82"/>
    <w:rsid w:val="00C071B0"/>
    <w:rsid w:val="00C078A7"/>
    <w:rsid w:val="00C102F8"/>
    <w:rsid w:val="00C10797"/>
    <w:rsid w:val="00C110A9"/>
    <w:rsid w:val="00C113CF"/>
    <w:rsid w:val="00C11B4B"/>
    <w:rsid w:val="00C11E94"/>
    <w:rsid w:val="00C12DF1"/>
    <w:rsid w:val="00C12F46"/>
    <w:rsid w:val="00C1304D"/>
    <w:rsid w:val="00C1326A"/>
    <w:rsid w:val="00C138D2"/>
    <w:rsid w:val="00C13EB9"/>
    <w:rsid w:val="00C13FCA"/>
    <w:rsid w:val="00C1435B"/>
    <w:rsid w:val="00C15851"/>
    <w:rsid w:val="00C160CE"/>
    <w:rsid w:val="00C16815"/>
    <w:rsid w:val="00C168CF"/>
    <w:rsid w:val="00C16C22"/>
    <w:rsid w:val="00C171D8"/>
    <w:rsid w:val="00C178CC"/>
    <w:rsid w:val="00C2004F"/>
    <w:rsid w:val="00C20638"/>
    <w:rsid w:val="00C20768"/>
    <w:rsid w:val="00C2135E"/>
    <w:rsid w:val="00C21643"/>
    <w:rsid w:val="00C2216F"/>
    <w:rsid w:val="00C221EF"/>
    <w:rsid w:val="00C222DA"/>
    <w:rsid w:val="00C2262D"/>
    <w:rsid w:val="00C226A3"/>
    <w:rsid w:val="00C22782"/>
    <w:rsid w:val="00C22A3F"/>
    <w:rsid w:val="00C22C1C"/>
    <w:rsid w:val="00C230C4"/>
    <w:rsid w:val="00C23821"/>
    <w:rsid w:val="00C23B45"/>
    <w:rsid w:val="00C23C2D"/>
    <w:rsid w:val="00C24319"/>
    <w:rsid w:val="00C243CB"/>
    <w:rsid w:val="00C2495F"/>
    <w:rsid w:val="00C24F94"/>
    <w:rsid w:val="00C25715"/>
    <w:rsid w:val="00C25E67"/>
    <w:rsid w:val="00C269E7"/>
    <w:rsid w:val="00C2711F"/>
    <w:rsid w:val="00C30391"/>
    <w:rsid w:val="00C306B6"/>
    <w:rsid w:val="00C308E7"/>
    <w:rsid w:val="00C3098F"/>
    <w:rsid w:val="00C30BDF"/>
    <w:rsid w:val="00C31FBE"/>
    <w:rsid w:val="00C325C4"/>
    <w:rsid w:val="00C32B09"/>
    <w:rsid w:val="00C32CC2"/>
    <w:rsid w:val="00C33653"/>
    <w:rsid w:val="00C33BEE"/>
    <w:rsid w:val="00C3416B"/>
    <w:rsid w:val="00C349B0"/>
    <w:rsid w:val="00C34B53"/>
    <w:rsid w:val="00C35409"/>
    <w:rsid w:val="00C364DE"/>
    <w:rsid w:val="00C36CA7"/>
    <w:rsid w:val="00C372E9"/>
    <w:rsid w:val="00C3793C"/>
    <w:rsid w:val="00C4004C"/>
    <w:rsid w:val="00C4017E"/>
    <w:rsid w:val="00C407EE"/>
    <w:rsid w:val="00C41351"/>
    <w:rsid w:val="00C414F8"/>
    <w:rsid w:val="00C416A2"/>
    <w:rsid w:val="00C416E5"/>
    <w:rsid w:val="00C41802"/>
    <w:rsid w:val="00C42282"/>
    <w:rsid w:val="00C4287C"/>
    <w:rsid w:val="00C42CBD"/>
    <w:rsid w:val="00C431A2"/>
    <w:rsid w:val="00C43222"/>
    <w:rsid w:val="00C434B2"/>
    <w:rsid w:val="00C434F7"/>
    <w:rsid w:val="00C43D67"/>
    <w:rsid w:val="00C43E7E"/>
    <w:rsid w:val="00C44140"/>
    <w:rsid w:val="00C44382"/>
    <w:rsid w:val="00C44C58"/>
    <w:rsid w:val="00C45531"/>
    <w:rsid w:val="00C46026"/>
    <w:rsid w:val="00C46886"/>
    <w:rsid w:val="00C46987"/>
    <w:rsid w:val="00C471DC"/>
    <w:rsid w:val="00C476C7"/>
    <w:rsid w:val="00C478AF"/>
    <w:rsid w:val="00C50328"/>
    <w:rsid w:val="00C506C9"/>
    <w:rsid w:val="00C5071A"/>
    <w:rsid w:val="00C50D2F"/>
    <w:rsid w:val="00C50DDA"/>
    <w:rsid w:val="00C516E0"/>
    <w:rsid w:val="00C52A08"/>
    <w:rsid w:val="00C53144"/>
    <w:rsid w:val="00C531B3"/>
    <w:rsid w:val="00C53656"/>
    <w:rsid w:val="00C53F9C"/>
    <w:rsid w:val="00C54096"/>
    <w:rsid w:val="00C546B8"/>
    <w:rsid w:val="00C54D1C"/>
    <w:rsid w:val="00C5579D"/>
    <w:rsid w:val="00C558A0"/>
    <w:rsid w:val="00C56718"/>
    <w:rsid w:val="00C5686C"/>
    <w:rsid w:val="00C569C4"/>
    <w:rsid w:val="00C56BFF"/>
    <w:rsid w:val="00C56C9C"/>
    <w:rsid w:val="00C56FAA"/>
    <w:rsid w:val="00C57327"/>
    <w:rsid w:val="00C574AC"/>
    <w:rsid w:val="00C60210"/>
    <w:rsid w:val="00C613F4"/>
    <w:rsid w:val="00C61B66"/>
    <w:rsid w:val="00C61C01"/>
    <w:rsid w:val="00C61F4F"/>
    <w:rsid w:val="00C621DE"/>
    <w:rsid w:val="00C62500"/>
    <w:rsid w:val="00C627BB"/>
    <w:rsid w:val="00C62A36"/>
    <w:rsid w:val="00C62E50"/>
    <w:rsid w:val="00C635F3"/>
    <w:rsid w:val="00C63636"/>
    <w:rsid w:val="00C63C6D"/>
    <w:rsid w:val="00C6424E"/>
    <w:rsid w:val="00C642D2"/>
    <w:rsid w:val="00C6447D"/>
    <w:rsid w:val="00C64A9F"/>
    <w:rsid w:val="00C652F4"/>
    <w:rsid w:val="00C653C2"/>
    <w:rsid w:val="00C654C4"/>
    <w:rsid w:val="00C65DFA"/>
    <w:rsid w:val="00C66AC9"/>
    <w:rsid w:val="00C677A3"/>
    <w:rsid w:val="00C67F17"/>
    <w:rsid w:val="00C702ED"/>
    <w:rsid w:val="00C70707"/>
    <w:rsid w:val="00C70BDF"/>
    <w:rsid w:val="00C70C87"/>
    <w:rsid w:val="00C70D36"/>
    <w:rsid w:val="00C71000"/>
    <w:rsid w:val="00C7114E"/>
    <w:rsid w:val="00C71270"/>
    <w:rsid w:val="00C71D82"/>
    <w:rsid w:val="00C71E82"/>
    <w:rsid w:val="00C73227"/>
    <w:rsid w:val="00C735D5"/>
    <w:rsid w:val="00C73AEC"/>
    <w:rsid w:val="00C73DF6"/>
    <w:rsid w:val="00C73EEA"/>
    <w:rsid w:val="00C742AE"/>
    <w:rsid w:val="00C7434D"/>
    <w:rsid w:val="00C74F60"/>
    <w:rsid w:val="00C75849"/>
    <w:rsid w:val="00C7678F"/>
    <w:rsid w:val="00C76B8F"/>
    <w:rsid w:val="00C76E95"/>
    <w:rsid w:val="00C774F5"/>
    <w:rsid w:val="00C801DA"/>
    <w:rsid w:val="00C8067E"/>
    <w:rsid w:val="00C80BB4"/>
    <w:rsid w:val="00C80CF2"/>
    <w:rsid w:val="00C80F09"/>
    <w:rsid w:val="00C81251"/>
    <w:rsid w:val="00C81966"/>
    <w:rsid w:val="00C81A8A"/>
    <w:rsid w:val="00C81B29"/>
    <w:rsid w:val="00C81CC3"/>
    <w:rsid w:val="00C81D09"/>
    <w:rsid w:val="00C822FD"/>
    <w:rsid w:val="00C82358"/>
    <w:rsid w:val="00C824BE"/>
    <w:rsid w:val="00C824EC"/>
    <w:rsid w:val="00C8279D"/>
    <w:rsid w:val="00C828CD"/>
    <w:rsid w:val="00C8312A"/>
    <w:rsid w:val="00C83353"/>
    <w:rsid w:val="00C83697"/>
    <w:rsid w:val="00C83C8D"/>
    <w:rsid w:val="00C83FA3"/>
    <w:rsid w:val="00C84016"/>
    <w:rsid w:val="00C840EE"/>
    <w:rsid w:val="00C84ACD"/>
    <w:rsid w:val="00C84D60"/>
    <w:rsid w:val="00C84FA2"/>
    <w:rsid w:val="00C852D2"/>
    <w:rsid w:val="00C866EB"/>
    <w:rsid w:val="00C86B38"/>
    <w:rsid w:val="00C86C44"/>
    <w:rsid w:val="00C86E3C"/>
    <w:rsid w:val="00C871B3"/>
    <w:rsid w:val="00C87493"/>
    <w:rsid w:val="00C87C26"/>
    <w:rsid w:val="00C87D6F"/>
    <w:rsid w:val="00C90487"/>
    <w:rsid w:val="00C90AB1"/>
    <w:rsid w:val="00C91A64"/>
    <w:rsid w:val="00C91B81"/>
    <w:rsid w:val="00C91E18"/>
    <w:rsid w:val="00C9212D"/>
    <w:rsid w:val="00C92F32"/>
    <w:rsid w:val="00C932DF"/>
    <w:rsid w:val="00C93723"/>
    <w:rsid w:val="00C9381B"/>
    <w:rsid w:val="00C93C22"/>
    <w:rsid w:val="00C940F6"/>
    <w:rsid w:val="00C94221"/>
    <w:rsid w:val="00C94635"/>
    <w:rsid w:val="00C9471D"/>
    <w:rsid w:val="00C949A3"/>
    <w:rsid w:val="00C95092"/>
    <w:rsid w:val="00C95392"/>
    <w:rsid w:val="00C95544"/>
    <w:rsid w:val="00C95629"/>
    <w:rsid w:val="00C95FE2"/>
    <w:rsid w:val="00C965AC"/>
    <w:rsid w:val="00C96BD0"/>
    <w:rsid w:val="00C96F89"/>
    <w:rsid w:val="00C96FD8"/>
    <w:rsid w:val="00C97A20"/>
    <w:rsid w:val="00C97A36"/>
    <w:rsid w:val="00C97C9E"/>
    <w:rsid w:val="00C97E4E"/>
    <w:rsid w:val="00CA038B"/>
    <w:rsid w:val="00CA080C"/>
    <w:rsid w:val="00CA0A79"/>
    <w:rsid w:val="00CA0CD1"/>
    <w:rsid w:val="00CA0E2D"/>
    <w:rsid w:val="00CA1807"/>
    <w:rsid w:val="00CA1F2C"/>
    <w:rsid w:val="00CA2588"/>
    <w:rsid w:val="00CA3A48"/>
    <w:rsid w:val="00CA3ABE"/>
    <w:rsid w:val="00CA4949"/>
    <w:rsid w:val="00CA4FFA"/>
    <w:rsid w:val="00CA5975"/>
    <w:rsid w:val="00CA5C1A"/>
    <w:rsid w:val="00CA5D1C"/>
    <w:rsid w:val="00CA5E28"/>
    <w:rsid w:val="00CA689B"/>
    <w:rsid w:val="00CA70A1"/>
    <w:rsid w:val="00CA7762"/>
    <w:rsid w:val="00CA7DFB"/>
    <w:rsid w:val="00CA7EE9"/>
    <w:rsid w:val="00CB0664"/>
    <w:rsid w:val="00CB15AF"/>
    <w:rsid w:val="00CB1B81"/>
    <w:rsid w:val="00CB1BCD"/>
    <w:rsid w:val="00CB2B2A"/>
    <w:rsid w:val="00CB32CB"/>
    <w:rsid w:val="00CB36F4"/>
    <w:rsid w:val="00CB462B"/>
    <w:rsid w:val="00CB502D"/>
    <w:rsid w:val="00CB5501"/>
    <w:rsid w:val="00CB5D9F"/>
    <w:rsid w:val="00CB5ECF"/>
    <w:rsid w:val="00CB6624"/>
    <w:rsid w:val="00CB6C7D"/>
    <w:rsid w:val="00CB6EA9"/>
    <w:rsid w:val="00CB78BE"/>
    <w:rsid w:val="00CB7F0C"/>
    <w:rsid w:val="00CC0018"/>
    <w:rsid w:val="00CC0687"/>
    <w:rsid w:val="00CC098F"/>
    <w:rsid w:val="00CC0F09"/>
    <w:rsid w:val="00CC1273"/>
    <w:rsid w:val="00CC19F1"/>
    <w:rsid w:val="00CC1C85"/>
    <w:rsid w:val="00CC1D98"/>
    <w:rsid w:val="00CC230E"/>
    <w:rsid w:val="00CC3018"/>
    <w:rsid w:val="00CC312B"/>
    <w:rsid w:val="00CC3CDD"/>
    <w:rsid w:val="00CC43C8"/>
    <w:rsid w:val="00CC4A94"/>
    <w:rsid w:val="00CC4E12"/>
    <w:rsid w:val="00CC5456"/>
    <w:rsid w:val="00CC55B4"/>
    <w:rsid w:val="00CC5E94"/>
    <w:rsid w:val="00CC6789"/>
    <w:rsid w:val="00CC6993"/>
    <w:rsid w:val="00CC6D43"/>
    <w:rsid w:val="00CC75EA"/>
    <w:rsid w:val="00CC7A7D"/>
    <w:rsid w:val="00CC7D9A"/>
    <w:rsid w:val="00CC7DF9"/>
    <w:rsid w:val="00CC7EF4"/>
    <w:rsid w:val="00CCBD60"/>
    <w:rsid w:val="00CD00F9"/>
    <w:rsid w:val="00CD029A"/>
    <w:rsid w:val="00CD0C8F"/>
    <w:rsid w:val="00CD0D15"/>
    <w:rsid w:val="00CD1B27"/>
    <w:rsid w:val="00CD1E6C"/>
    <w:rsid w:val="00CD2111"/>
    <w:rsid w:val="00CD2173"/>
    <w:rsid w:val="00CD234C"/>
    <w:rsid w:val="00CD2708"/>
    <w:rsid w:val="00CD28D4"/>
    <w:rsid w:val="00CD2D18"/>
    <w:rsid w:val="00CD2DF5"/>
    <w:rsid w:val="00CD3551"/>
    <w:rsid w:val="00CD3CAC"/>
    <w:rsid w:val="00CD3DCF"/>
    <w:rsid w:val="00CD3E4E"/>
    <w:rsid w:val="00CD4058"/>
    <w:rsid w:val="00CD4DA5"/>
    <w:rsid w:val="00CD514F"/>
    <w:rsid w:val="00CD52A9"/>
    <w:rsid w:val="00CD550C"/>
    <w:rsid w:val="00CD5723"/>
    <w:rsid w:val="00CD5D49"/>
    <w:rsid w:val="00CD5FD1"/>
    <w:rsid w:val="00CD6352"/>
    <w:rsid w:val="00CD642D"/>
    <w:rsid w:val="00CD67B4"/>
    <w:rsid w:val="00CD6D0B"/>
    <w:rsid w:val="00CD6E58"/>
    <w:rsid w:val="00CD7493"/>
    <w:rsid w:val="00CD78D0"/>
    <w:rsid w:val="00CD7EAE"/>
    <w:rsid w:val="00CE0467"/>
    <w:rsid w:val="00CE0625"/>
    <w:rsid w:val="00CE08D2"/>
    <w:rsid w:val="00CE0C77"/>
    <w:rsid w:val="00CE0DB2"/>
    <w:rsid w:val="00CE1649"/>
    <w:rsid w:val="00CE2DDF"/>
    <w:rsid w:val="00CE3084"/>
    <w:rsid w:val="00CE3497"/>
    <w:rsid w:val="00CE3D88"/>
    <w:rsid w:val="00CE436B"/>
    <w:rsid w:val="00CE4619"/>
    <w:rsid w:val="00CE4C8C"/>
    <w:rsid w:val="00CE4CCB"/>
    <w:rsid w:val="00CE4E60"/>
    <w:rsid w:val="00CE54EF"/>
    <w:rsid w:val="00CE6018"/>
    <w:rsid w:val="00CE63BB"/>
    <w:rsid w:val="00CE67E8"/>
    <w:rsid w:val="00CE6A7A"/>
    <w:rsid w:val="00CE6AD4"/>
    <w:rsid w:val="00CE6BCF"/>
    <w:rsid w:val="00CE75C1"/>
    <w:rsid w:val="00CE766E"/>
    <w:rsid w:val="00CE794E"/>
    <w:rsid w:val="00CF0020"/>
    <w:rsid w:val="00CF0C4C"/>
    <w:rsid w:val="00CF151B"/>
    <w:rsid w:val="00CF1D2B"/>
    <w:rsid w:val="00CF1DA1"/>
    <w:rsid w:val="00CF26FF"/>
    <w:rsid w:val="00CF3052"/>
    <w:rsid w:val="00CF3054"/>
    <w:rsid w:val="00CF3165"/>
    <w:rsid w:val="00CF616A"/>
    <w:rsid w:val="00CF70A0"/>
    <w:rsid w:val="00CF7357"/>
    <w:rsid w:val="00CF759A"/>
    <w:rsid w:val="00CF76A5"/>
    <w:rsid w:val="00CF79F0"/>
    <w:rsid w:val="00CF7E12"/>
    <w:rsid w:val="00CF7F48"/>
    <w:rsid w:val="00D00464"/>
    <w:rsid w:val="00D005A6"/>
    <w:rsid w:val="00D006D9"/>
    <w:rsid w:val="00D00947"/>
    <w:rsid w:val="00D00CAB"/>
    <w:rsid w:val="00D00E30"/>
    <w:rsid w:val="00D01333"/>
    <w:rsid w:val="00D01A8D"/>
    <w:rsid w:val="00D01E24"/>
    <w:rsid w:val="00D01F61"/>
    <w:rsid w:val="00D020CB"/>
    <w:rsid w:val="00D020CE"/>
    <w:rsid w:val="00D0217F"/>
    <w:rsid w:val="00D03933"/>
    <w:rsid w:val="00D03D1F"/>
    <w:rsid w:val="00D03D6C"/>
    <w:rsid w:val="00D03E49"/>
    <w:rsid w:val="00D03EEC"/>
    <w:rsid w:val="00D0539B"/>
    <w:rsid w:val="00D05A06"/>
    <w:rsid w:val="00D067C0"/>
    <w:rsid w:val="00D09A60"/>
    <w:rsid w:val="00D103DD"/>
    <w:rsid w:val="00D10464"/>
    <w:rsid w:val="00D11086"/>
    <w:rsid w:val="00D116A9"/>
    <w:rsid w:val="00D11E2F"/>
    <w:rsid w:val="00D12095"/>
    <w:rsid w:val="00D1266C"/>
    <w:rsid w:val="00D1298D"/>
    <w:rsid w:val="00D12AC8"/>
    <w:rsid w:val="00D12C54"/>
    <w:rsid w:val="00D12D8F"/>
    <w:rsid w:val="00D13420"/>
    <w:rsid w:val="00D13C49"/>
    <w:rsid w:val="00D141CF"/>
    <w:rsid w:val="00D1433E"/>
    <w:rsid w:val="00D1470B"/>
    <w:rsid w:val="00D14E82"/>
    <w:rsid w:val="00D14FE7"/>
    <w:rsid w:val="00D154ED"/>
    <w:rsid w:val="00D156C0"/>
    <w:rsid w:val="00D160D2"/>
    <w:rsid w:val="00D16274"/>
    <w:rsid w:val="00D171F7"/>
    <w:rsid w:val="00D205FD"/>
    <w:rsid w:val="00D20B0D"/>
    <w:rsid w:val="00D2156A"/>
    <w:rsid w:val="00D215D3"/>
    <w:rsid w:val="00D21DDC"/>
    <w:rsid w:val="00D21E41"/>
    <w:rsid w:val="00D21EFB"/>
    <w:rsid w:val="00D22282"/>
    <w:rsid w:val="00D22376"/>
    <w:rsid w:val="00D22A4C"/>
    <w:rsid w:val="00D22CB5"/>
    <w:rsid w:val="00D22F87"/>
    <w:rsid w:val="00D23138"/>
    <w:rsid w:val="00D231F4"/>
    <w:rsid w:val="00D2321D"/>
    <w:rsid w:val="00D23302"/>
    <w:rsid w:val="00D2339F"/>
    <w:rsid w:val="00D23673"/>
    <w:rsid w:val="00D23A07"/>
    <w:rsid w:val="00D23B86"/>
    <w:rsid w:val="00D240DD"/>
    <w:rsid w:val="00D243C4"/>
    <w:rsid w:val="00D24852"/>
    <w:rsid w:val="00D24C3D"/>
    <w:rsid w:val="00D24F1A"/>
    <w:rsid w:val="00D24FFC"/>
    <w:rsid w:val="00D25D74"/>
    <w:rsid w:val="00D25F60"/>
    <w:rsid w:val="00D25FFE"/>
    <w:rsid w:val="00D26CCF"/>
    <w:rsid w:val="00D27007"/>
    <w:rsid w:val="00D273FA"/>
    <w:rsid w:val="00D2788B"/>
    <w:rsid w:val="00D278D7"/>
    <w:rsid w:val="00D30141"/>
    <w:rsid w:val="00D30288"/>
    <w:rsid w:val="00D304F2"/>
    <w:rsid w:val="00D3075D"/>
    <w:rsid w:val="00D30DC4"/>
    <w:rsid w:val="00D310A5"/>
    <w:rsid w:val="00D319DD"/>
    <w:rsid w:val="00D31D70"/>
    <w:rsid w:val="00D326E2"/>
    <w:rsid w:val="00D32C3D"/>
    <w:rsid w:val="00D32D27"/>
    <w:rsid w:val="00D33186"/>
    <w:rsid w:val="00D34211"/>
    <w:rsid w:val="00D344B2"/>
    <w:rsid w:val="00D34863"/>
    <w:rsid w:val="00D34B8E"/>
    <w:rsid w:val="00D34C4A"/>
    <w:rsid w:val="00D34C5E"/>
    <w:rsid w:val="00D35347"/>
    <w:rsid w:val="00D3598E"/>
    <w:rsid w:val="00D35D26"/>
    <w:rsid w:val="00D35EB4"/>
    <w:rsid w:val="00D36247"/>
    <w:rsid w:val="00D362E1"/>
    <w:rsid w:val="00D36BB8"/>
    <w:rsid w:val="00D36F09"/>
    <w:rsid w:val="00D37F3B"/>
    <w:rsid w:val="00D401C6"/>
    <w:rsid w:val="00D405B3"/>
    <w:rsid w:val="00D406E7"/>
    <w:rsid w:val="00D40B9F"/>
    <w:rsid w:val="00D41552"/>
    <w:rsid w:val="00D4167F"/>
    <w:rsid w:val="00D41693"/>
    <w:rsid w:val="00D41B54"/>
    <w:rsid w:val="00D42526"/>
    <w:rsid w:val="00D4297E"/>
    <w:rsid w:val="00D42DD5"/>
    <w:rsid w:val="00D42FA1"/>
    <w:rsid w:val="00D437AF"/>
    <w:rsid w:val="00D43C3D"/>
    <w:rsid w:val="00D45D3D"/>
    <w:rsid w:val="00D460A4"/>
    <w:rsid w:val="00D46573"/>
    <w:rsid w:val="00D47454"/>
    <w:rsid w:val="00D47AF2"/>
    <w:rsid w:val="00D47C8C"/>
    <w:rsid w:val="00D47D02"/>
    <w:rsid w:val="00D5039A"/>
    <w:rsid w:val="00D50C70"/>
    <w:rsid w:val="00D50F04"/>
    <w:rsid w:val="00D51089"/>
    <w:rsid w:val="00D515A7"/>
    <w:rsid w:val="00D51C49"/>
    <w:rsid w:val="00D52560"/>
    <w:rsid w:val="00D529B1"/>
    <w:rsid w:val="00D53075"/>
    <w:rsid w:val="00D53263"/>
    <w:rsid w:val="00D54CBB"/>
    <w:rsid w:val="00D55220"/>
    <w:rsid w:val="00D552C3"/>
    <w:rsid w:val="00D5537E"/>
    <w:rsid w:val="00D55487"/>
    <w:rsid w:val="00D55F5C"/>
    <w:rsid w:val="00D5612A"/>
    <w:rsid w:val="00D56733"/>
    <w:rsid w:val="00D573CF"/>
    <w:rsid w:val="00D574C1"/>
    <w:rsid w:val="00D57648"/>
    <w:rsid w:val="00D57CD1"/>
    <w:rsid w:val="00D6049E"/>
    <w:rsid w:val="00D60654"/>
    <w:rsid w:val="00D60A0D"/>
    <w:rsid w:val="00D60A1A"/>
    <w:rsid w:val="00D6126D"/>
    <w:rsid w:val="00D6172A"/>
    <w:rsid w:val="00D61A72"/>
    <w:rsid w:val="00D61A81"/>
    <w:rsid w:val="00D61CA1"/>
    <w:rsid w:val="00D624C9"/>
    <w:rsid w:val="00D62818"/>
    <w:rsid w:val="00D62867"/>
    <w:rsid w:val="00D628EF"/>
    <w:rsid w:val="00D63902"/>
    <w:rsid w:val="00D63FC7"/>
    <w:rsid w:val="00D645A6"/>
    <w:rsid w:val="00D64C0D"/>
    <w:rsid w:val="00D64E3E"/>
    <w:rsid w:val="00D65DF1"/>
    <w:rsid w:val="00D66155"/>
    <w:rsid w:val="00D664BE"/>
    <w:rsid w:val="00D665C1"/>
    <w:rsid w:val="00D668B8"/>
    <w:rsid w:val="00D67369"/>
    <w:rsid w:val="00D674DD"/>
    <w:rsid w:val="00D676DC"/>
    <w:rsid w:val="00D70930"/>
    <w:rsid w:val="00D709D4"/>
    <w:rsid w:val="00D7184A"/>
    <w:rsid w:val="00D71CCD"/>
    <w:rsid w:val="00D7234C"/>
    <w:rsid w:val="00D72568"/>
    <w:rsid w:val="00D736BD"/>
    <w:rsid w:val="00D73DF7"/>
    <w:rsid w:val="00D75997"/>
    <w:rsid w:val="00D764A2"/>
    <w:rsid w:val="00D76650"/>
    <w:rsid w:val="00D77705"/>
    <w:rsid w:val="00D77A79"/>
    <w:rsid w:val="00D77A95"/>
    <w:rsid w:val="00D77AF8"/>
    <w:rsid w:val="00D77C6D"/>
    <w:rsid w:val="00D80332"/>
    <w:rsid w:val="00D80866"/>
    <w:rsid w:val="00D8112E"/>
    <w:rsid w:val="00D81236"/>
    <w:rsid w:val="00D816C4"/>
    <w:rsid w:val="00D81B5F"/>
    <w:rsid w:val="00D8205E"/>
    <w:rsid w:val="00D82082"/>
    <w:rsid w:val="00D83759"/>
    <w:rsid w:val="00D8388B"/>
    <w:rsid w:val="00D83BC1"/>
    <w:rsid w:val="00D83C98"/>
    <w:rsid w:val="00D83DA7"/>
    <w:rsid w:val="00D84076"/>
    <w:rsid w:val="00D841C8"/>
    <w:rsid w:val="00D84F17"/>
    <w:rsid w:val="00D84FD7"/>
    <w:rsid w:val="00D851C0"/>
    <w:rsid w:val="00D857B8"/>
    <w:rsid w:val="00D85985"/>
    <w:rsid w:val="00D85E0A"/>
    <w:rsid w:val="00D85EF0"/>
    <w:rsid w:val="00D85FD5"/>
    <w:rsid w:val="00D86633"/>
    <w:rsid w:val="00D86654"/>
    <w:rsid w:val="00D867B2"/>
    <w:rsid w:val="00D86AD8"/>
    <w:rsid w:val="00D87681"/>
    <w:rsid w:val="00D87DA4"/>
    <w:rsid w:val="00D903E9"/>
    <w:rsid w:val="00D90689"/>
    <w:rsid w:val="00D90959"/>
    <w:rsid w:val="00D90B96"/>
    <w:rsid w:val="00D90ED1"/>
    <w:rsid w:val="00D91593"/>
    <w:rsid w:val="00D91E33"/>
    <w:rsid w:val="00D91F34"/>
    <w:rsid w:val="00D92291"/>
    <w:rsid w:val="00D92AA3"/>
    <w:rsid w:val="00D92D81"/>
    <w:rsid w:val="00D93048"/>
    <w:rsid w:val="00D94257"/>
    <w:rsid w:val="00D94ADB"/>
    <w:rsid w:val="00D95328"/>
    <w:rsid w:val="00D9597F"/>
    <w:rsid w:val="00D96848"/>
    <w:rsid w:val="00D9698A"/>
    <w:rsid w:val="00D96C92"/>
    <w:rsid w:val="00D97183"/>
    <w:rsid w:val="00D973E5"/>
    <w:rsid w:val="00D97DF6"/>
    <w:rsid w:val="00DA011D"/>
    <w:rsid w:val="00DA02E8"/>
    <w:rsid w:val="00DA0B82"/>
    <w:rsid w:val="00DA0E93"/>
    <w:rsid w:val="00DA125D"/>
    <w:rsid w:val="00DA13DB"/>
    <w:rsid w:val="00DA15E4"/>
    <w:rsid w:val="00DA1BB9"/>
    <w:rsid w:val="00DA1FC2"/>
    <w:rsid w:val="00DA236F"/>
    <w:rsid w:val="00DA2476"/>
    <w:rsid w:val="00DA28D3"/>
    <w:rsid w:val="00DA28F0"/>
    <w:rsid w:val="00DA4296"/>
    <w:rsid w:val="00DA49C9"/>
    <w:rsid w:val="00DA4D1A"/>
    <w:rsid w:val="00DA5B1E"/>
    <w:rsid w:val="00DA5B35"/>
    <w:rsid w:val="00DA612D"/>
    <w:rsid w:val="00DA66C1"/>
    <w:rsid w:val="00DA66F4"/>
    <w:rsid w:val="00DA7392"/>
    <w:rsid w:val="00DA74FE"/>
    <w:rsid w:val="00DA7541"/>
    <w:rsid w:val="00DA756B"/>
    <w:rsid w:val="00DA7DE0"/>
    <w:rsid w:val="00DB0240"/>
    <w:rsid w:val="00DB0640"/>
    <w:rsid w:val="00DB109F"/>
    <w:rsid w:val="00DB1334"/>
    <w:rsid w:val="00DB1E03"/>
    <w:rsid w:val="00DB3953"/>
    <w:rsid w:val="00DB39CD"/>
    <w:rsid w:val="00DB3F13"/>
    <w:rsid w:val="00DB3F22"/>
    <w:rsid w:val="00DB3F6A"/>
    <w:rsid w:val="00DB4881"/>
    <w:rsid w:val="00DB4DA0"/>
    <w:rsid w:val="00DB5BCE"/>
    <w:rsid w:val="00DB5CEF"/>
    <w:rsid w:val="00DB7398"/>
    <w:rsid w:val="00DB789F"/>
    <w:rsid w:val="00DB7958"/>
    <w:rsid w:val="00DB7ACF"/>
    <w:rsid w:val="00DB7B35"/>
    <w:rsid w:val="00DC0183"/>
    <w:rsid w:val="00DC01CC"/>
    <w:rsid w:val="00DC08A3"/>
    <w:rsid w:val="00DC2182"/>
    <w:rsid w:val="00DC289D"/>
    <w:rsid w:val="00DC2C1E"/>
    <w:rsid w:val="00DC33C6"/>
    <w:rsid w:val="00DC36E0"/>
    <w:rsid w:val="00DC3AB8"/>
    <w:rsid w:val="00DC4427"/>
    <w:rsid w:val="00DC4444"/>
    <w:rsid w:val="00DC46E6"/>
    <w:rsid w:val="00DC49E6"/>
    <w:rsid w:val="00DC4FFF"/>
    <w:rsid w:val="00DC5259"/>
    <w:rsid w:val="00DC53FE"/>
    <w:rsid w:val="00DC55FC"/>
    <w:rsid w:val="00DC5B58"/>
    <w:rsid w:val="00DC5B7A"/>
    <w:rsid w:val="00DC5E99"/>
    <w:rsid w:val="00DC6D93"/>
    <w:rsid w:val="00DC6F45"/>
    <w:rsid w:val="00DC74AA"/>
    <w:rsid w:val="00DC7525"/>
    <w:rsid w:val="00DC77DA"/>
    <w:rsid w:val="00DC7927"/>
    <w:rsid w:val="00DC7A03"/>
    <w:rsid w:val="00DC7BB1"/>
    <w:rsid w:val="00DC7DC1"/>
    <w:rsid w:val="00DD0090"/>
    <w:rsid w:val="00DD03F3"/>
    <w:rsid w:val="00DD0BDE"/>
    <w:rsid w:val="00DD0FCC"/>
    <w:rsid w:val="00DD155F"/>
    <w:rsid w:val="00DD18DB"/>
    <w:rsid w:val="00DD1B50"/>
    <w:rsid w:val="00DD1E09"/>
    <w:rsid w:val="00DD1F0E"/>
    <w:rsid w:val="00DD25CC"/>
    <w:rsid w:val="00DD270E"/>
    <w:rsid w:val="00DD2A8A"/>
    <w:rsid w:val="00DD2CC8"/>
    <w:rsid w:val="00DD30B7"/>
    <w:rsid w:val="00DD3964"/>
    <w:rsid w:val="00DD3ADB"/>
    <w:rsid w:val="00DD3DC9"/>
    <w:rsid w:val="00DD4022"/>
    <w:rsid w:val="00DD4475"/>
    <w:rsid w:val="00DD53FF"/>
    <w:rsid w:val="00DD5F1D"/>
    <w:rsid w:val="00DD5F69"/>
    <w:rsid w:val="00DD6C69"/>
    <w:rsid w:val="00DD6EC3"/>
    <w:rsid w:val="00DD7845"/>
    <w:rsid w:val="00DD7A16"/>
    <w:rsid w:val="00DD7B03"/>
    <w:rsid w:val="00DD7C81"/>
    <w:rsid w:val="00DD7F69"/>
    <w:rsid w:val="00DE03C6"/>
    <w:rsid w:val="00DE0715"/>
    <w:rsid w:val="00DE0957"/>
    <w:rsid w:val="00DE10B2"/>
    <w:rsid w:val="00DE14C4"/>
    <w:rsid w:val="00DE1D70"/>
    <w:rsid w:val="00DE1DEB"/>
    <w:rsid w:val="00DE23A5"/>
    <w:rsid w:val="00DE242E"/>
    <w:rsid w:val="00DE2825"/>
    <w:rsid w:val="00DE2878"/>
    <w:rsid w:val="00DE28FC"/>
    <w:rsid w:val="00DE2999"/>
    <w:rsid w:val="00DE2B39"/>
    <w:rsid w:val="00DE2DE0"/>
    <w:rsid w:val="00DE3833"/>
    <w:rsid w:val="00DE3CD6"/>
    <w:rsid w:val="00DE3DD5"/>
    <w:rsid w:val="00DE3E40"/>
    <w:rsid w:val="00DE43E8"/>
    <w:rsid w:val="00DE4B7F"/>
    <w:rsid w:val="00DE4B93"/>
    <w:rsid w:val="00DE4C59"/>
    <w:rsid w:val="00DE51A6"/>
    <w:rsid w:val="00DE552A"/>
    <w:rsid w:val="00DE5C83"/>
    <w:rsid w:val="00DE5E1E"/>
    <w:rsid w:val="00DE644F"/>
    <w:rsid w:val="00DE6553"/>
    <w:rsid w:val="00DE66B3"/>
    <w:rsid w:val="00DE70A4"/>
    <w:rsid w:val="00DE7371"/>
    <w:rsid w:val="00DE746D"/>
    <w:rsid w:val="00DE769A"/>
    <w:rsid w:val="00DE7D8D"/>
    <w:rsid w:val="00DF063A"/>
    <w:rsid w:val="00DF0A5F"/>
    <w:rsid w:val="00DF13AE"/>
    <w:rsid w:val="00DF195E"/>
    <w:rsid w:val="00DF1C3D"/>
    <w:rsid w:val="00DF1DFE"/>
    <w:rsid w:val="00DF23FA"/>
    <w:rsid w:val="00DF2980"/>
    <w:rsid w:val="00DF2AF9"/>
    <w:rsid w:val="00DF2F2F"/>
    <w:rsid w:val="00DF3258"/>
    <w:rsid w:val="00DF4B5B"/>
    <w:rsid w:val="00DF4E98"/>
    <w:rsid w:val="00DF5390"/>
    <w:rsid w:val="00DF55B9"/>
    <w:rsid w:val="00DF5C05"/>
    <w:rsid w:val="00DF5EC1"/>
    <w:rsid w:val="00DF6164"/>
    <w:rsid w:val="00DF644B"/>
    <w:rsid w:val="00DF667F"/>
    <w:rsid w:val="00DF688E"/>
    <w:rsid w:val="00DF6FF7"/>
    <w:rsid w:val="00DF71D6"/>
    <w:rsid w:val="00DF730C"/>
    <w:rsid w:val="00DF76BC"/>
    <w:rsid w:val="00E002E3"/>
    <w:rsid w:val="00E007ED"/>
    <w:rsid w:val="00E0087F"/>
    <w:rsid w:val="00E00FDE"/>
    <w:rsid w:val="00E014BD"/>
    <w:rsid w:val="00E015AC"/>
    <w:rsid w:val="00E01642"/>
    <w:rsid w:val="00E016A6"/>
    <w:rsid w:val="00E01910"/>
    <w:rsid w:val="00E01953"/>
    <w:rsid w:val="00E01B02"/>
    <w:rsid w:val="00E02176"/>
    <w:rsid w:val="00E0288C"/>
    <w:rsid w:val="00E03525"/>
    <w:rsid w:val="00E0364A"/>
    <w:rsid w:val="00E03786"/>
    <w:rsid w:val="00E03A21"/>
    <w:rsid w:val="00E04200"/>
    <w:rsid w:val="00E04780"/>
    <w:rsid w:val="00E04AE8"/>
    <w:rsid w:val="00E04BEB"/>
    <w:rsid w:val="00E04EBE"/>
    <w:rsid w:val="00E04F69"/>
    <w:rsid w:val="00E05CA3"/>
    <w:rsid w:val="00E0626D"/>
    <w:rsid w:val="00E0698D"/>
    <w:rsid w:val="00E06AA5"/>
    <w:rsid w:val="00E06AC1"/>
    <w:rsid w:val="00E06C02"/>
    <w:rsid w:val="00E06F5B"/>
    <w:rsid w:val="00E072C7"/>
    <w:rsid w:val="00E07462"/>
    <w:rsid w:val="00E07953"/>
    <w:rsid w:val="00E07ADB"/>
    <w:rsid w:val="00E07B1E"/>
    <w:rsid w:val="00E1004B"/>
    <w:rsid w:val="00E115E9"/>
    <w:rsid w:val="00E117A4"/>
    <w:rsid w:val="00E11AAF"/>
    <w:rsid w:val="00E12537"/>
    <w:rsid w:val="00E12926"/>
    <w:rsid w:val="00E129A6"/>
    <w:rsid w:val="00E12A37"/>
    <w:rsid w:val="00E12AF4"/>
    <w:rsid w:val="00E13007"/>
    <w:rsid w:val="00E13617"/>
    <w:rsid w:val="00E13A96"/>
    <w:rsid w:val="00E13FEE"/>
    <w:rsid w:val="00E14126"/>
    <w:rsid w:val="00E14239"/>
    <w:rsid w:val="00E14294"/>
    <w:rsid w:val="00E144A0"/>
    <w:rsid w:val="00E146AC"/>
    <w:rsid w:val="00E146AE"/>
    <w:rsid w:val="00E1476C"/>
    <w:rsid w:val="00E14D61"/>
    <w:rsid w:val="00E14E6C"/>
    <w:rsid w:val="00E150CB"/>
    <w:rsid w:val="00E15117"/>
    <w:rsid w:val="00E1533E"/>
    <w:rsid w:val="00E157EE"/>
    <w:rsid w:val="00E15C6A"/>
    <w:rsid w:val="00E15CFE"/>
    <w:rsid w:val="00E1613B"/>
    <w:rsid w:val="00E166AE"/>
    <w:rsid w:val="00E168B6"/>
    <w:rsid w:val="00E171E0"/>
    <w:rsid w:val="00E17D84"/>
    <w:rsid w:val="00E18D37"/>
    <w:rsid w:val="00E2072A"/>
    <w:rsid w:val="00E207B8"/>
    <w:rsid w:val="00E209E9"/>
    <w:rsid w:val="00E20BE0"/>
    <w:rsid w:val="00E2151B"/>
    <w:rsid w:val="00E2175C"/>
    <w:rsid w:val="00E217D4"/>
    <w:rsid w:val="00E21C1D"/>
    <w:rsid w:val="00E21D05"/>
    <w:rsid w:val="00E21F65"/>
    <w:rsid w:val="00E21F67"/>
    <w:rsid w:val="00E21F6A"/>
    <w:rsid w:val="00E22302"/>
    <w:rsid w:val="00E22553"/>
    <w:rsid w:val="00E22A59"/>
    <w:rsid w:val="00E22C41"/>
    <w:rsid w:val="00E22CE7"/>
    <w:rsid w:val="00E22DC1"/>
    <w:rsid w:val="00E22DD4"/>
    <w:rsid w:val="00E22F8C"/>
    <w:rsid w:val="00E23519"/>
    <w:rsid w:val="00E23D32"/>
    <w:rsid w:val="00E24422"/>
    <w:rsid w:val="00E245A3"/>
    <w:rsid w:val="00E246F6"/>
    <w:rsid w:val="00E25BD4"/>
    <w:rsid w:val="00E25E2C"/>
    <w:rsid w:val="00E25E6E"/>
    <w:rsid w:val="00E260EB"/>
    <w:rsid w:val="00E26593"/>
    <w:rsid w:val="00E26AEF"/>
    <w:rsid w:val="00E26D94"/>
    <w:rsid w:val="00E26FB7"/>
    <w:rsid w:val="00E270A1"/>
    <w:rsid w:val="00E27257"/>
    <w:rsid w:val="00E27605"/>
    <w:rsid w:val="00E27E25"/>
    <w:rsid w:val="00E301C0"/>
    <w:rsid w:val="00E30B45"/>
    <w:rsid w:val="00E30D4C"/>
    <w:rsid w:val="00E321BB"/>
    <w:rsid w:val="00E32A7C"/>
    <w:rsid w:val="00E32B50"/>
    <w:rsid w:val="00E32B96"/>
    <w:rsid w:val="00E32CA8"/>
    <w:rsid w:val="00E32E9F"/>
    <w:rsid w:val="00E33343"/>
    <w:rsid w:val="00E333B9"/>
    <w:rsid w:val="00E337B8"/>
    <w:rsid w:val="00E33988"/>
    <w:rsid w:val="00E33CD7"/>
    <w:rsid w:val="00E34095"/>
    <w:rsid w:val="00E344A8"/>
    <w:rsid w:val="00E34A93"/>
    <w:rsid w:val="00E34F82"/>
    <w:rsid w:val="00E352ED"/>
    <w:rsid w:val="00E35AA9"/>
    <w:rsid w:val="00E35BC7"/>
    <w:rsid w:val="00E35EE0"/>
    <w:rsid w:val="00E36AB7"/>
    <w:rsid w:val="00E36CE7"/>
    <w:rsid w:val="00E36D82"/>
    <w:rsid w:val="00E36DC6"/>
    <w:rsid w:val="00E37044"/>
    <w:rsid w:val="00E37C0E"/>
    <w:rsid w:val="00E37ECE"/>
    <w:rsid w:val="00E40165"/>
    <w:rsid w:val="00E4037D"/>
    <w:rsid w:val="00E405EE"/>
    <w:rsid w:val="00E42540"/>
    <w:rsid w:val="00E42CF7"/>
    <w:rsid w:val="00E42FFC"/>
    <w:rsid w:val="00E433F0"/>
    <w:rsid w:val="00E435EE"/>
    <w:rsid w:val="00E438FB"/>
    <w:rsid w:val="00E43AE7"/>
    <w:rsid w:val="00E43AEA"/>
    <w:rsid w:val="00E440B7"/>
    <w:rsid w:val="00E4482A"/>
    <w:rsid w:val="00E4494C"/>
    <w:rsid w:val="00E44A40"/>
    <w:rsid w:val="00E44A85"/>
    <w:rsid w:val="00E44AF8"/>
    <w:rsid w:val="00E44B2C"/>
    <w:rsid w:val="00E4507A"/>
    <w:rsid w:val="00E4529B"/>
    <w:rsid w:val="00E4552D"/>
    <w:rsid w:val="00E45825"/>
    <w:rsid w:val="00E45C0C"/>
    <w:rsid w:val="00E45DD8"/>
    <w:rsid w:val="00E4620B"/>
    <w:rsid w:val="00E46304"/>
    <w:rsid w:val="00E4657C"/>
    <w:rsid w:val="00E46712"/>
    <w:rsid w:val="00E46815"/>
    <w:rsid w:val="00E46828"/>
    <w:rsid w:val="00E46AE4"/>
    <w:rsid w:val="00E47081"/>
    <w:rsid w:val="00E47102"/>
    <w:rsid w:val="00E47F4E"/>
    <w:rsid w:val="00E50209"/>
    <w:rsid w:val="00E5032A"/>
    <w:rsid w:val="00E503DD"/>
    <w:rsid w:val="00E50641"/>
    <w:rsid w:val="00E508B8"/>
    <w:rsid w:val="00E5092F"/>
    <w:rsid w:val="00E50FE2"/>
    <w:rsid w:val="00E511EB"/>
    <w:rsid w:val="00E512D5"/>
    <w:rsid w:val="00E51A67"/>
    <w:rsid w:val="00E520E3"/>
    <w:rsid w:val="00E5229B"/>
    <w:rsid w:val="00E52B23"/>
    <w:rsid w:val="00E53754"/>
    <w:rsid w:val="00E54813"/>
    <w:rsid w:val="00E54992"/>
    <w:rsid w:val="00E54C68"/>
    <w:rsid w:val="00E54F4A"/>
    <w:rsid w:val="00E550E8"/>
    <w:rsid w:val="00E5570D"/>
    <w:rsid w:val="00E55D5D"/>
    <w:rsid w:val="00E55F85"/>
    <w:rsid w:val="00E5604D"/>
    <w:rsid w:val="00E5615C"/>
    <w:rsid w:val="00E56834"/>
    <w:rsid w:val="00E56D47"/>
    <w:rsid w:val="00E57498"/>
    <w:rsid w:val="00E57745"/>
    <w:rsid w:val="00E57B0F"/>
    <w:rsid w:val="00E57DB5"/>
    <w:rsid w:val="00E60088"/>
    <w:rsid w:val="00E606C2"/>
    <w:rsid w:val="00E60B41"/>
    <w:rsid w:val="00E613BA"/>
    <w:rsid w:val="00E61EA7"/>
    <w:rsid w:val="00E620F6"/>
    <w:rsid w:val="00E6256B"/>
    <w:rsid w:val="00E627A0"/>
    <w:rsid w:val="00E62AFD"/>
    <w:rsid w:val="00E62BF3"/>
    <w:rsid w:val="00E62CE0"/>
    <w:rsid w:val="00E62E3F"/>
    <w:rsid w:val="00E63197"/>
    <w:rsid w:val="00E6344F"/>
    <w:rsid w:val="00E635E1"/>
    <w:rsid w:val="00E63DEE"/>
    <w:rsid w:val="00E63F8B"/>
    <w:rsid w:val="00E64C63"/>
    <w:rsid w:val="00E64ECB"/>
    <w:rsid w:val="00E6523D"/>
    <w:rsid w:val="00E6604B"/>
    <w:rsid w:val="00E666BE"/>
    <w:rsid w:val="00E66973"/>
    <w:rsid w:val="00E66C0A"/>
    <w:rsid w:val="00E67001"/>
    <w:rsid w:val="00E67170"/>
    <w:rsid w:val="00E67577"/>
    <w:rsid w:val="00E676D0"/>
    <w:rsid w:val="00E6D73F"/>
    <w:rsid w:val="00E702A8"/>
    <w:rsid w:val="00E70DC6"/>
    <w:rsid w:val="00E71003"/>
    <w:rsid w:val="00E7136C"/>
    <w:rsid w:val="00E713F8"/>
    <w:rsid w:val="00E71A00"/>
    <w:rsid w:val="00E72F81"/>
    <w:rsid w:val="00E73498"/>
    <w:rsid w:val="00E7447B"/>
    <w:rsid w:val="00E74869"/>
    <w:rsid w:val="00E749B5"/>
    <w:rsid w:val="00E74F7C"/>
    <w:rsid w:val="00E75015"/>
    <w:rsid w:val="00E76124"/>
    <w:rsid w:val="00E76D23"/>
    <w:rsid w:val="00E770E3"/>
    <w:rsid w:val="00E7750B"/>
    <w:rsid w:val="00E77B2B"/>
    <w:rsid w:val="00E77BF9"/>
    <w:rsid w:val="00E80248"/>
    <w:rsid w:val="00E80565"/>
    <w:rsid w:val="00E808C2"/>
    <w:rsid w:val="00E81154"/>
    <w:rsid w:val="00E81FA6"/>
    <w:rsid w:val="00E822D8"/>
    <w:rsid w:val="00E82817"/>
    <w:rsid w:val="00E8300E"/>
    <w:rsid w:val="00E836CC"/>
    <w:rsid w:val="00E83B56"/>
    <w:rsid w:val="00E83BAA"/>
    <w:rsid w:val="00E84099"/>
    <w:rsid w:val="00E84747"/>
    <w:rsid w:val="00E848B3"/>
    <w:rsid w:val="00E85235"/>
    <w:rsid w:val="00E852E9"/>
    <w:rsid w:val="00E855DD"/>
    <w:rsid w:val="00E85C77"/>
    <w:rsid w:val="00E85E4D"/>
    <w:rsid w:val="00E85EE4"/>
    <w:rsid w:val="00E86CBA"/>
    <w:rsid w:val="00E87032"/>
    <w:rsid w:val="00E87305"/>
    <w:rsid w:val="00E87D27"/>
    <w:rsid w:val="00E87DB0"/>
    <w:rsid w:val="00E87E58"/>
    <w:rsid w:val="00E91576"/>
    <w:rsid w:val="00E916C4"/>
    <w:rsid w:val="00E9171C"/>
    <w:rsid w:val="00E91A62"/>
    <w:rsid w:val="00E92920"/>
    <w:rsid w:val="00E9338C"/>
    <w:rsid w:val="00E93D15"/>
    <w:rsid w:val="00E93EA0"/>
    <w:rsid w:val="00E94594"/>
    <w:rsid w:val="00E94955"/>
    <w:rsid w:val="00E95663"/>
    <w:rsid w:val="00E95BD0"/>
    <w:rsid w:val="00E95C35"/>
    <w:rsid w:val="00E95D94"/>
    <w:rsid w:val="00E964B4"/>
    <w:rsid w:val="00E9659B"/>
    <w:rsid w:val="00E967FE"/>
    <w:rsid w:val="00E96DFD"/>
    <w:rsid w:val="00E97021"/>
    <w:rsid w:val="00E97830"/>
    <w:rsid w:val="00E979CA"/>
    <w:rsid w:val="00E97BAB"/>
    <w:rsid w:val="00E97F92"/>
    <w:rsid w:val="00EA02F8"/>
    <w:rsid w:val="00EA1032"/>
    <w:rsid w:val="00EA10CF"/>
    <w:rsid w:val="00EA13B9"/>
    <w:rsid w:val="00EA154B"/>
    <w:rsid w:val="00EA1FA4"/>
    <w:rsid w:val="00EA2914"/>
    <w:rsid w:val="00EA2B5A"/>
    <w:rsid w:val="00EA344D"/>
    <w:rsid w:val="00EA3503"/>
    <w:rsid w:val="00EA3D69"/>
    <w:rsid w:val="00EA3E90"/>
    <w:rsid w:val="00EA429D"/>
    <w:rsid w:val="00EA44D8"/>
    <w:rsid w:val="00EA4C12"/>
    <w:rsid w:val="00EA6CE4"/>
    <w:rsid w:val="00EA7402"/>
    <w:rsid w:val="00EA7779"/>
    <w:rsid w:val="00EB0485"/>
    <w:rsid w:val="00EB0543"/>
    <w:rsid w:val="00EB06D1"/>
    <w:rsid w:val="00EB0820"/>
    <w:rsid w:val="00EB08CB"/>
    <w:rsid w:val="00EB0940"/>
    <w:rsid w:val="00EB0BF2"/>
    <w:rsid w:val="00EB1649"/>
    <w:rsid w:val="00EB1EB7"/>
    <w:rsid w:val="00EB2167"/>
    <w:rsid w:val="00EB22C9"/>
    <w:rsid w:val="00EB2670"/>
    <w:rsid w:val="00EB29B2"/>
    <w:rsid w:val="00EB29E5"/>
    <w:rsid w:val="00EB2E95"/>
    <w:rsid w:val="00EB2FDF"/>
    <w:rsid w:val="00EB31CA"/>
    <w:rsid w:val="00EB3474"/>
    <w:rsid w:val="00EB382F"/>
    <w:rsid w:val="00EB42D7"/>
    <w:rsid w:val="00EB518C"/>
    <w:rsid w:val="00EB5365"/>
    <w:rsid w:val="00EB563A"/>
    <w:rsid w:val="00EB59DA"/>
    <w:rsid w:val="00EB664B"/>
    <w:rsid w:val="00EB67DE"/>
    <w:rsid w:val="00EB6C25"/>
    <w:rsid w:val="00EB7751"/>
    <w:rsid w:val="00EB7773"/>
    <w:rsid w:val="00EB7E27"/>
    <w:rsid w:val="00EB92A7"/>
    <w:rsid w:val="00EC0085"/>
    <w:rsid w:val="00EC015C"/>
    <w:rsid w:val="00EC01C5"/>
    <w:rsid w:val="00EC089A"/>
    <w:rsid w:val="00EC0F2B"/>
    <w:rsid w:val="00EC11D2"/>
    <w:rsid w:val="00EC14EA"/>
    <w:rsid w:val="00EC2298"/>
    <w:rsid w:val="00EC2438"/>
    <w:rsid w:val="00EC255A"/>
    <w:rsid w:val="00EC2AC0"/>
    <w:rsid w:val="00EC30B7"/>
    <w:rsid w:val="00EC3315"/>
    <w:rsid w:val="00EC39D1"/>
    <w:rsid w:val="00EC3B8F"/>
    <w:rsid w:val="00EC3BDC"/>
    <w:rsid w:val="00EC3D12"/>
    <w:rsid w:val="00EC3F20"/>
    <w:rsid w:val="00EC4CDA"/>
    <w:rsid w:val="00EC60D1"/>
    <w:rsid w:val="00EC6FC7"/>
    <w:rsid w:val="00EC71DA"/>
    <w:rsid w:val="00EC78EE"/>
    <w:rsid w:val="00ED0464"/>
    <w:rsid w:val="00ED093F"/>
    <w:rsid w:val="00ED0959"/>
    <w:rsid w:val="00ED0D37"/>
    <w:rsid w:val="00ED0F8F"/>
    <w:rsid w:val="00ED1F80"/>
    <w:rsid w:val="00ED25E2"/>
    <w:rsid w:val="00ED2816"/>
    <w:rsid w:val="00ED3223"/>
    <w:rsid w:val="00ED3946"/>
    <w:rsid w:val="00ED3FDF"/>
    <w:rsid w:val="00ED4D76"/>
    <w:rsid w:val="00ED5021"/>
    <w:rsid w:val="00ED5753"/>
    <w:rsid w:val="00ED5830"/>
    <w:rsid w:val="00ED5B5D"/>
    <w:rsid w:val="00ED602F"/>
    <w:rsid w:val="00ED65C7"/>
    <w:rsid w:val="00ED7BC3"/>
    <w:rsid w:val="00ED7CF3"/>
    <w:rsid w:val="00EE01F2"/>
    <w:rsid w:val="00EE02C3"/>
    <w:rsid w:val="00EE0847"/>
    <w:rsid w:val="00EE0E66"/>
    <w:rsid w:val="00EE10D8"/>
    <w:rsid w:val="00EE11E7"/>
    <w:rsid w:val="00EE16B3"/>
    <w:rsid w:val="00EE2324"/>
    <w:rsid w:val="00EE2551"/>
    <w:rsid w:val="00EE2B06"/>
    <w:rsid w:val="00EE3079"/>
    <w:rsid w:val="00EE340A"/>
    <w:rsid w:val="00EE3855"/>
    <w:rsid w:val="00EE3D5A"/>
    <w:rsid w:val="00EE3FCA"/>
    <w:rsid w:val="00EE40C5"/>
    <w:rsid w:val="00EE41B4"/>
    <w:rsid w:val="00EE4911"/>
    <w:rsid w:val="00EE5379"/>
    <w:rsid w:val="00EE543C"/>
    <w:rsid w:val="00EE56BC"/>
    <w:rsid w:val="00EE57A0"/>
    <w:rsid w:val="00EE5B1B"/>
    <w:rsid w:val="00EE5EDA"/>
    <w:rsid w:val="00EE5F3D"/>
    <w:rsid w:val="00EE67AE"/>
    <w:rsid w:val="00EE6D98"/>
    <w:rsid w:val="00EE6DA0"/>
    <w:rsid w:val="00EE746D"/>
    <w:rsid w:val="00EE792C"/>
    <w:rsid w:val="00EE79DA"/>
    <w:rsid w:val="00EE7ADC"/>
    <w:rsid w:val="00EF009F"/>
    <w:rsid w:val="00EF05AC"/>
    <w:rsid w:val="00EF0802"/>
    <w:rsid w:val="00EF0B36"/>
    <w:rsid w:val="00EF1137"/>
    <w:rsid w:val="00EF17C6"/>
    <w:rsid w:val="00EF1A03"/>
    <w:rsid w:val="00EF2619"/>
    <w:rsid w:val="00EF269E"/>
    <w:rsid w:val="00EF326A"/>
    <w:rsid w:val="00EF32E7"/>
    <w:rsid w:val="00EF34C9"/>
    <w:rsid w:val="00EF3660"/>
    <w:rsid w:val="00EF3752"/>
    <w:rsid w:val="00EF4233"/>
    <w:rsid w:val="00EF4B32"/>
    <w:rsid w:val="00EF564B"/>
    <w:rsid w:val="00EF5758"/>
    <w:rsid w:val="00EF5987"/>
    <w:rsid w:val="00EF5D34"/>
    <w:rsid w:val="00EF5E05"/>
    <w:rsid w:val="00EF698E"/>
    <w:rsid w:val="00EF71B3"/>
    <w:rsid w:val="00EF7CCD"/>
    <w:rsid w:val="00F00300"/>
    <w:rsid w:val="00F00890"/>
    <w:rsid w:val="00F0091F"/>
    <w:rsid w:val="00F00A8C"/>
    <w:rsid w:val="00F01946"/>
    <w:rsid w:val="00F01A17"/>
    <w:rsid w:val="00F01C3B"/>
    <w:rsid w:val="00F02405"/>
    <w:rsid w:val="00F02581"/>
    <w:rsid w:val="00F028D9"/>
    <w:rsid w:val="00F02A2E"/>
    <w:rsid w:val="00F02B43"/>
    <w:rsid w:val="00F0367F"/>
    <w:rsid w:val="00F03AE8"/>
    <w:rsid w:val="00F03BF8"/>
    <w:rsid w:val="00F03C2B"/>
    <w:rsid w:val="00F04242"/>
    <w:rsid w:val="00F048EB"/>
    <w:rsid w:val="00F0513E"/>
    <w:rsid w:val="00F05419"/>
    <w:rsid w:val="00F05624"/>
    <w:rsid w:val="00F0610D"/>
    <w:rsid w:val="00F065A0"/>
    <w:rsid w:val="00F066E6"/>
    <w:rsid w:val="00F0697C"/>
    <w:rsid w:val="00F07A60"/>
    <w:rsid w:val="00F07D4B"/>
    <w:rsid w:val="00F1006E"/>
    <w:rsid w:val="00F101D5"/>
    <w:rsid w:val="00F102A5"/>
    <w:rsid w:val="00F10995"/>
    <w:rsid w:val="00F10E6A"/>
    <w:rsid w:val="00F10F1F"/>
    <w:rsid w:val="00F10F4D"/>
    <w:rsid w:val="00F10F78"/>
    <w:rsid w:val="00F117F5"/>
    <w:rsid w:val="00F11FDF"/>
    <w:rsid w:val="00F1201F"/>
    <w:rsid w:val="00F128AE"/>
    <w:rsid w:val="00F12962"/>
    <w:rsid w:val="00F12AD2"/>
    <w:rsid w:val="00F12CE9"/>
    <w:rsid w:val="00F130F3"/>
    <w:rsid w:val="00F1347D"/>
    <w:rsid w:val="00F1369D"/>
    <w:rsid w:val="00F137AE"/>
    <w:rsid w:val="00F13B46"/>
    <w:rsid w:val="00F142C2"/>
    <w:rsid w:val="00F14A09"/>
    <w:rsid w:val="00F150D7"/>
    <w:rsid w:val="00F15D99"/>
    <w:rsid w:val="00F16947"/>
    <w:rsid w:val="00F170FC"/>
    <w:rsid w:val="00F17702"/>
    <w:rsid w:val="00F2043D"/>
    <w:rsid w:val="00F20946"/>
    <w:rsid w:val="00F209BF"/>
    <w:rsid w:val="00F2113B"/>
    <w:rsid w:val="00F21E37"/>
    <w:rsid w:val="00F23298"/>
    <w:rsid w:val="00F232D7"/>
    <w:rsid w:val="00F239FA"/>
    <w:rsid w:val="00F23E26"/>
    <w:rsid w:val="00F24009"/>
    <w:rsid w:val="00F24208"/>
    <w:rsid w:val="00F24DC9"/>
    <w:rsid w:val="00F2511E"/>
    <w:rsid w:val="00F25588"/>
    <w:rsid w:val="00F256D2"/>
    <w:rsid w:val="00F26B22"/>
    <w:rsid w:val="00F273FA"/>
    <w:rsid w:val="00F308D9"/>
    <w:rsid w:val="00F30A82"/>
    <w:rsid w:val="00F30D55"/>
    <w:rsid w:val="00F30F36"/>
    <w:rsid w:val="00F3108B"/>
    <w:rsid w:val="00F31469"/>
    <w:rsid w:val="00F31E88"/>
    <w:rsid w:val="00F32139"/>
    <w:rsid w:val="00F3231F"/>
    <w:rsid w:val="00F326CB"/>
    <w:rsid w:val="00F327CB"/>
    <w:rsid w:val="00F328FD"/>
    <w:rsid w:val="00F329ED"/>
    <w:rsid w:val="00F32B66"/>
    <w:rsid w:val="00F331F4"/>
    <w:rsid w:val="00F33C38"/>
    <w:rsid w:val="00F3407A"/>
    <w:rsid w:val="00F34CBB"/>
    <w:rsid w:val="00F35061"/>
    <w:rsid w:val="00F35568"/>
    <w:rsid w:val="00F35B3F"/>
    <w:rsid w:val="00F36CE4"/>
    <w:rsid w:val="00F372A1"/>
    <w:rsid w:val="00F40334"/>
    <w:rsid w:val="00F404DF"/>
    <w:rsid w:val="00F40ADC"/>
    <w:rsid w:val="00F40E2D"/>
    <w:rsid w:val="00F427F9"/>
    <w:rsid w:val="00F42A70"/>
    <w:rsid w:val="00F42B7F"/>
    <w:rsid w:val="00F43D03"/>
    <w:rsid w:val="00F444EF"/>
    <w:rsid w:val="00F44685"/>
    <w:rsid w:val="00F4490F"/>
    <w:rsid w:val="00F44EAD"/>
    <w:rsid w:val="00F4506E"/>
    <w:rsid w:val="00F45075"/>
    <w:rsid w:val="00F4515E"/>
    <w:rsid w:val="00F45408"/>
    <w:rsid w:val="00F4558B"/>
    <w:rsid w:val="00F455BB"/>
    <w:rsid w:val="00F456E2"/>
    <w:rsid w:val="00F458F2"/>
    <w:rsid w:val="00F45AD1"/>
    <w:rsid w:val="00F467F5"/>
    <w:rsid w:val="00F46F4B"/>
    <w:rsid w:val="00F476E6"/>
    <w:rsid w:val="00F47801"/>
    <w:rsid w:val="00F478E1"/>
    <w:rsid w:val="00F479B5"/>
    <w:rsid w:val="00F500F8"/>
    <w:rsid w:val="00F505C7"/>
    <w:rsid w:val="00F507F2"/>
    <w:rsid w:val="00F511CF"/>
    <w:rsid w:val="00F513A5"/>
    <w:rsid w:val="00F51497"/>
    <w:rsid w:val="00F514F2"/>
    <w:rsid w:val="00F51891"/>
    <w:rsid w:val="00F52241"/>
    <w:rsid w:val="00F5265A"/>
    <w:rsid w:val="00F535C1"/>
    <w:rsid w:val="00F53C5F"/>
    <w:rsid w:val="00F54944"/>
    <w:rsid w:val="00F54F44"/>
    <w:rsid w:val="00F55328"/>
    <w:rsid w:val="00F55ABD"/>
    <w:rsid w:val="00F56AF9"/>
    <w:rsid w:val="00F57D2E"/>
    <w:rsid w:val="00F57FE5"/>
    <w:rsid w:val="00F60691"/>
    <w:rsid w:val="00F6090A"/>
    <w:rsid w:val="00F60C8D"/>
    <w:rsid w:val="00F60D0E"/>
    <w:rsid w:val="00F610A9"/>
    <w:rsid w:val="00F6181E"/>
    <w:rsid w:val="00F6193D"/>
    <w:rsid w:val="00F61BAF"/>
    <w:rsid w:val="00F62027"/>
    <w:rsid w:val="00F6238C"/>
    <w:rsid w:val="00F62539"/>
    <w:rsid w:val="00F6293A"/>
    <w:rsid w:val="00F6295F"/>
    <w:rsid w:val="00F62B73"/>
    <w:rsid w:val="00F62D4E"/>
    <w:rsid w:val="00F62FDE"/>
    <w:rsid w:val="00F636E7"/>
    <w:rsid w:val="00F63BC8"/>
    <w:rsid w:val="00F63FB8"/>
    <w:rsid w:val="00F64053"/>
    <w:rsid w:val="00F64111"/>
    <w:rsid w:val="00F644F4"/>
    <w:rsid w:val="00F6479F"/>
    <w:rsid w:val="00F64BC5"/>
    <w:rsid w:val="00F6538E"/>
    <w:rsid w:val="00F65596"/>
    <w:rsid w:val="00F6580B"/>
    <w:rsid w:val="00F659F4"/>
    <w:rsid w:val="00F672F6"/>
    <w:rsid w:val="00F67735"/>
    <w:rsid w:val="00F67813"/>
    <w:rsid w:val="00F67FBC"/>
    <w:rsid w:val="00F709BB"/>
    <w:rsid w:val="00F70C25"/>
    <w:rsid w:val="00F71756"/>
    <w:rsid w:val="00F717B1"/>
    <w:rsid w:val="00F717F3"/>
    <w:rsid w:val="00F71E05"/>
    <w:rsid w:val="00F71EE4"/>
    <w:rsid w:val="00F720C7"/>
    <w:rsid w:val="00F72189"/>
    <w:rsid w:val="00F721F2"/>
    <w:rsid w:val="00F724B9"/>
    <w:rsid w:val="00F72594"/>
    <w:rsid w:val="00F728AF"/>
    <w:rsid w:val="00F72D6F"/>
    <w:rsid w:val="00F730C3"/>
    <w:rsid w:val="00F73338"/>
    <w:rsid w:val="00F73360"/>
    <w:rsid w:val="00F73686"/>
    <w:rsid w:val="00F7386C"/>
    <w:rsid w:val="00F73C0E"/>
    <w:rsid w:val="00F73D27"/>
    <w:rsid w:val="00F74EE3"/>
    <w:rsid w:val="00F7583F"/>
    <w:rsid w:val="00F759F7"/>
    <w:rsid w:val="00F75ADB"/>
    <w:rsid w:val="00F760A6"/>
    <w:rsid w:val="00F761DD"/>
    <w:rsid w:val="00F7670A"/>
    <w:rsid w:val="00F76A2D"/>
    <w:rsid w:val="00F7717F"/>
    <w:rsid w:val="00F77AA3"/>
    <w:rsid w:val="00F77EA5"/>
    <w:rsid w:val="00F801E1"/>
    <w:rsid w:val="00F802D5"/>
    <w:rsid w:val="00F807F4"/>
    <w:rsid w:val="00F810CE"/>
    <w:rsid w:val="00F81AC7"/>
    <w:rsid w:val="00F82F2D"/>
    <w:rsid w:val="00F83205"/>
    <w:rsid w:val="00F8348C"/>
    <w:rsid w:val="00F8368B"/>
    <w:rsid w:val="00F84026"/>
    <w:rsid w:val="00F84064"/>
    <w:rsid w:val="00F84C44"/>
    <w:rsid w:val="00F850F8"/>
    <w:rsid w:val="00F85171"/>
    <w:rsid w:val="00F858B2"/>
    <w:rsid w:val="00F85A9B"/>
    <w:rsid w:val="00F85AA1"/>
    <w:rsid w:val="00F865D3"/>
    <w:rsid w:val="00F86DA0"/>
    <w:rsid w:val="00F8727D"/>
    <w:rsid w:val="00F8783A"/>
    <w:rsid w:val="00F87903"/>
    <w:rsid w:val="00F9009E"/>
    <w:rsid w:val="00F9026E"/>
    <w:rsid w:val="00F907DA"/>
    <w:rsid w:val="00F91135"/>
    <w:rsid w:val="00F91190"/>
    <w:rsid w:val="00F9173E"/>
    <w:rsid w:val="00F91881"/>
    <w:rsid w:val="00F926FC"/>
    <w:rsid w:val="00F93160"/>
    <w:rsid w:val="00F9364D"/>
    <w:rsid w:val="00F9369D"/>
    <w:rsid w:val="00F938D2"/>
    <w:rsid w:val="00F93C43"/>
    <w:rsid w:val="00F9417F"/>
    <w:rsid w:val="00F94622"/>
    <w:rsid w:val="00F94E22"/>
    <w:rsid w:val="00F94E59"/>
    <w:rsid w:val="00F94E61"/>
    <w:rsid w:val="00F95377"/>
    <w:rsid w:val="00F95645"/>
    <w:rsid w:val="00F9630A"/>
    <w:rsid w:val="00F9643E"/>
    <w:rsid w:val="00F96722"/>
    <w:rsid w:val="00F979F5"/>
    <w:rsid w:val="00F97D67"/>
    <w:rsid w:val="00FA027E"/>
    <w:rsid w:val="00FA0B76"/>
    <w:rsid w:val="00FA0BDE"/>
    <w:rsid w:val="00FA1787"/>
    <w:rsid w:val="00FA1A3C"/>
    <w:rsid w:val="00FA1EEC"/>
    <w:rsid w:val="00FA1F08"/>
    <w:rsid w:val="00FA252B"/>
    <w:rsid w:val="00FA264F"/>
    <w:rsid w:val="00FA2943"/>
    <w:rsid w:val="00FA2F15"/>
    <w:rsid w:val="00FA30BA"/>
    <w:rsid w:val="00FA32C4"/>
    <w:rsid w:val="00FA3333"/>
    <w:rsid w:val="00FA337C"/>
    <w:rsid w:val="00FA41DC"/>
    <w:rsid w:val="00FA42A0"/>
    <w:rsid w:val="00FA474E"/>
    <w:rsid w:val="00FA4FFC"/>
    <w:rsid w:val="00FA6179"/>
    <w:rsid w:val="00FA61E7"/>
    <w:rsid w:val="00FA67EF"/>
    <w:rsid w:val="00FA70A5"/>
    <w:rsid w:val="00FA757A"/>
    <w:rsid w:val="00FA75B2"/>
    <w:rsid w:val="00FA79A8"/>
    <w:rsid w:val="00FA7B0F"/>
    <w:rsid w:val="00FA7C06"/>
    <w:rsid w:val="00FB003F"/>
    <w:rsid w:val="00FB026E"/>
    <w:rsid w:val="00FB0451"/>
    <w:rsid w:val="00FB0702"/>
    <w:rsid w:val="00FB0E9B"/>
    <w:rsid w:val="00FB0F4E"/>
    <w:rsid w:val="00FB1C31"/>
    <w:rsid w:val="00FB250F"/>
    <w:rsid w:val="00FB2A2D"/>
    <w:rsid w:val="00FB2C36"/>
    <w:rsid w:val="00FB2D90"/>
    <w:rsid w:val="00FB3144"/>
    <w:rsid w:val="00FB315C"/>
    <w:rsid w:val="00FB34B3"/>
    <w:rsid w:val="00FB4164"/>
    <w:rsid w:val="00FB4A75"/>
    <w:rsid w:val="00FB4D9E"/>
    <w:rsid w:val="00FB4FDA"/>
    <w:rsid w:val="00FB5437"/>
    <w:rsid w:val="00FB5467"/>
    <w:rsid w:val="00FB5CD6"/>
    <w:rsid w:val="00FB6A49"/>
    <w:rsid w:val="00FB6C32"/>
    <w:rsid w:val="00FB6F55"/>
    <w:rsid w:val="00FB6FF8"/>
    <w:rsid w:val="00FB73A9"/>
    <w:rsid w:val="00FB780A"/>
    <w:rsid w:val="00FB7A28"/>
    <w:rsid w:val="00FB7AD9"/>
    <w:rsid w:val="00FB7B7B"/>
    <w:rsid w:val="00FB7DCA"/>
    <w:rsid w:val="00FB7F8D"/>
    <w:rsid w:val="00FC0352"/>
    <w:rsid w:val="00FC0501"/>
    <w:rsid w:val="00FC0F69"/>
    <w:rsid w:val="00FC1F37"/>
    <w:rsid w:val="00FC20F0"/>
    <w:rsid w:val="00FC2361"/>
    <w:rsid w:val="00FC25D6"/>
    <w:rsid w:val="00FC265C"/>
    <w:rsid w:val="00FC29A8"/>
    <w:rsid w:val="00FC38D5"/>
    <w:rsid w:val="00FC3A89"/>
    <w:rsid w:val="00FC3C48"/>
    <w:rsid w:val="00FC3F9F"/>
    <w:rsid w:val="00FC4784"/>
    <w:rsid w:val="00FC495F"/>
    <w:rsid w:val="00FC52BD"/>
    <w:rsid w:val="00FC5446"/>
    <w:rsid w:val="00FC5678"/>
    <w:rsid w:val="00FC6344"/>
    <w:rsid w:val="00FC693F"/>
    <w:rsid w:val="00FC6B4C"/>
    <w:rsid w:val="00FC6CB9"/>
    <w:rsid w:val="00FC72C5"/>
    <w:rsid w:val="00FC7744"/>
    <w:rsid w:val="00FC7A59"/>
    <w:rsid w:val="00FD08A2"/>
    <w:rsid w:val="00FD12D3"/>
    <w:rsid w:val="00FD1BA7"/>
    <w:rsid w:val="00FD2A93"/>
    <w:rsid w:val="00FD2C49"/>
    <w:rsid w:val="00FD2E34"/>
    <w:rsid w:val="00FD308B"/>
    <w:rsid w:val="00FD30BE"/>
    <w:rsid w:val="00FD38AF"/>
    <w:rsid w:val="00FD40F5"/>
    <w:rsid w:val="00FD4D9B"/>
    <w:rsid w:val="00FD4F75"/>
    <w:rsid w:val="00FD6519"/>
    <w:rsid w:val="00FD68B8"/>
    <w:rsid w:val="00FD7405"/>
    <w:rsid w:val="00FD7591"/>
    <w:rsid w:val="00FE01FD"/>
    <w:rsid w:val="00FE0232"/>
    <w:rsid w:val="00FE0250"/>
    <w:rsid w:val="00FE02F6"/>
    <w:rsid w:val="00FE031E"/>
    <w:rsid w:val="00FE03C5"/>
    <w:rsid w:val="00FE0556"/>
    <w:rsid w:val="00FE1137"/>
    <w:rsid w:val="00FE1179"/>
    <w:rsid w:val="00FE2436"/>
    <w:rsid w:val="00FE28C9"/>
    <w:rsid w:val="00FE3028"/>
    <w:rsid w:val="00FE33A5"/>
    <w:rsid w:val="00FE349A"/>
    <w:rsid w:val="00FE3502"/>
    <w:rsid w:val="00FE413A"/>
    <w:rsid w:val="00FE5051"/>
    <w:rsid w:val="00FE5FFB"/>
    <w:rsid w:val="00FE6256"/>
    <w:rsid w:val="00FE6C1C"/>
    <w:rsid w:val="00FE6E9E"/>
    <w:rsid w:val="00FE7C03"/>
    <w:rsid w:val="00FE7EE2"/>
    <w:rsid w:val="00FF044F"/>
    <w:rsid w:val="00FF0EF8"/>
    <w:rsid w:val="00FF1479"/>
    <w:rsid w:val="00FF17C7"/>
    <w:rsid w:val="00FF1AC3"/>
    <w:rsid w:val="00FF239C"/>
    <w:rsid w:val="00FF2829"/>
    <w:rsid w:val="00FF2F36"/>
    <w:rsid w:val="00FF3673"/>
    <w:rsid w:val="00FF391E"/>
    <w:rsid w:val="00FF3F64"/>
    <w:rsid w:val="00FF4FD5"/>
    <w:rsid w:val="00FF5443"/>
    <w:rsid w:val="00FF5F62"/>
    <w:rsid w:val="00FF61BE"/>
    <w:rsid w:val="00FF63EC"/>
    <w:rsid w:val="00FF698C"/>
    <w:rsid w:val="00FF6EFE"/>
    <w:rsid w:val="00FF710F"/>
    <w:rsid w:val="01037AB2"/>
    <w:rsid w:val="010E6DC4"/>
    <w:rsid w:val="0114418B"/>
    <w:rsid w:val="0115A76E"/>
    <w:rsid w:val="011FAD3D"/>
    <w:rsid w:val="012B341F"/>
    <w:rsid w:val="0131ACA2"/>
    <w:rsid w:val="01379E7C"/>
    <w:rsid w:val="0143A0A2"/>
    <w:rsid w:val="0144F97D"/>
    <w:rsid w:val="01482AC3"/>
    <w:rsid w:val="014A6FC8"/>
    <w:rsid w:val="014B0DB5"/>
    <w:rsid w:val="01540980"/>
    <w:rsid w:val="01541F01"/>
    <w:rsid w:val="0154D8A6"/>
    <w:rsid w:val="016BF3CC"/>
    <w:rsid w:val="0171D073"/>
    <w:rsid w:val="017C3C73"/>
    <w:rsid w:val="019463E4"/>
    <w:rsid w:val="019D66C2"/>
    <w:rsid w:val="019F4986"/>
    <w:rsid w:val="01A7C359"/>
    <w:rsid w:val="01A80E98"/>
    <w:rsid w:val="01A8366E"/>
    <w:rsid w:val="01A87D5F"/>
    <w:rsid w:val="01ABCD4C"/>
    <w:rsid w:val="01B02DC7"/>
    <w:rsid w:val="01B71EB4"/>
    <w:rsid w:val="01BD8E5A"/>
    <w:rsid w:val="01C7C828"/>
    <w:rsid w:val="01CCE79B"/>
    <w:rsid w:val="01CE5ADE"/>
    <w:rsid w:val="01CE6AFE"/>
    <w:rsid w:val="01D55B08"/>
    <w:rsid w:val="01E4D883"/>
    <w:rsid w:val="01F43F93"/>
    <w:rsid w:val="01FA22AC"/>
    <w:rsid w:val="01FC65E2"/>
    <w:rsid w:val="01FE5A4D"/>
    <w:rsid w:val="020AA76F"/>
    <w:rsid w:val="020C7662"/>
    <w:rsid w:val="021672BE"/>
    <w:rsid w:val="021BD33B"/>
    <w:rsid w:val="021FF92F"/>
    <w:rsid w:val="0224D448"/>
    <w:rsid w:val="0225F8A2"/>
    <w:rsid w:val="0234BC4F"/>
    <w:rsid w:val="0237FF60"/>
    <w:rsid w:val="023B8D74"/>
    <w:rsid w:val="0242EFF8"/>
    <w:rsid w:val="02483175"/>
    <w:rsid w:val="0255C2C6"/>
    <w:rsid w:val="026426B4"/>
    <w:rsid w:val="0271A6CC"/>
    <w:rsid w:val="0275B6CE"/>
    <w:rsid w:val="02827072"/>
    <w:rsid w:val="0287EB9A"/>
    <w:rsid w:val="0295DE9A"/>
    <w:rsid w:val="029B2809"/>
    <w:rsid w:val="02A2F58A"/>
    <w:rsid w:val="02A317C4"/>
    <w:rsid w:val="02B1D329"/>
    <w:rsid w:val="02BA53A5"/>
    <w:rsid w:val="02BDB13C"/>
    <w:rsid w:val="02BF1FED"/>
    <w:rsid w:val="02C3E54C"/>
    <w:rsid w:val="02C951F7"/>
    <w:rsid w:val="02CB840B"/>
    <w:rsid w:val="02D670F2"/>
    <w:rsid w:val="02D7F4CE"/>
    <w:rsid w:val="02DC5CAE"/>
    <w:rsid w:val="02E1E22E"/>
    <w:rsid w:val="02EC030E"/>
    <w:rsid w:val="02EF393D"/>
    <w:rsid w:val="02FDDBA7"/>
    <w:rsid w:val="030AB685"/>
    <w:rsid w:val="030D8CF8"/>
    <w:rsid w:val="030F4508"/>
    <w:rsid w:val="03231569"/>
    <w:rsid w:val="032B1C05"/>
    <w:rsid w:val="0331F403"/>
    <w:rsid w:val="035B3D07"/>
    <w:rsid w:val="035D3743"/>
    <w:rsid w:val="035EA67A"/>
    <w:rsid w:val="0362EB4C"/>
    <w:rsid w:val="038705D9"/>
    <w:rsid w:val="038CA2E0"/>
    <w:rsid w:val="039B9F7F"/>
    <w:rsid w:val="03B150CF"/>
    <w:rsid w:val="03B708DC"/>
    <w:rsid w:val="03BC9795"/>
    <w:rsid w:val="03BE75EA"/>
    <w:rsid w:val="03C2AF75"/>
    <w:rsid w:val="03CCFA35"/>
    <w:rsid w:val="03DC7379"/>
    <w:rsid w:val="03DDC8C5"/>
    <w:rsid w:val="03DE83B8"/>
    <w:rsid w:val="03F0EA02"/>
    <w:rsid w:val="03F7D394"/>
    <w:rsid w:val="03FD77A1"/>
    <w:rsid w:val="03FEB6F4"/>
    <w:rsid w:val="040FB3EC"/>
    <w:rsid w:val="04112109"/>
    <w:rsid w:val="04112ACD"/>
    <w:rsid w:val="04116B2E"/>
    <w:rsid w:val="0421B41B"/>
    <w:rsid w:val="045646D6"/>
    <w:rsid w:val="046414DF"/>
    <w:rsid w:val="04642770"/>
    <w:rsid w:val="0464814B"/>
    <w:rsid w:val="046B4976"/>
    <w:rsid w:val="046D8B30"/>
    <w:rsid w:val="046D9D9A"/>
    <w:rsid w:val="047F729A"/>
    <w:rsid w:val="047FD6CC"/>
    <w:rsid w:val="0485559F"/>
    <w:rsid w:val="048862F1"/>
    <w:rsid w:val="049108FB"/>
    <w:rsid w:val="0499F1B2"/>
    <w:rsid w:val="049F6CED"/>
    <w:rsid w:val="04A088CE"/>
    <w:rsid w:val="04BEB540"/>
    <w:rsid w:val="04C937EB"/>
    <w:rsid w:val="04CA8EE0"/>
    <w:rsid w:val="04CCB711"/>
    <w:rsid w:val="04D00B88"/>
    <w:rsid w:val="04D53EFB"/>
    <w:rsid w:val="04D68B81"/>
    <w:rsid w:val="04E4D53E"/>
    <w:rsid w:val="0515D008"/>
    <w:rsid w:val="051BD2B7"/>
    <w:rsid w:val="05205229"/>
    <w:rsid w:val="0526D45F"/>
    <w:rsid w:val="0526D7E4"/>
    <w:rsid w:val="0537B20C"/>
    <w:rsid w:val="054F52DE"/>
    <w:rsid w:val="055062A1"/>
    <w:rsid w:val="0557C13D"/>
    <w:rsid w:val="055E13C1"/>
    <w:rsid w:val="0560903B"/>
    <w:rsid w:val="05655612"/>
    <w:rsid w:val="05706FD6"/>
    <w:rsid w:val="057D0F77"/>
    <w:rsid w:val="057D36B7"/>
    <w:rsid w:val="057E6B4D"/>
    <w:rsid w:val="05860B83"/>
    <w:rsid w:val="058A4002"/>
    <w:rsid w:val="058D18E3"/>
    <w:rsid w:val="058D1D0E"/>
    <w:rsid w:val="0598D1D5"/>
    <w:rsid w:val="059C4399"/>
    <w:rsid w:val="059C5DB1"/>
    <w:rsid w:val="059F1BAA"/>
    <w:rsid w:val="05AC1428"/>
    <w:rsid w:val="05BD4469"/>
    <w:rsid w:val="05C36811"/>
    <w:rsid w:val="05C6B739"/>
    <w:rsid w:val="05CD596C"/>
    <w:rsid w:val="05DA88C3"/>
    <w:rsid w:val="05DFB95A"/>
    <w:rsid w:val="05E2B40B"/>
    <w:rsid w:val="05F125E3"/>
    <w:rsid w:val="060D5F53"/>
    <w:rsid w:val="06115D27"/>
    <w:rsid w:val="061CE7D7"/>
    <w:rsid w:val="0627107F"/>
    <w:rsid w:val="062C9C5D"/>
    <w:rsid w:val="062DDC25"/>
    <w:rsid w:val="06302F34"/>
    <w:rsid w:val="063635F8"/>
    <w:rsid w:val="063FE646"/>
    <w:rsid w:val="065002F4"/>
    <w:rsid w:val="0652A223"/>
    <w:rsid w:val="065CBEA1"/>
    <w:rsid w:val="066D09D2"/>
    <w:rsid w:val="06718D28"/>
    <w:rsid w:val="0672A900"/>
    <w:rsid w:val="0674012F"/>
    <w:rsid w:val="06765B6C"/>
    <w:rsid w:val="0679EFCF"/>
    <w:rsid w:val="067BB11F"/>
    <w:rsid w:val="06914F6A"/>
    <w:rsid w:val="069846C2"/>
    <w:rsid w:val="06AA16BC"/>
    <w:rsid w:val="06AA6860"/>
    <w:rsid w:val="06AD78F3"/>
    <w:rsid w:val="06C0566A"/>
    <w:rsid w:val="06C65297"/>
    <w:rsid w:val="06CB7D68"/>
    <w:rsid w:val="06D7F4E6"/>
    <w:rsid w:val="06E78FD0"/>
    <w:rsid w:val="06ED918E"/>
    <w:rsid w:val="0703C2D0"/>
    <w:rsid w:val="07128607"/>
    <w:rsid w:val="07275555"/>
    <w:rsid w:val="07455102"/>
    <w:rsid w:val="074B4976"/>
    <w:rsid w:val="074C249D"/>
    <w:rsid w:val="075212F5"/>
    <w:rsid w:val="07603D32"/>
    <w:rsid w:val="07641DC1"/>
    <w:rsid w:val="0765EA3A"/>
    <w:rsid w:val="076663C0"/>
    <w:rsid w:val="0766F906"/>
    <w:rsid w:val="076AF1AF"/>
    <w:rsid w:val="07755ABB"/>
    <w:rsid w:val="077F7363"/>
    <w:rsid w:val="0780B2F9"/>
    <w:rsid w:val="078D9BC9"/>
    <w:rsid w:val="07B9B6C8"/>
    <w:rsid w:val="07BF933C"/>
    <w:rsid w:val="07C578BA"/>
    <w:rsid w:val="07D1219A"/>
    <w:rsid w:val="07D59989"/>
    <w:rsid w:val="07E7D119"/>
    <w:rsid w:val="07E99C6B"/>
    <w:rsid w:val="07EDC492"/>
    <w:rsid w:val="07F741EF"/>
    <w:rsid w:val="07FC3146"/>
    <w:rsid w:val="07FDEDD2"/>
    <w:rsid w:val="080443E3"/>
    <w:rsid w:val="0807FD87"/>
    <w:rsid w:val="08094DDD"/>
    <w:rsid w:val="0813AA5D"/>
    <w:rsid w:val="0815FB53"/>
    <w:rsid w:val="08309AA7"/>
    <w:rsid w:val="08337BD4"/>
    <w:rsid w:val="083880DC"/>
    <w:rsid w:val="083B8F53"/>
    <w:rsid w:val="083C8429"/>
    <w:rsid w:val="0853F2B8"/>
    <w:rsid w:val="08716CEB"/>
    <w:rsid w:val="08738E48"/>
    <w:rsid w:val="08745CF1"/>
    <w:rsid w:val="08753CF0"/>
    <w:rsid w:val="0875DB29"/>
    <w:rsid w:val="0876B301"/>
    <w:rsid w:val="087A003E"/>
    <w:rsid w:val="08831A45"/>
    <w:rsid w:val="0890557C"/>
    <w:rsid w:val="089169FC"/>
    <w:rsid w:val="08925366"/>
    <w:rsid w:val="08959B2B"/>
    <w:rsid w:val="0895CA62"/>
    <w:rsid w:val="089694B3"/>
    <w:rsid w:val="089C4E04"/>
    <w:rsid w:val="089F80DF"/>
    <w:rsid w:val="08A2D5B8"/>
    <w:rsid w:val="08A537DE"/>
    <w:rsid w:val="08AA06AE"/>
    <w:rsid w:val="08AA74C8"/>
    <w:rsid w:val="08B69A53"/>
    <w:rsid w:val="08B99402"/>
    <w:rsid w:val="08BFCFC1"/>
    <w:rsid w:val="08C37DEA"/>
    <w:rsid w:val="08CA01D2"/>
    <w:rsid w:val="08CAC1C0"/>
    <w:rsid w:val="08D188B0"/>
    <w:rsid w:val="08DE4070"/>
    <w:rsid w:val="08DE5728"/>
    <w:rsid w:val="08E15317"/>
    <w:rsid w:val="08E99A54"/>
    <w:rsid w:val="08F27621"/>
    <w:rsid w:val="08F45C67"/>
    <w:rsid w:val="08F591E6"/>
    <w:rsid w:val="08FB4B51"/>
    <w:rsid w:val="08FBC5E0"/>
    <w:rsid w:val="090A9AEA"/>
    <w:rsid w:val="090E3389"/>
    <w:rsid w:val="091128F6"/>
    <w:rsid w:val="0928A629"/>
    <w:rsid w:val="092B78EF"/>
    <w:rsid w:val="092B8FC7"/>
    <w:rsid w:val="093BF1D5"/>
    <w:rsid w:val="0947C646"/>
    <w:rsid w:val="094F1B1C"/>
    <w:rsid w:val="09506979"/>
    <w:rsid w:val="0956E2F1"/>
    <w:rsid w:val="095E251F"/>
    <w:rsid w:val="0967C202"/>
    <w:rsid w:val="09748DFC"/>
    <w:rsid w:val="098009B0"/>
    <w:rsid w:val="098962C0"/>
    <w:rsid w:val="09960F61"/>
    <w:rsid w:val="09964347"/>
    <w:rsid w:val="0996A609"/>
    <w:rsid w:val="09978DDA"/>
    <w:rsid w:val="099D1E1E"/>
    <w:rsid w:val="09A577C0"/>
    <w:rsid w:val="09ADA84C"/>
    <w:rsid w:val="09B159F4"/>
    <w:rsid w:val="09B348BA"/>
    <w:rsid w:val="09C23780"/>
    <w:rsid w:val="09C2B1F0"/>
    <w:rsid w:val="09C54AE5"/>
    <w:rsid w:val="09C97DFE"/>
    <w:rsid w:val="09CBFF70"/>
    <w:rsid w:val="09D07447"/>
    <w:rsid w:val="09D8976B"/>
    <w:rsid w:val="09F0BA2C"/>
    <w:rsid w:val="09F3604C"/>
    <w:rsid w:val="0A05A8F8"/>
    <w:rsid w:val="0A0652A1"/>
    <w:rsid w:val="0A108616"/>
    <w:rsid w:val="0A166628"/>
    <w:rsid w:val="0A16D79D"/>
    <w:rsid w:val="0A206996"/>
    <w:rsid w:val="0A2431F8"/>
    <w:rsid w:val="0A3891E4"/>
    <w:rsid w:val="0A3A87B2"/>
    <w:rsid w:val="0A41D5E5"/>
    <w:rsid w:val="0A425393"/>
    <w:rsid w:val="0A4D39B9"/>
    <w:rsid w:val="0A58692F"/>
    <w:rsid w:val="0A705659"/>
    <w:rsid w:val="0A748A6A"/>
    <w:rsid w:val="0A7650BE"/>
    <w:rsid w:val="0A77C805"/>
    <w:rsid w:val="0A7ADC42"/>
    <w:rsid w:val="0A7DB9F0"/>
    <w:rsid w:val="0A87DDD4"/>
    <w:rsid w:val="0A9172B9"/>
    <w:rsid w:val="0A972E0B"/>
    <w:rsid w:val="0A9A0FC8"/>
    <w:rsid w:val="0AAB0C45"/>
    <w:rsid w:val="0AAFDECF"/>
    <w:rsid w:val="0AB02440"/>
    <w:rsid w:val="0AC3B64C"/>
    <w:rsid w:val="0AC881A4"/>
    <w:rsid w:val="0AD040DB"/>
    <w:rsid w:val="0AD26EC2"/>
    <w:rsid w:val="0AE12516"/>
    <w:rsid w:val="0AF74A38"/>
    <w:rsid w:val="0AFC748D"/>
    <w:rsid w:val="0AFCD823"/>
    <w:rsid w:val="0B01EB13"/>
    <w:rsid w:val="0B0233E6"/>
    <w:rsid w:val="0B088D2F"/>
    <w:rsid w:val="0B14C304"/>
    <w:rsid w:val="0B25DE06"/>
    <w:rsid w:val="0B2651B0"/>
    <w:rsid w:val="0B2C12D8"/>
    <w:rsid w:val="0B3147BC"/>
    <w:rsid w:val="0B365805"/>
    <w:rsid w:val="0B36E7C8"/>
    <w:rsid w:val="0B37604F"/>
    <w:rsid w:val="0B3F14A8"/>
    <w:rsid w:val="0B452102"/>
    <w:rsid w:val="0B475159"/>
    <w:rsid w:val="0B5BEA17"/>
    <w:rsid w:val="0B5E82C0"/>
    <w:rsid w:val="0B6EB69E"/>
    <w:rsid w:val="0B87E635"/>
    <w:rsid w:val="0B8E6458"/>
    <w:rsid w:val="0B96168F"/>
    <w:rsid w:val="0BA0C1AA"/>
    <w:rsid w:val="0BA773B3"/>
    <w:rsid w:val="0BBB68B8"/>
    <w:rsid w:val="0BCB0755"/>
    <w:rsid w:val="0BCD87AE"/>
    <w:rsid w:val="0BDC05B1"/>
    <w:rsid w:val="0BE2BA1A"/>
    <w:rsid w:val="0BE78368"/>
    <w:rsid w:val="0BF8A3B4"/>
    <w:rsid w:val="0BFACF89"/>
    <w:rsid w:val="0BFB41D0"/>
    <w:rsid w:val="0C0F7949"/>
    <w:rsid w:val="0C11D306"/>
    <w:rsid w:val="0C12E40D"/>
    <w:rsid w:val="0C22047E"/>
    <w:rsid w:val="0C221288"/>
    <w:rsid w:val="0C22ACF3"/>
    <w:rsid w:val="0C23E275"/>
    <w:rsid w:val="0C268F54"/>
    <w:rsid w:val="0C272196"/>
    <w:rsid w:val="0C459D6B"/>
    <w:rsid w:val="0C47264A"/>
    <w:rsid w:val="0C5AFC85"/>
    <w:rsid w:val="0C71C2B4"/>
    <w:rsid w:val="0C761CC2"/>
    <w:rsid w:val="0C7F1BB0"/>
    <w:rsid w:val="0C84C0E5"/>
    <w:rsid w:val="0C897E48"/>
    <w:rsid w:val="0C93158E"/>
    <w:rsid w:val="0C985C65"/>
    <w:rsid w:val="0C9934A4"/>
    <w:rsid w:val="0C99632A"/>
    <w:rsid w:val="0C9BBECC"/>
    <w:rsid w:val="0C9CC275"/>
    <w:rsid w:val="0C9D2BA7"/>
    <w:rsid w:val="0CABFEA1"/>
    <w:rsid w:val="0CB6FC91"/>
    <w:rsid w:val="0CBAF226"/>
    <w:rsid w:val="0CBF5571"/>
    <w:rsid w:val="0CCA289F"/>
    <w:rsid w:val="0CCCEF3D"/>
    <w:rsid w:val="0CE6F14D"/>
    <w:rsid w:val="0CEC5BC6"/>
    <w:rsid w:val="0CED7A24"/>
    <w:rsid w:val="0CF0CA0F"/>
    <w:rsid w:val="0CF14B7C"/>
    <w:rsid w:val="0CF83535"/>
    <w:rsid w:val="0D0AA07A"/>
    <w:rsid w:val="0D0C2FB0"/>
    <w:rsid w:val="0D0E8ED9"/>
    <w:rsid w:val="0D195E60"/>
    <w:rsid w:val="0D1A0A07"/>
    <w:rsid w:val="0D204225"/>
    <w:rsid w:val="0D20E096"/>
    <w:rsid w:val="0D29E20C"/>
    <w:rsid w:val="0D2EB0CF"/>
    <w:rsid w:val="0D362D79"/>
    <w:rsid w:val="0D3A0A8B"/>
    <w:rsid w:val="0D4484B0"/>
    <w:rsid w:val="0D4596FD"/>
    <w:rsid w:val="0D464991"/>
    <w:rsid w:val="0D4D22D4"/>
    <w:rsid w:val="0D4D9E48"/>
    <w:rsid w:val="0D4FBC9A"/>
    <w:rsid w:val="0D614E79"/>
    <w:rsid w:val="0D6907BE"/>
    <w:rsid w:val="0D6A5FB6"/>
    <w:rsid w:val="0D6C53A3"/>
    <w:rsid w:val="0D72DAD1"/>
    <w:rsid w:val="0D814AAB"/>
    <w:rsid w:val="0D859917"/>
    <w:rsid w:val="0D8D4B52"/>
    <w:rsid w:val="0D94634A"/>
    <w:rsid w:val="0D953730"/>
    <w:rsid w:val="0D9A7E6A"/>
    <w:rsid w:val="0DA12D70"/>
    <w:rsid w:val="0DA76AE8"/>
    <w:rsid w:val="0DC96158"/>
    <w:rsid w:val="0DCFAF92"/>
    <w:rsid w:val="0DD08C25"/>
    <w:rsid w:val="0DD2D79B"/>
    <w:rsid w:val="0DD54B68"/>
    <w:rsid w:val="0DD95D23"/>
    <w:rsid w:val="0DE78887"/>
    <w:rsid w:val="0DED0B7D"/>
    <w:rsid w:val="0DF8DD0A"/>
    <w:rsid w:val="0E063A01"/>
    <w:rsid w:val="0E0D88FE"/>
    <w:rsid w:val="0E16CDF5"/>
    <w:rsid w:val="0E2B2F92"/>
    <w:rsid w:val="0E2F3818"/>
    <w:rsid w:val="0E4AE32F"/>
    <w:rsid w:val="0E4D8482"/>
    <w:rsid w:val="0E4E265F"/>
    <w:rsid w:val="0E52E46A"/>
    <w:rsid w:val="0E5A7F78"/>
    <w:rsid w:val="0E5FC8E1"/>
    <w:rsid w:val="0E62289B"/>
    <w:rsid w:val="0E73AE52"/>
    <w:rsid w:val="0E7D3CEC"/>
    <w:rsid w:val="0E9D0680"/>
    <w:rsid w:val="0E9ED82A"/>
    <w:rsid w:val="0EA71E78"/>
    <w:rsid w:val="0EAA9080"/>
    <w:rsid w:val="0EB0144E"/>
    <w:rsid w:val="0ED1277B"/>
    <w:rsid w:val="0ED8E642"/>
    <w:rsid w:val="0EDED12E"/>
    <w:rsid w:val="0EE13086"/>
    <w:rsid w:val="0EEED1F9"/>
    <w:rsid w:val="0EF17473"/>
    <w:rsid w:val="0EFD71F8"/>
    <w:rsid w:val="0F031E53"/>
    <w:rsid w:val="0F10FC19"/>
    <w:rsid w:val="0F150FE2"/>
    <w:rsid w:val="0F1A3D20"/>
    <w:rsid w:val="0F1CB234"/>
    <w:rsid w:val="0F21446F"/>
    <w:rsid w:val="0F281645"/>
    <w:rsid w:val="0F2EB2D6"/>
    <w:rsid w:val="0F370C27"/>
    <w:rsid w:val="0F3B08CD"/>
    <w:rsid w:val="0F494D98"/>
    <w:rsid w:val="0F5AD295"/>
    <w:rsid w:val="0F5C45C0"/>
    <w:rsid w:val="0F6AE51A"/>
    <w:rsid w:val="0F7405D9"/>
    <w:rsid w:val="0F78C9D4"/>
    <w:rsid w:val="0F793718"/>
    <w:rsid w:val="0F831F54"/>
    <w:rsid w:val="0F853EB8"/>
    <w:rsid w:val="0F87CFD4"/>
    <w:rsid w:val="0F8932D7"/>
    <w:rsid w:val="0F9B5EAD"/>
    <w:rsid w:val="0F9BF8A5"/>
    <w:rsid w:val="0FAD72FD"/>
    <w:rsid w:val="0FB648CF"/>
    <w:rsid w:val="0FBB12DD"/>
    <w:rsid w:val="0FC054C7"/>
    <w:rsid w:val="0FC14EA3"/>
    <w:rsid w:val="0FC3AE1A"/>
    <w:rsid w:val="0FC756D3"/>
    <w:rsid w:val="0FC84BD1"/>
    <w:rsid w:val="0FDD952F"/>
    <w:rsid w:val="0FDE1997"/>
    <w:rsid w:val="0FDFFCEA"/>
    <w:rsid w:val="0FEE4ED7"/>
    <w:rsid w:val="0FEF64EA"/>
    <w:rsid w:val="0FFE834A"/>
    <w:rsid w:val="100C357D"/>
    <w:rsid w:val="10159FD1"/>
    <w:rsid w:val="10196B30"/>
    <w:rsid w:val="101C4545"/>
    <w:rsid w:val="102E29E9"/>
    <w:rsid w:val="1030B2B4"/>
    <w:rsid w:val="1037E9B9"/>
    <w:rsid w:val="10398B0C"/>
    <w:rsid w:val="104267EA"/>
    <w:rsid w:val="105BE9A7"/>
    <w:rsid w:val="107158AC"/>
    <w:rsid w:val="107E1338"/>
    <w:rsid w:val="10802089"/>
    <w:rsid w:val="10824D04"/>
    <w:rsid w:val="10862F10"/>
    <w:rsid w:val="1087ADC6"/>
    <w:rsid w:val="10892AC3"/>
    <w:rsid w:val="108A8409"/>
    <w:rsid w:val="1091CF49"/>
    <w:rsid w:val="10935894"/>
    <w:rsid w:val="109823E9"/>
    <w:rsid w:val="10AC6D81"/>
    <w:rsid w:val="10AE191D"/>
    <w:rsid w:val="10B4BB8A"/>
    <w:rsid w:val="10BD5A28"/>
    <w:rsid w:val="10CD5F6D"/>
    <w:rsid w:val="10D15752"/>
    <w:rsid w:val="10D6D51B"/>
    <w:rsid w:val="10E2ED54"/>
    <w:rsid w:val="10EC009B"/>
    <w:rsid w:val="10FD4DE9"/>
    <w:rsid w:val="10FF2A3F"/>
    <w:rsid w:val="110BB328"/>
    <w:rsid w:val="111A726D"/>
    <w:rsid w:val="112D08AF"/>
    <w:rsid w:val="1139DCE0"/>
    <w:rsid w:val="113B23E7"/>
    <w:rsid w:val="11547410"/>
    <w:rsid w:val="115AF9D0"/>
    <w:rsid w:val="116BBDFB"/>
    <w:rsid w:val="116C4A1F"/>
    <w:rsid w:val="117D103E"/>
    <w:rsid w:val="1187BF2E"/>
    <w:rsid w:val="11993C06"/>
    <w:rsid w:val="11A4B810"/>
    <w:rsid w:val="11A77E5A"/>
    <w:rsid w:val="11A7FB95"/>
    <w:rsid w:val="11AD4696"/>
    <w:rsid w:val="11AFD7A7"/>
    <w:rsid w:val="11B8AD77"/>
    <w:rsid w:val="11BDC37A"/>
    <w:rsid w:val="11C01D38"/>
    <w:rsid w:val="11C29299"/>
    <w:rsid w:val="11D5D0EC"/>
    <w:rsid w:val="11DF2BD8"/>
    <w:rsid w:val="11E56C8E"/>
    <w:rsid w:val="11E5C632"/>
    <w:rsid w:val="11E71B39"/>
    <w:rsid w:val="11EFFCB2"/>
    <w:rsid w:val="11F59E72"/>
    <w:rsid w:val="11FD4F29"/>
    <w:rsid w:val="11FE565E"/>
    <w:rsid w:val="120519FE"/>
    <w:rsid w:val="1208866E"/>
    <w:rsid w:val="1209CC9F"/>
    <w:rsid w:val="12180618"/>
    <w:rsid w:val="121F500B"/>
    <w:rsid w:val="12288B1C"/>
    <w:rsid w:val="122A7848"/>
    <w:rsid w:val="12329458"/>
    <w:rsid w:val="1233AD47"/>
    <w:rsid w:val="123EAF21"/>
    <w:rsid w:val="12412839"/>
    <w:rsid w:val="1263AC3A"/>
    <w:rsid w:val="126560AB"/>
    <w:rsid w:val="12698765"/>
    <w:rsid w:val="128564E9"/>
    <w:rsid w:val="128D3ECE"/>
    <w:rsid w:val="1292E224"/>
    <w:rsid w:val="1292E610"/>
    <w:rsid w:val="12973EAD"/>
    <w:rsid w:val="129B9B6E"/>
    <w:rsid w:val="129F5B0F"/>
    <w:rsid w:val="12ADE7F1"/>
    <w:rsid w:val="12BC10A5"/>
    <w:rsid w:val="12C8FCB0"/>
    <w:rsid w:val="12CAC8ED"/>
    <w:rsid w:val="12D07566"/>
    <w:rsid w:val="12E27856"/>
    <w:rsid w:val="12E2B7A8"/>
    <w:rsid w:val="12E31E5B"/>
    <w:rsid w:val="12E6E701"/>
    <w:rsid w:val="130024BF"/>
    <w:rsid w:val="13076FAA"/>
    <w:rsid w:val="130E7514"/>
    <w:rsid w:val="131136C6"/>
    <w:rsid w:val="1316982B"/>
    <w:rsid w:val="131CFAC4"/>
    <w:rsid w:val="132F996C"/>
    <w:rsid w:val="13322CF7"/>
    <w:rsid w:val="134CEC22"/>
    <w:rsid w:val="13515D8D"/>
    <w:rsid w:val="1352DF2C"/>
    <w:rsid w:val="13603DEE"/>
    <w:rsid w:val="1362F667"/>
    <w:rsid w:val="1368C921"/>
    <w:rsid w:val="1368E41F"/>
    <w:rsid w:val="136E8969"/>
    <w:rsid w:val="1383C09A"/>
    <w:rsid w:val="13897905"/>
    <w:rsid w:val="139EFC21"/>
    <w:rsid w:val="139FB0E5"/>
    <w:rsid w:val="13A7CDBB"/>
    <w:rsid w:val="13ABBE62"/>
    <w:rsid w:val="13B6C3E7"/>
    <w:rsid w:val="13C1FAB9"/>
    <w:rsid w:val="13C551A9"/>
    <w:rsid w:val="13C641D8"/>
    <w:rsid w:val="13CC6116"/>
    <w:rsid w:val="13E5771E"/>
    <w:rsid w:val="13E91282"/>
    <w:rsid w:val="13F894A8"/>
    <w:rsid w:val="13FFBEBD"/>
    <w:rsid w:val="14085611"/>
    <w:rsid w:val="14095FB2"/>
    <w:rsid w:val="140FB1B3"/>
    <w:rsid w:val="1413F96C"/>
    <w:rsid w:val="141663C8"/>
    <w:rsid w:val="141FFFEC"/>
    <w:rsid w:val="1426A21C"/>
    <w:rsid w:val="14275834"/>
    <w:rsid w:val="142BE52A"/>
    <w:rsid w:val="142F0AED"/>
    <w:rsid w:val="143D172B"/>
    <w:rsid w:val="143D5814"/>
    <w:rsid w:val="143F8826"/>
    <w:rsid w:val="14414600"/>
    <w:rsid w:val="144B638C"/>
    <w:rsid w:val="14513614"/>
    <w:rsid w:val="1455B25B"/>
    <w:rsid w:val="145C11B3"/>
    <w:rsid w:val="1461C09F"/>
    <w:rsid w:val="1464EA86"/>
    <w:rsid w:val="146651F7"/>
    <w:rsid w:val="1468A91C"/>
    <w:rsid w:val="1470B4F5"/>
    <w:rsid w:val="14747FB7"/>
    <w:rsid w:val="147CB9AF"/>
    <w:rsid w:val="14850EB7"/>
    <w:rsid w:val="149FBE89"/>
    <w:rsid w:val="14A2A5DE"/>
    <w:rsid w:val="14B0017B"/>
    <w:rsid w:val="14B1AC51"/>
    <w:rsid w:val="14B52DB6"/>
    <w:rsid w:val="14BC5A33"/>
    <w:rsid w:val="14BEDCCF"/>
    <w:rsid w:val="14C8B006"/>
    <w:rsid w:val="14CC0D20"/>
    <w:rsid w:val="1503BF96"/>
    <w:rsid w:val="150711C7"/>
    <w:rsid w:val="1508A251"/>
    <w:rsid w:val="150F687A"/>
    <w:rsid w:val="1517307A"/>
    <w:rsid w:val="151C2801"/>
    <w:rsid w:val="1524C4BB"/>
    <w:rsid w:val="1530C20B"/>
    <w:rsid w:val="1537FB1F"/>
    <w:rsid w:val="154059AC"/>
    <w:rsid w:val="1541553F"/>
    <w:rsid w:val="154C2CD1"/>
    <w:rsid w:val="155C7F5E"/>
    <w:rsid w:val="15605505"/>
    <w:rsid w:val="156938FD"/>
    <w:rsid w:val="157D72ED"/>
    <w:rsid w:val="158C54D4"/>
    <w:rsid w:val="1596B258"/>
    <w:rsid w:val="159B968B"/>
    <w:rsid w:val="15A0FB17"/>
    <w:rsid w:val="15A44F2B"/>
    <w:rsid w:val="15A77145"/>
    <w:rsid w:val="15A89544"/>
    <w:rsid w:val="15BFB1AE"/>
    <w:rsid w:val="15C976B1"/>
    <w:rsid w:val="15D1BF0A"/>
    <w:rsid w:val="15D8D104"/>
    <w:rsid w:val="15DBFC0C"/>
    <w:rsid w:val="15E0267C"/>
    <w:rsid w:val="15EE0AAD"/>
    <w:rsid w:val="15EED2DE"/>
    <w:rsid w:val="15F29CEF"/>
    <w:rsid w:val="15F56002"/>
    <w:rsid w:val="16036FE4"/>
    <w:rsid w:val="16047A6B"/>
    <w:rsid w:val="160EC34A"/>
    <w:rsid w:val="16106A1E"/>
    <w:rsid w:val="161821CC"/>
    <w:rsid w:val="1626A355"/>
    <w:rsid w:val="162A85B9"/>
    <w:rsid w:val="1633CAF2"/>
    <w:rsid w:val="163AE7D7"/>
    <w:rsid w:val="163B5BB4"/>
    <w:rsid w:val="1649B235"/>
    <w:rsid w:val="1655678D"/>
    <w:rsid w:val="1655A91D"/>
    <w:rsid w:val="16624596"/>
    <w:rsid w:val="1666EAE8"/>
    <w:rsid w:val="1669C3CD"/>
    <w:rsid w:val="1669CEC5"/>
    <w:rsid w:val="166B8B7F"/>
    <w:rsid w:val="1672C6ED"/>
    <w:rsid w:val="1673A532"/>
    <w:rsid w:val="167810D5"/>
    <w:rsid w:val="167A0D10"/>
    <w:rsid w:val="167C1807"/>
    <w:rsid w:val="167CF8E4"/>
    <w:rsid w:val="168E3E72"/>
    <w:rsid w:val="1697E4B0"/>
    <w:rsid w:val="16985AF8"/>
    <w:rsid w:val="16A24C76"/>
    <w:rsid w:val="16B4B86D"/>
    <w:rsid w:val="16B4DB04"/>
    <w:rsid w:val="16BFBDD7"/>
    <w:rsid w:val="16C7424A"/>
    <w:rsid w:val="16D80452"/>
    <w:rsid w:val="16E4DDB8"/>
    <w:rsid w:val="16EC6574"/>
    <w:rsid w:val="16F08E18"/>
    <w:rsid w:val="16F5B2F9"/>
    <w:rsid w:val="16F6422F"/>
    <w:rsid w:val="1709A66A"/>
    <w:rsid w:val="170B0444"/>
    <w:rsid w:val="1713B3D9"/>
    <w:rsid w:val="17219D69"/>
    <w:rsid w:val="17225648"/>
    <w:rsid w:val="17339E2C"/>
    <w:rsid w:val="17359FE7"/>
    <w:rsid w:val="173DF17A"/>
    <w:rsid w:val="173F4389"/>
    <w:rsid w:val="1744FAB7"/>
    <w:rsid w:val="174D15FC"/>
    <w:rsid w:val="1752695D"/>
    <w:rsid w:val="175905DF"/>
    <w:rsid w:val="175F1A7F"/>
    <w:rsid w:val="1761244B"/>
    <w:rsid w:val="176E0E7E"/>
    <w:rsid w:val="1790BA02"/>
    <w:rsid w:val="17982175"/>
    <w:rsid w:val="17ACCA23"/>
    <w:rsid w:val="17AE1FC7"/>
    <w:rsid w:val="17BB5606"/>
    <w:rsid w:val="17BC323E"/>
    <w:rsid w:val="17BFED8B"/>
    <w:rsid w:val="17CB34D9"/>
    <w:rsid w:val="17CD4AB7"/>
    <w:rsid w:val="17CDB6D2"/>
    <w:rsid w:val="17D68395"/>
    <w:rsid w:val="17DDE722"/>
    <w:rsid w:val="17E1847D"/>
    <w:rsid w:val="17E4B9BF"/>
    <w:rsid w:val="17EF6660"/>
    <w:rsid w:val="17F38C8C"/>
    <w:rsid w:val="17F86991"/>
    <w:rsid w:val="180D901A"/>
    <w:rsid w:val="1815E6ED"/>
    <w:rsid w:val="181831A0"/>
    <w:rsid w:val="181966D0"/>
    <w:rsid w:val="181DF242"/>
    <w:rsid w:val="1821D069"/>
    <w:rsid w:val="1823819D"/>
    <w:rsid w:val="1826E1C5"/>
    <w:rsid w:val="1829E6A2"/>
    <w:rsid w:val="182BCEA8"/>
    <w:rsid w:val="18343149"/>
    <w:rsid w:val="1834F810"/>
    <w:rsid w:val="183BC68C"/>
    <w:rsid w:val="183D746B"/>
    <w:rsid w:val="1840B641"/>
    <w:rsid w:val="1844CE56"/>
    <w:rsid w:val="184B220B"/>
    <w:rsid w:val="184E0D9D"/>
    <w:rsid w:val="184F97A2"/>
    <w:rsid w:val="1852AD80"/>
    <w:rsid w:val="1870EC42"/>
    <w:rsid w:val="187451DE"/>
    <w:rsid w:val="1874DE06"/>
    <w:rsid w:val="188EB85C"/>
    <w:rsid w:val="1893A072"/>
    <w:rsid w:val="1896FCD4"/>
    <w:rsid w:val="1896FF42"/>
    <w:rsid w:val="18AA1146"/>
    <w:rsid w:val="18BDD475"/>
    <w:rsid w:val="18C426AF"/>
    <w:rsid w:val="18E48355"/>
    <w:rsid w:val="18E4A10E"/>
    <w:rsid w:val="18E65D3A"/>
    <w:rsid w:val="18F91D11"/>
    <w:rsid w:val="18FE89E9"/>
    <w:rsid w:val="1902B807"/>
    <w:rsid w:val="1907B598"/>
    <w:rsid w:val="190D9067"/>
    <w:rsid w:val="1911D88D"/>
    <w:rsid w:val="1912C399"/>
    <w:rsid w:val="1913737D"/>
    <w:rsid w:val="191E6459"/>
    <w:rsid w:val="191F0EA8"/>
    <w:rsid w:val="192888D2"/>
    <w:rsid w:val="193E68CC"/>
    <w:rsid w:val="194264F9"/>
    <w:rsid w:val="195023E1"/>
    <w:rsid w:val="19584AD1"/>
    <w:rsid w:val="195B3884"/>
    <w:rsid w:val="19600B89"/>
    <w:rsid w:val="1960FCDF"/>
    <w:rsid w:val="19644EAC"/>
    <w:rsid w:val="1977B062"/>
    <w:rsid w:val="197965FF"/>
    <w:rsid w:val="198352D1"/>
    <w:rsid w:val="198D0240"/>
    <w:rsid w:val="198DB4E0"/>
    <w:rsid w:val="1992954C"/>
    <w:rsid w:val="1995495F"/>
    <w:rsid w:val="1996C2AC"/>
    <w:rsid w:val="19A0BF45"/>
    <w:rsid w:val="19B2F85F"/>
    <w:rsid w:val="19B49E05"/>
    <w:rsid w:val="19B58E2C"/>
    <w:rsid w:val="19BBAF42"/>
    <w:rsid w:val="19C93C39"/>
    <w:rsid w:val="19CC99C8"/>
    <w:rsid w:val="19CDF282"/>
    <w:rsid w:val="19D57E38"/>
    <w:rsid w:val="19D5B7F3"/>
    <w:rsid w:val="19D8DC43"/>
    <w:rsid w:val="19F33877"/>
    <w:rsid w:val="19F5C0F5"/>
    <w:rsid w:val="19F9B918"/>
    <w:rsid w:val="19FD201B"/>
    <w:rsid w:val="1A01CCCB"/>
    <w:rsid w:val="1A05096F"/>
    <w:rsid w:val="1A185038"/>
    <w:rsid w:val="1A23D08C"/>
    <w:rsid w:val="1A31D8DF"/>
    <w:rsid w:val="1A350DAB"/>
    <w:rsid w:val="1A38E1B8"/>
    <w:rsid w:val="1A3E0834"/>
    <w:rsid w:val="1A5ECCA9"/>
    <w:rsid w:val="1A66B945"/>
    <w:rsid w:val="1A66C2F1"/>
    <w:rsid w:val="1A6CF6D1"/>
    <w:rsid w:val="1A772BA5"/>
    <w:rsid w:val="1A7E8E5B"/>
    <w:rsid w:val="1A8C2048"/>
    <w:rsid w:val="1A91E6EB"/>
    <w:rsid w:val="1A952900"/>
    <w:rsid w:val="1A98863B"/>
    <w:rsid w:val="1A98D079"/>
    <w:rsid w:val="1A991CD3"/>
    <w:rsid w:val="1A9C1DCC"/>
    <w:rsid w:val="1AA5294E"/>
    <w:rsid w:val="1AA9933E"/>
    <w:rsid w:val="1AB3D416"/>
    <w:rsid w:val="1AC0106B"/>
    <w:rsid w:val="1AC0E1B9"/>
    <w:rsid w:val="1AC8D0E1"/>
    <w:rsid w:val="1ACB4C04"/>
    <w:rsid w:val="1AD44C38"/>
    <w:rsid w:val="1ADB03B3"/>
    <w:rsid w:val="1AE06102"/>
    <w:rsid w:val="1AE7DD4C"/>
    <w:rsid w:val="1AE8A5FB"/>
    <w:rsid w:val="1AEB703F"/>
    <w:rsid w:val="1AECDCAF"/>
    <w:rsid w:val="1AF23E0C"/>
    <w:rsid w:val="1B0BC643"/>
    <w:rsid w:val="1B35D75B"/>
    <w:rsid w:val="1B375E56"/>
    <w:rsid w:val="1B4168C7"/>
    <w:rsid w:val="1B4287AE"/>
    <w:rsid w:val="1B518972"/>
    <w:rsid w:val="1B53AF1D"/>
    <w:rsid w:val="1B705000"/>
    <w:rsid w:val="1B76A50B"/>
    <w:rsid w:val="1B7C39B2"/>
    <w:rsid w:val="1B8D1F21"/>
    <w:rsid w:val="1B908FEB"/>
    <w:rsid w:val="1BA495D0"/>
    <w:rsid w:val="1BAF7629"/>
    <w:rsid w:val="1BBD4614"/>
    <w:rsid w:val="1BC52F85"/>
    <w:rsid w:val="1BC6A220"/>
    <w:rsid w:val="1BC96CBD"/>
    <w:rsid w:val="1BCAD326"/>
    <w:rsid w:val="1BD927CA"/>
    <w:rsid w:val="1BDC66E8"/>
    <w:rsid w:val="1BE4D941"/>
    <w:rsid w:val="1BEC7936"/>
    <w:rsid w:val="1BEC794D"/>
    <w:rsid w:val="1BEFE329"/>
    <w:rsid w:val="1BF33421"/>
    <w:rsid w:val="1BF8AB5A"/>
    <w:rsid w:val="1C012FA5"/>
    <w:rsid w:val="1C0D1426"/>
    <w:rsid w:val="1C0F28E9"/>
    <w:rsid w:val="1C12CA9F"/>
    <w:rsid w:val="1C17B698"/>
    <w:rsid w:val="1C1DFE87"/>
    <w:rsid w:val="1C223C55"/>
    <w:rsid w:val="1C28992B"/>
    <w:rsid w:val="1C353C8A"/>
    <w:rsid w:val="1C3A8586"/>
    <w:rsid w:val="1C3ED268"/>
    <w:rsid w:val="1C504DCF"/>
    <w:rsid w:val="1C520889"/>
    <w:rsid w:val="1C5DB052"/>
    <w:rsid w:val="1C6AD32A"/>
    <w:rsid w:val="1C847CF3"/>
    <w:rsid w:val="1C92B968"/>
    <w:rsid w:val="1C93BABB"/>
    <w:rsid w:val="1C947E53"/>
    <w:rsid w:val="1C9779BD"/>
    <w:rsid w:val="1CAF89F7"/>
    <w:rsid w:val="1CB26F76"/>
    <w:rsid w:val="1CB40DEF"/>
    <w:rsid w:val="1CBF3D49"/>
    <w:rsid w:val="1CC84309"/>
    <w:rsid w:val="1CCC62B2"/>
    <w:rsid w:val="1CD05E70"/>
    <w:rsid w:val="1CDCAF47"/>
    <w:rsid w:val="1CDE9DC8"/>
    <w:rsid w:val="1CE28615"/>
    <w:rsid w:val="1CE5955D"/>
    <w:rsid w:val="1CF10C1B"/>
    <w:rsid w:val="1CF553D4"/>
    <w:rsid w:val="1D090272"/>
    <w:rsid w:val="1D0C9869"/>
    <w:rsid w:val="1D0FE422"/>
    <w:rsid w:val="1D10631C"/>
    <w:rsid w:val="1D165682"/>
    <w:rsid w:val="1D1971BD"/>
    <w:rsid w:val="1D1B97D8"/>
    <w:rsid w:val="1D2B18D9"/>
    <w:rsid w:val="1D2BA868"/>
    <w:rsid w:val="1D328287"/>
    <w:rsid w:val="1D40C2A9"/>
    <w:rsid w:val="1D44FF37"/>
    <w:rsid w:val="1D50BB75"/>
    <w:rsid w:val="1D52D4E2"/>
    <w:rsid w:val="1D5B4786"/>
    <w:rsid w:val="1D5D86C5"/>
    <w:rsid w:val="1D5ED02E"/>
    <w:rsid w:val="1D5FF5D2"/>
    <w:rsid w:val="1D7B6E9B"/>
    <w:rsid w:val="1D85B3F4"/>
    <w:rsid w:val="1D9861E4"/>
    <w:rsid w:val="1D9C89F2"/>
    <w:rsid w:val="1D9DD995"/>
    <w:rsid w:val="1DAB03E7"/>
    <w:rsid w:val="1DC1B171"/>
    <w:rsid w:val="1DCB9FA8"/>
    <w:rsid w:val="1DCC7A8F"/>
    <w:rsid w:val="1DD78DCE"/>
    <w:rsid w:val="1DDBA058"/>
    <w:rsid w:val="1DE878C8"/>
    <w:rsid w:val="1DED51C1"/>
    <w:rsid w:val="1DF0B79B"/>
    <w:rsid w:val="1DFA9E3D"/>
    <w:rsid w:val="1E016245"/>
    <w:rsid w:val="1E0575EC"/>
    <w:rsid w:val="1E077D10"/>
    <w:rsid w:val="1E155994"/>
    <w:rsid w:val="1E17F8F1"/>
    <w:rsid w:val="1E1BB0DD"/>
    <w:rsid w:val="1E1F6322"/>
    <w:rsid w:val="1E2FD48C"/>
    <w:rsid w:val="1E4B521E"/>
    <w:rsid w:val="1E4C2E57"/>
    <w:rsid w:val="1E5D850C"/>
    <w:rsid w:val="1E618980"/>
    <w:rsid w:val="1E6334E4"/>
    <w:rsid w:val="1E680918"/>
    <w:rsid w:val="1E7FE645"/>
    <w:rsid w:val="1E953C9F"/>
    <w:rsid w:val="1E9E2B73"/>
    <w:rsid w:val="1EA38E9C"/>
    <w:rsid w:val="1EA970C6"/>
    <w:rsid w:val="1EB8EC5A"/>
    <w:rsid w:val="1EBD8397"/>
    <w:rsid w:val="1EC64C4B"/>
    <w:rsid w:val="1EC7F891"/>
    <w:rsid w:val="1ED6D62F"/>
    <w:rsid w:val="1EDF4935"/>
    <w:rsid w:val="1EE1A1CD"/>
    <w:rsid w:val="1EE5F452"/>
    <w:rsid w:val="1EFF242E"/>
    <w:rsid w:val="1F00DC6C"/>
    <w:rsid w:val="1F105983"/>
    <w:rsid w:val="1F1234E8"/>
    <w:rsid w:val="1F19B8A1"/>
    <w:rsid w:val="1F1BAA73"/>
    <w:rsid w:val="1F2116E8"/>
    <w:rsid w:val="1F2BBBCE"/>
    <w:rsid w:val="1F2E46B2"/>
    <w:rsid w:val="1F3D4716"/>
    <w:rsid w:val="1F4C5CFF"/>
    <w:rsid w:val="1F4E6D04"/>
    <w:rsid w:val="1F510A55"/>
    <w:rsid w:val="1F5259F8"/>
    <w:rsid w:val="1F57235F"/>
    <w:rsid w:val="1F5D9AB8"/>
    <w:rsid w:val="1F650621"/>
    <w:rsid w:val="1F65B94D"/>
    <w:rsid w:val="1F6C6732"/>
    <w:rsid w:val="1F73FA1C"/>
    <w:rsid w:val="1F82B645"/>
    <w:rsid w:val="1F95067D"/>
    <w:rsid w:val="1F9ACDD7"/>
    <w:rsid w:val="1FA2465F"/>
    <w:rsid w:val="1FA3140C"/>
    <w:rsid w:val="1FA3428F"/>
    <w:rsid w:val="1FA70371"/>
    <w:rsid w:val="1FA8E9ED"/>
    <w:rsid w:val="1FAB2DEE"/>
    <w:rsid w:val="1FADD85D"/>
    <w:rsid w:val="1FC1276D"/>
    <w:rsid w:val="1FC42E2A"/>
    <w:rsid w:val="1FC7B227"/>
    <w:rsid w:val="1FD15DCA"/>
    <w:rsid w:val="1FD25CD3"/>
    <w:rsid w:val="1FE43A21"/>
    <w:rsid w:val="1FE51E48"/>
    <w:rsid w:val="1FE859F8"/>
    <w:rsid w:val="1FE86190"/>
    <w:rsid w:val="1FE865C2"/>
    <w:rsid w:val="1FEA6455"/>
    <w:rsid w:val="1FED5609"/>
    <w:rsid w:val="1FFA56C1"/>
    <w:rsid w:val="20067D9C"/>
    <w:rsid w:val="2018F2F3"/>
    <w:rsid w:val="201E0DD3"/>
    <w:rsid w:val="202301D0"/>
    <w:rsid w:val="20243E0B"/>
    <w:rsid w:val="202A0E80"/>
    <w:rsid w:val="202A72BF"/>
    <w:rsid w:val="20335869"/>
    <w:rsid w:val="203630BC"/>
    <w:rsid w:val="204331CC"/>
    <w:rsid w:val="204D4E83"/>
    <w:rsid w:val="205ACB99"/>
    <w:rsid w:val="206022AE"/>
    <w:rsid w:val="20614093"/>
    <w:rsid w:val="206C2260"/>
    <w:rsid w:val="207617D2"/>
    <w:rsid w:val="208CD23B"/>
    <w:rsid w:val="20992F01"/>
    <w:rsid w:val="209979D3"/>
    <w:rsid w:val="209A230D"/>
    <w:rsid w:val="20A1A6AE"/>
    <w:rsid w:val="20A42264"/>
    <w:rsid w:val="20A50BDA"/>
    <w:rsid w:val="20AB40B9"/>
    <w:rsid w:val="20B59CAB"/>
    <w:rsid w:val="20B974FC"/>
    <w:rsid w:val="20C9B9D5"/>
    <w:rsid w:val="20D3D373"/>
    <w:rsid w:val="20D4BFDA"/>
    <w:rsid w:val="20DC2E29"/>
    <w:rsid w:val="20DE6058"/>
    <w:rsid w:val="20E373B6"/>
    <w:rsid w:val="20EF3BCA"/>
    <w:rsid w:val="20F65189"/>
    <w:rsid w:val="2104B554"/>
    <w:rsid w:val="2113109E"/>
    <w:rsid w:val="2115859B"/>
    <w:rsid w:val="2124E920"/>
    <w:rsid w:val="212C1241"/>
    <w:rsid w:val="21323BFA"/>
    <w:rsid w:val="2134D800"/>
    <w:rsid w:val="2142E2B2"/>
    <w:rsid w:val="21461D86"/>
    <w:rsid w:val="214F8CB3"/>
    <w:rsid w:val="2151A5D0"/>
    <w:rsid w:val="2159857E"/>
    <w:rsid w:val="215B36D2"/>
    <w:rsid w:val="215CE2F5"/>
    <w:rsid w:val="217557C5"/>
    <w:rsid w:val="217C21E7"/>
    <w:rsid w:val="217E5623"/>
    <w:rsid w:val="21908D0A"/>
    <w:rsid w:val="21934C80"/>
    <w:rsid w:val="219771D6"/>
    <w:rsid w:val="219A64DF"/>
    <w:rsid w:val="219A9CFF"/>
    <w:rsid w:val="21A367C9"/>
    <w:rsid w:val="21AE4478"/>
    <w:rsid w:val="21AEE0FD"/>
    <w:rsid w:val="21B8AE42"/>
    <w:rsid w:val="21C095DB"/>
    <w:rsid w:val="21C8DD72"/>
    <w:rsid w:val="21CD5B53"/>
    <w:rsid w:val="21DC91A7"/>
    <w:rsid w:val="21E27EB9"/>
    <w:rsid w:val="21E3AE48"/>
    <w:rsid w:val="21E71D61"/>
    <w:rsid w:val="21F21015"/>
    <w:rsid w:val="21F61250"/>
    <w:rsid w:val="22018834"/>
    <w:rsid w:val="2203BD56"/>
    <w:rsid w:val="22077CF3"/>
    <w:rsid w:val="22193E19"/>
    <w:rsid w:val="221CC8E6"/>
    <w:rsid w:val="222578AA"/>
    <w:rsid w:val="2227EFEF"/>
    <w:rsid w:val="2229D13C"/>
    <w:rsid w:val="22343FE9"/>
    <w:rsid w:val="2236EA1A"/>
    <w:rsid w:val="2237EEA4"/>
    <w:rsid w:val="2238F9F8"/>
    <w:rsid w:val="22394F65"/>
    <w:rsid w:val="2244302E"/>
    <w:rsid w:val="224AADC9"/>
    <w:rsid w:val="225205EE"/>
    <w:rsid w:val="2255C1AD"/>
    <w:rsid w:val="225B63DB"/>
    <w:rsid w:val="2267CA53"/>
    <w:rsid w:val="226BBE6F"/>
    <w:rsid w:val="226D0AD0"/>
    <w:rsid w:val="22749DA5"/>
    <w:rsid w:val="22786B84"/>
    <w:rsid w:val="2285B6CA"/>
    <w:rsid w:val="228BBE12"/>
    <w:rsid w:val="228D500C"/>
    <w:rsid w:val="229923C1"/>
    <w:rsid w:val="22B33198"/>
    <w:rsid w:val="22B5A217"/>
    <w:rsid w:val="22B782FF"/>
    <w:rsid w:val="22BC5219"/>
    <w:rsid w:val="22C0A9F9"/>
    <w:rsid w:val="22C36BE4"/>
    <w:rsid w:val="22CD58ED"/>
    <w:rsid w:val="22D3739D"/>
    <w:rsid w:val="22D41B6D"/>
    <w:rsid w:val="22E0F6AF"/>
    <w:rsid w:val="22EBD2DF"/>
    <w:rsid w:val="22FDAC4D"/>
    <w:rsid w:val="22FE38C9"/>
    <w:rsid w:val="2300EC9D"/>
    <w:rsid w:val="2307819C"/>
    <w:rsid w:val="230E7CD1"/>
    <w:rsid w:val="2318488B"/>
    <w:rsid w:val="232D1CE3"/>
    <w:rsid w:val="232DD9B8"/>
    <w:rsid w:val="233B68A4"/>
    <w:rsid w:val="2340746A"/>
    <w:rsid w:val="2342DFEA"/>
    <w:rsid w:val="23529FAA"/>
    <w:rsid w:val="2353F7BF"/>
    <w:rsid w:val="235AD9A5"/>
    <w:rsid w:val="236B816D"/>
    <w:rsid w:val="23729EA2"/>
    <w:rsid w:val="23738943"/>
    <w:rsid w:val="2378526D"/>
    <w:rsid w:val="237AC4F8"/>
    <w:rsid w:val="237D3A53"/>
    <w:rsid w:val="237DC233"/>
    <w:rsid w:val="2380A5F3"/>
    <w:rsid w:val="23867342"/>
    <w:rsid w:val="238D26F9"/>
    <w:rsid w:val="238F0195"/>
    <w:rsid w:val="238F9776"/>
    <w:rsid w:val="238FFA94"/>
    <w:rsid w:val="239596D0"/>
    <w:rsid w:val="239D13A8"/>
    <w:rsid w:val="23A45CBD"/>
    <w:rsid w:val="23B0F976"/>
    <w:rsid w:val="23B61AB7"/>
    <w:rsid w:val="23BC2B54"/>
    <w:rsid w:val="23BF2E8F"/>
    <w:rsid w:val="23CFD22E"/>
    <w:rsid w:val="23D223AA"/>
    <w:rsid w:val="23DB2F6A"/>
    <w:rsid w:val="23DB66A7"/>
    <w:rsid w:val="23DDFD15"/>
    <w:rsid w:val="23ED2FD5"/>
    <w:rsid w:val="23FC9D6D"/>
    <w:rsid w:val="240F20E8"/>
    <w:rsid w:val="2410585F"/>
    <w:rsid w:val="24110198"/>
    <w:rsid w:val="24110895"/>
    <w:rsid w:val="2413C714"/>
    <w:rsid w:val="24177628"/>
    <w:rsid w:val="241CC5B3"/>
    <w:rsid w:val="24200A76"/>
    <w:rsid w:val="24621197"/>
    <w:rsid w:val="24703F05"/>
    <w:rsid w:val="247FB311"/>
    <w:rsid w:val="2480F5BE"/>
    <w:rsid w:val="248AE610"/>
    <w:rsid w:val="2495A19C"/>
    <w:rsid w:val="249FF2FB"/>
    <w:rsid w:val="24A0A9D0"/>
    <w:rsid w:val="24B1FAA9"/>
    <w:rsid w:val="24C508EA"/>
    <w:rsid w:val="24D1CC21"/>
    <w:rsid w:val="24D389AD"/>
    <w:rsid w:val="24F36AA4"/>
    <w:rsid w:val="24F46FD2"/>
    <w:rsid w:val="24F748A7"/>
    <w:rsid w:val="24F8694D"/>
    <w:rsid w:val="24FAA5AB"/>
    <w:rsid w:val="24FC4409"/>
    <w:rsid w:val="2503AB72"/>
    <w:rsid w:val="250CA3F1"/>
    <w:rsid w:val="251915A7"/>
    <w:rsid w:val="25210A3E"/>
    <w:rsid w:val="2529AA3A"/>
    <w:rsid w:val="2529E6F4"/>
    <w:rsid w:val="252A35BA"/>
    <w:rsid w:val="252C77F6"/>
    <w:rsid w:val="2532DC8B"/>
    <w:rsid w:val="253816A5"/>
    <w:rsid w:val="2546249A"/>
    <w:rsid w:val="25474FBA"/>
    <w:rsid w:val="2548A08C"/>
    <w:rsid w:val="2554CA0C"/>
    <w:rsid w:val="255BBED5"/>
    <w:rsid w:val="2563C28A"/>
    <w:rsid w:val="256F0036"/>
    <w:rsid w:val="2574350E"/>
    <w:rsid w:val="257DA17D"/>
    <w:rsid w:val="258BFD36"/>
    <w:rsid w:val="259FE338"/>
    <w:rsid w:val="25AF6F50"/>
    <w:rsid w:val="25C4B580"/>
    <w:rsid w:val="25C76CB5"/>
    <w:rsid w:val="25CAA12E"/>
    <w:rsid w:val="25CB9CC9"/>
    <w:rsid w:val="25D1E0C2"/>
    <w:rsid w:val="25DDE640"/>
    <w:rsid w:val="25E5DFE0"/>
    <w:rsid w:val="25E68A6C"/>
    <w:rsid w:val="25FA0202"/>
    <w:rsid w:val="262023E5"/>
    <w:rsid w:val="2620DABF"/>
    <w:rsid w:val="2627676F"/>
    <w:rsid w:val="26288C0C"/>
    <w:rsid w:val="262A4F38"/>
    <w:rsid w:val="2636AEF9"/>
    <w:rsid w:val="263BCCDE"/>
    <w:rsid w:val="263C2AAA"/>
    <w:rsid w:val="263D2792"/>
    <w:rsid w:val="263E637B"/>
    <w:rsid w:val="264A8A90"/>
    <w:rsid w:val="264ECAF0"/>
    <w:rsid w:val="2656828B"/>
    <w:rsid w:val="2661BF87"/>
    <w:rsid w:val="26689460"/>
    <w:rsid w:val="266AF75E"/>
    <w:rsid w:val="2670571E"/>
    <w:rsid w:val="2671921B"/>
    <w:rsid w:val="2672E088"/>
    <w:rsid w:val="268B3601"/>
    <w:rsid w:val="268F7A19"/>
    <w:rsid w:val="2691934E"/>
    <w:rsid w:val="26A4D8AC"/>
    <w:rsid w:val="26AB55B6"/>
    <w:rsid w:val="26B975EF"/>
    <w:rsid w:val="26BC5ECA"/>
    <w:rsid w:val="26D292BC"/>
    <w:rsid w:val="26D648E6"/>
    <w:rsid w:val="26E95BCF"/>
    <w:rsid w:val="26F0BBAC"/>
    <w:rsid w:val="26F12701"/>
    <w:rsid w:val="26F81D30"/>
    <w:rsid w:val="2708E9D3"/>
    <w:rsid w:val="2709CFB1"/>
    <w:rsid w:val="270A314C"/>
    <w:rsid w:val="270AB947"/>
    <w:rsid w:val="27160672"/>
    <w:rsid w:val="27175C94"/>
    <w:rsid w:val="271F2CE4"/>
    <w:rsid w:val="272838F3"/>
    <w:rsid w:val="272D3367"/>
    <w:rsid w:val="272D7E4E"/>
    <w:rsid w:val="272F9579"/>
    <w:rsid w:val="2733FF91"/>
    <w:rsid w:val="27379C1B"/>
    <w:rsid w:val="274DB367"/>
    <w:rsid w:val="274FF18E"/>
    <w:rsid w:val="27536EA9"/>
    <w:rsid w:val="2759190A"/>
    <w:rsid w:val="275D4522"/>
    <w:rsid w:val="275D8359"/>
    <w:rsid w:val="276299C5"/>
    <w:rsid w:val="2767A06A"/>
    <w:rsid w:val="2777AEDB"/>
    <w:rsid w:val="277AD654"/>
    <w:rsid w:val="278396F1"/>
    <w:rsid w:val="2783F93D"/>
    <w:rsid w:val="27847743"/>
    <w:rsid w:val="278927E0"/>
    <w:rsid w:val="2791CA99"/>
    <w:rsid w:val="27A68F64"/>
    <w:rsid w:val="27AACA8D"/>
    <w:rsid w:val="27AF6BA5"/>
    <w:rsid w:val="27B13F6E"/>
    <w:rsid w:val="27B5951B"/>
    <w:rsid w:val="27BF498F"/>
    <w:rsid w:val="27C614A4"/>
    <w:rsid w:val="27C7C6F3"/>
    <w:rsid w:val="27CA6ED2"/>
    <w:rsid w:val="27D7E5E5"/>
    <w:rsid w:val="27E5F568"/>
    <w:rsid w:val="28084C81"/>
    <w:rsid w:val="280AC701"/>
    <w:rsid w:val="2816E3C3"/>
    <w:rsid w:val="2818637E"/>
    <w:rsid w:val="2823CEEC"/>
    <w:rsid w:val="28288A45"/>
    <w:rsid w:val="2839B72C"/>
    <w:rsid w:val="2841E303"/>
    <w:rsid w:val="285874DB"/>
    <w:rsid w:val="28633031"/>
    <w:rsid w:val="286554CD"/>
    <w:rsid w:val="28695424"/>
    <w:rsid w:val="286DD0C8"/>
    <w:rsid w:val="28788DCD"/>
    <w:rsid w:val="2878DEFC"/>
    <w:rsid w:val="287A59F7"/>
    <w:rsid w:val="2881F621"/>
    <w:rsid w:val="2894524E"/>
    <w:rsid w:val="2895D4DB"/>
    <w:rsid w:val="28AB1271"/>
    <w:rsid w:val="28AD173E"/>
    <w:rsid w:val="28D2685F"/>
    <w:rsid w:val="28D5C71A"/>
    <w:rsid w:val="28DEBB43"/>
    <w:rsid w:val="28E6A0D5"/>
    <w:rsid w:val="28EC59D0"/>
    <w:rsid w:val="28EC91E0"/>
    <w:rsid w:val="28EE06F5"/>
    <w:rsid w:val="28FA8FE2"/>
    <w:rsid w:val="290900F1"/>
    <w:rsid w:val="2911913B"/>
    <w:rsid w:val="29146299"/>
    <w:rsid w:val="292FCA7D"/>
    <w:rsid w:val="29544418"/>
    <w:rsid w:val="2955E68A"/>
    <w:rsid w:val="295871C2"/>
    <w:rsid w:val="295D6BFB"/>
    <w:rsid w:val="2962D014"/>
    <w:rsid w:val="29662C07"/>
    <w:rsid w:val="296E9B03"/>
    <w:rsid w:val="296EA0A0"/>
    <w:rsid w:val="297C3DDD"/>
    <w:rsid w:val="298920D7"/>
    <w:rsid w:val="298EAB7D"/>
    <w:rsid w:val="298F6412"/>
    <w:rsid w:val="2997E40B"/>
    <w:rsid w:val="29980FF1"/>
    <w:rsid w:val="29A6097E"/>
    <w:rsid w:val="29A994EF"/>
    <w:rsid w:val="29ACBF66"/>
    <w:rsid w:val="29D5A74A"/>
    <w:rsid w:val="29DB7C83"/>
    <w:rsid w:val="29DD699A"/>
    <w:rsid w:val="29E32058"/>
    <w:rsid w:val="29E8219F"/>
    <w:rsid w:val="29EA8FB8"/>
    <w:rsid w:val="29FB36A5"/>
    <w:rsid w:val="2A08C848"/>
    <w:rsid w:val="2A097824"/>
    <w:rsid w:val="2A0CD18F"/>
    <w:rsid w:val="2A103F3B"/>
    <w:rsid w:val="2A151414"/>
    <w:rsid w:val="2A1BFFE8"/>
    <w:rsid w:val="2A214BE6"/>
    <w:rsid w:val="2A25B807"/>
    <w:rsid w:val="2A36BC3C"/>
    <w:rsid w:val="2A37D67A"/>
    <w:rsid w:val="2A43446B"/>
    <w:rsid w:val="2A4E0C63"/>
    <w:rsid w:val="2A599344"/>
    <w:rsid w:val="2A5C793A"/>
    <w:rsid w:val="2A643B7B"/>
    <w:rsid w:val="2A67629A"/>
    <w:rsid w:val="2A7BCF12"/>
    <w:rsid w:val="2A812A5D"/>
    <w:rsid w:val="2A851BAC"/>
    <w:rsid w:val="2A8F831B"/>
    <w:rsid w:val="2AA8E038"/>
    <w:rsid w:val="2AAC77AE"/>
    <w:rsid w:val="2AB665E8"/>
    <w:rsid w:val="2AB823E1"/>
    <w:rsid w:val="2ABB40E5"/>
    <w:rsid w:val="2ABC024E"/>
    <w:rsid w:val="2ABD0776"/>
    <w:rsid w:val="2AC5A3B6"/>
    <w:rsid w:val="2ACD3911"/>
    <w:rsid w:val="2ADC7593"/>
    <w:rsid w:val="2AE47434"/>
    <w:rsid w:val="2AE95B1E"/>
    <w:rsid w:val="2AEB758F"/>
    <w:rsid w:val="2AEC05FD"/>
    <w:rsid w:val="2AF05338"/>
    <w:rsid w:val="2AF0E745"/>
    <w:rsid w:val="2AFC6D32"/>
    <w:rsid w:val="2B031038"/>
    <w:rsid w:val="2B0337EB"/>
    <w:rsid w:val="2B1EAA29"/>
    <w:rsid w:val="2B389316"/>
    <w:rsid w:val="2B4AAABD"/>
    <w:rsid w:val="2B4DEB22"/>
    <w:rsid w:val="2B4F0081"/>
    <w:rsid w:val="2B515ED0"/>
    <w:rsid w:val="2B7C7D3C"/>
    <w:rsid w:val="2B8FCE7E"/>
    <w:rsid w:val="2B9DED18"/>
    <w:rsid w:val="2BA6339C"/>
    <w:rsid w:val="2BAC61DC"/>
    <w:rsid w:val="2BB34510"/>
    <w:rsid w:val="2BB69032"/>
    <w:rsid w:val="2BBD27E6"/>
    <w:rsid w:val="2BBF6538"/>
    <w:rsid w:val="2BBF8B65"/>
    <w:rsid w:val="2BC91E76"/>
    <w:rsid w:val="2BD7CBD0"/>
    <w:rsid w:val="2BDB20A6"/>
    <w:rsid w:val="2BDC7D82"/>
    <w:rsid w:val="2BDCD8BA"/>
    <w:rsid w:val="2BE0CFA3"/>
    <w:rsid w:val="2BE222B1"/>
    <w:rsid w:val="2BE4153C"/>
    <w:rsid w:val="2BE800F5"/>
    <w:rsid w:val="2BEB6C95"/>
    <w:rsid w:val="2BF64FDF"/>
    <w:rsid w:val="2BFE9BF3"/>
    <w:rsid w:val="2BFF5591"/>
    <w:rsid w:val="2C026586"/>
    <w:rsid w:val="2C047B74"/>
    <w:rsid w:val="2C1A5E81"/>
    <w:rsid w:val="2C3EAE2B"/>
    <w:rsid w:val="2C3EF5A0"/>
    <w:rsid w:val="2C44E587"/>
    <w:rsid w:val="2C49A1D0"/>
    <w:rsid w:val="2C554E04"/>
    <w:rsid w:val="2C5B1FE1"/>
    <w:rsid w:val="2C5C8B3C"/>
    <w:rsid w:val="2C5E66C1"/>
    <w:rsid w:val="2C61F3FD"/>
    <w:rsid w:val="2C702914"/>
    <w:rsid w:val="2C7400F8"/>
    <w:rsid w:val="2C7BA35A"/>
    <w:rsid w:val="2C80649A"/>
    <w:rsid w:val="2C8894ED"/>
    <w:rsid w:val="2C8D5EC8"/>
    <w:rsid w:val="2C8F6451"/>
    <w:rsid w:val="2C964FD1"/>
    <w:rsid w:val="2C96B0EF"/>
    <w:rsid w:val="2C9B77FB"/>
    <w:rsid w:val="2C9D131B"/>
    <w:rsid w:val="2CAD9761"/>
    <w:rsid w:val="2CB20493"/>
    <w:rsid w:val="2CB3A213"/>
    <w:rsid w:val="2CBCCBFC"/>
    <w:rsid w:val="2CC7BBA7"/>
    <w:rsid w:val="2CCA43A1"/>
    <w:rsid w:val="2CCC08B0"/>
    <w:rsid w:val="2CD58AF0"/>
    <w:rsid w:val="2CE48D76"/>
    <w:rsid w:val="2CEC1882"/>
    <w:rsid w:val="2CEE3AB3"/>
    <w:rsid w:val="2CFC7D09"/>
    <w:rsid w:val="2CFE6989"/>
    <w:rsid w:val="2D0FDD4A"/>
    <w:rsid w:val="2D18BC77"/>
    <w:rsid w:val="2D203686"/>
    <w:rsid w:val="2D30CA62"/>
    <w:rsid w:val="2D434849"/>
    <w:rsid w:val="2D47AE34"/>
    <w:rsid w:val="2D4ED5AD"/>
    <w:rsid w:val="2D5C7A95"/>
    <w:rsid w:val="2D66B4E4"/>
    <w:rsid w:val="2D6DBC2A"/>
    <w:rsid w:val="2D872D39"/>
    <w:rsid w:val="2D874E34"/>
    <w:rsid w:val="2D8E9082"/>
    <w:rsid w:val="2D8FB4BD"/>
    <w:rsid w:val="2D93099E"/>
    <w:rsid w:val="2D96D779"/>
    <w:rsid w:val="2DABF8FB"/>
    <w:rsid w:val="2DAE975A"/>
    <w:rsid w:val="2DBAF4F6"/>
    <w:rsid w:val="2DBDE055"/>
    <w:rsid w:val="2DCBA775"/>
    <w:rsid w:val="2DD72E54"/>
    <w:rsid w:val="2DDCFC69"/>
    <w:rsid w:val="2DEF2DDD"/>
    <w:rsid w:val="2DF2FA28"/>
    <w:rsid w:val="2DF3CACE"/>
    <w:rsid w:val="2DFAD7D4"/>
    <w:rsid w:val="2DFE4EB0"/>
    <w:rsid w:val="2E06B597"/>
    <w:rsid w:val="2E0C8FC6"/>
    <w:rsid w:val="2E13C1B2"/>
    <w:rsid w:val="2E19A1FE"/>
    <w:rsid w:val="2E276201"/>
    <w:rsid w:val="2E289FA5"/>
    <w:rsid w:val="2E2FE41F"/>
    <w:rsid w:val="2E321FB0"/>
    <w:rsid w:val="2E3DEF61"/>
    <w:rsid w:val="2E406ABA"/>
    <w:rsid w:val="2E41059A"/>
    <w:rsid w:val="2E42019B"/>
    <w:rsid w:val="2E5566C2"/>
    <w:rsid w:val="2E5F7D5B"/>
    <w:rsid w:val="2E64E4B0"/>
    <w:rsid w:val="2E6787DF"/>
    <w:rsid w:val="2E7017BA"/>
    <w:rsid w:val="2E75003A"/>
    <w:rsid w:val="2E82CF4C"/>
    <w:rsid w:val="2E83DD33"/>
    <w:rsid w:val="2E840516"/>
    <w:rsid w:val="2E847B4E"/>
    <w:rsid w:val="2E84C59A"/>
    <w:rsid w:val="2E890B85"/>
    <w:rsid w:val="2E919796"/>
    <w:rsid w:val="2E9646B7"/>
    <w:rsid w:val="2EA3AE4D"/>
    <w:rsid w:val="2EA7224F"/>
    <w:rsid w:val="2EA77757"/>
    <w:rsid w:val="2EA9DA67"/>
    <w:rsid w:val="2EAF613C"/>
    <w:rsid w:val="2EB567BE"/>
    <w:rsid w:val="2EB9C1F9"/>
    <w:rsid w:val="2EC278FE"/>
    <w:rsid w:val="2EC49EA2"/>
    <w:rsid w:val="2EC63E46"/>
    <w:rsid w:val="2ED6C1A2"/>
    <w:rsid w:val="2EDE6593"/>
    <w:rsid w:val="2EEA85C2"/>
    <w:rsid w:val="2EEB77B2"/>
    <w:rsid w:val="2EF560A8"/>
    <w:rsid w:val="2EFB8278"/>
    <w:rsid w:val="2F0A6821"/>
    <w:rsid w:val="2F0D9EB8"/>
    <w:rsid w:val="2F0E851D"/>
    <w:rsid w:val="2F296CD1"/>
    <w:rsid w:val="2F36FE2C"/>
    <w:rsid w:val="2F39A36F"/>
    <w:rsid w:val="2F40B392"/>
    <w:rsid w:val="2F5C598F"/>
    <w:rsid w:val="2F5E4F4A"/>
    <w:rsid w:val="2F606A7F"/>
    <w:rsid w:val="2F6BBB3F"/>
    <w:rsid w:val="2F6BD141"/>
    <w:rsid w:val="2F79BFE5"/>
    <w:rsid w:val="2F7D1306"/>
    <w:rsid w:val="2F7FFF9E"/>
    <w:rsid w:val="2F861A6D"/>
    <w:rsid w:val="2FA1D30A"/>
    <w:rsid w:val="2FA4B0ED"/>
    <w:rsid w:val="2FD6A7E9"/>
    <w:rsid w:val="2FE19D09"/>
    <w:rsid w:val="2FE68C7F"/>
    <w:rsid w:val="2FECF230"/>
    <w:rsid w:val="2FF49428"/>
    <w:rsid w:val="2FFAB1C1"/>
    <w:rsid w:val="3012B1EF"/>
    <w:rsid w:val="30148450"/>
    <w:rsid w:val="30188B89"/>
    <w:rsid w:val="301AD899"/>
    <w:rsid w:val="302EFC1C"/>
    <w:rsid w:val="30367621"/>
    <w:rsid w:val="304A186E"/>
    <w:rsid w:val="3061E6B3"/>
    <w:rsid w:val="3072DCC8"/>
    <w:rsid w:val="3077C8BB"/>
    <w:rsid w:val="3084FF67"/>
    <w:rsid w:val="30888181"/>
    <w:rsid w:val="308F06A6"/>
    <w:rsid w:val="30989221"/>
    <w:rsid w:val="30A5AA79"/>
    <w:rsid w:val="30A60C9E"/>
    <w:rsid w:val="30AA14EF"/>
    <w:rsid w:val="30C25611"/>
    <w:rsid w:val="30C33AC0"/>
    <w:rsid w:val="30E51562"/>
    <w:rsid w:val="30FCDF41"/>
    <w:rsid w:val="3102C34B"/>
    <w:rsid w:val="310D23B4"/>
    <w:rsid w:val="311AC477"/>
    <w:rsid w:val="3126B05A"/>
    <w:rsid w:val="312D153B"/>
    <w:rsid w:val="312EDD14"/>
    <w:rsid w:val="3130C43C"/>
    <w:rsid w:val="31402E15"/>
    <w:rsid w:val="31444BB0"/>
    <w:rsid w:val="314C029D"/>
    <w:rsid w:val="31529D8B"/>
    <w:rsid w:val="315E6BD7"/>
    <w:rsid w:val="31613A08"/>
    <w:rsid w:val="316582F3"/>
    <w:rsid w:val="3171322D"/>
    <w:rsid w:val="3177C007"/>
    <w:rsid w:val="3178B1C3"/>
    <w:rsid w:val="31840D76"/>
    <w:rsid w:val="318EE220"/>
    <w:rsid w:val="318F7D0B"/>
    <w:rsid w:val="3192FC61"/>
    <w:rsid w:val="3196784C"/>
    <w:rsid w:val="319F8636"/>
    <w:rsid w:val="31B284CD"/>
    <w:rsid w:val="31B45D47"/>
    <w:rsid w:val="31B66BE0"/>
    <w:rsid w:val="31C381CC"/>
    <w:rsid w:val="31C48AEA"/>
    <w:rsid w:val="31CC23CD"/>
    <w:rsid w:val="31DE9CC6"/>
    <w:rsid w:val="31DF9325"/>
    <w:rsid w:val="31F1FAD8"/>
    <w:rsid w:val="31F6E090"/>
    <w:rsid w:val="3208799F"/>
    <w:rsid w:val="320B0A55"/>
    <w:rsid w:val="32114BD4"/>
    <w:rsid w:val="32115564"/>
    <w:rsid w:val="32148D12"/>
    <w:rsid w:val="321C90A2"/>
    <w:rsid w:val="3222AFF5"/>
    <w:rsid w:val="32230477"/>
    <w:rsid w:val="322426C2"/>
    <w:rsid w:val="322D4AB5"/>
    <w:rsid w:val="323086BE"/>
    <w:rsid w:val="323CD7A4"/>
    <w:rsid w:val="32418CF4"/>
    <w:rsid w:val="3241FA5A"/>
    <w:rsid w:val="3254A47D"/>
    <w:rsid w:val="3258AEF8"/>
    <w:rsid w:val="325C8E76"/>
    <w:rsid w:val="325D4832"/>
    <w:rsid w:val="3263589A"/>
    <w:rsid w:val="326473E2"/>
    <w:rsid w:val="3269DCE1"/>
    <w:rsid w:val="32738907"/>
    <w:rsid w:val="327AB5F2"/>
    <w:rsid w:val="3280123E"/>
    <w:rsid w:val="3295D1A2"/>
    <w:rsid w:val="329B4DFE"/>
    <w:rsid w:val="329DBBAC"/>
    <w:rsid w:val="329FBC64"/>
    <w:rsid w:val="32A0CA12"/>
    <w:rsid w:val="32A41169"/>
    <w:rsid w:val="32A77F8E"/>
    <w:rsid w:val="32B1CBB0"/>
    <w:rsid w:val="32B7CDFF"/>
    <w:rsid w:val="32BAE804"/>
    <w:rsid w:val="32CB5152"/>
    <w:rsid w:val="32D28A3D"/>
    <w:rsid w:val="32D2DFF3"/>
    <w:rsid w:val="32D46BE8"/>
    <w:rsid w:val="32D84685"/>
    <w:rsid w:val="32DBD878"/>
    <w:rsid w:val="32E91339"/>
    <w:rsid w:val="32F17E1C"/>
    <w:rsid w:val="32F9B177"/>
    <w:rsid w:val="32FE3CE6"/>
    <w:rsid w:val="32FE98DF"/>
    <w:rsid w:val="330C4CE3"/>
    <w:rsid w:val="330CCE91"/>
    <w:rsid w:val="331B88CB"/>
    <w:rsid w:val="334D4F41"/>
    <w:rsid w:val="335BDC06"/>
    <w:rsid w:val="336684DC"/>
    <w:rsid w:val="33795A21"/>
    <w:rsid w:val="337E3BEE"/>
    <w:rsid w:val="337FC2EF"/>
    <w:rsid w:val="338F4B88"/>
    <w:rsid w:val="339629AC"/>
    <w:rsid w:val="33A57274"/>
    <w:rsid w:val="33A7D1A8"/>
    <w:rsid w:val="33B39E04"/>
    <w:rsid w:val="33B521A6"/>
    <w:rsid w:val="33B92349"/>
    <w:rsid w:val="33C11E41"/>
    <w:rsid w:val="33C6348F"/>
    <w:rsid w:val="33D2002A"/>
    <w:rsid w:val="33D434E1"/>
    <w:rsid w:val="33D56E15"/>
    <w:rsid w:val="33DC3263"/>
    <w:rsid w:val="33DDAFD7"/>
    <w:rsid w:val="33F0063A"/>
    <w:rsid w:val="340098D1"/>
    <w:rsid w:val="3402EB4D"/>
    <w:rsid w:val="34100E8A"/>
    <w:rsid w:val="342ACE37"/>
    <w:rsid w:val="3435B822"/>
    <w:rsid w:val="343668C4"/>
    <w:rsid w:val="343BDBA9"/>
    <w:rsid w:val="34414C7D"/>
    <w:rsid w:val="3443A3F9"/>
    <w:rsid w:val="3451B47C"/>
    <w:rsid w:val="34530F0D"/>
    <w:rsid w:val="345683B5"/>
    <w:rsid w:val="3466E49D"/>
    <w:rsid w:val="3467571C"/>
    <w:rsid w:val="347F8C4A"/>
    <w:rsid w:val="34830B9F"/>
    <w:rsid w:val="34A09FAA"/>
    <w:rsid w:val="34A1B37E"/>
    <w:rsid w:val="34B7DA53"/>
    <w:rsid w:val="34B818E1"/>
    <w:rsid w:val="34BB4AAA"/>
    <w:rsid w:val="34D6755B"/>
    <w:rsid w:val="34DCB686"/>
    <w:rsid w:val="34DD3994"/>
    <w:rsid w:val="34DF63FC"/>
    <w:rsid w:val="34DF9E5A"/>
    <w:rsid w:val="34E62C8A"/>
    <w:rsid w:val="34E7E31F"/>
    <w:rsid w:val="34F0115E"/>
    <w:rsid w:val="3504ABCD"/>
    <w:rsid w:val="350B4194"/>
    <w:rsid w:val="350D26F4"/>
    <w:rsid w:val="35111DAF"/>
    <w:rsid w:val="35197C10"/>
    <w:rsid w:val="351CA471"/>
    <w:rsid w:val="35242824"/>
    <w:rsid w:val="35266991"/>
    <w:rsid w:val="35271E3F"/>
    <w:rsid w:val="3529B6E7"/>
    <w:rsid w:val="35310905"/>
    <w:rsid w:val="354B26DB"/>
    <w:rsid w:val="35583A1E"/>
    <w:rsid w:val="35641A09"/>
    <w:rsid w:val="3564AF8A"/>
    <w:rsid w:val="356A152B"/>
    <w:rsid w:val="35A03843"/>
    <w:rsid w:val="35A93A9F"/>
    <w:rsid w:val="35ACF3C3"/>
    <w:rsid w:val="35CC9470"/>
    <w:rsid w:val="35D3956D"/>
    <w:rsid w:val="35FB1F28"/>
    <w:rsid w:val="360F8A5C"/>
    <w:rsid w:val="36253A8C"/>
    <w:rsid w:val="362571B3"/>
    <w:rsid w:val="36294AC6"/>
    <w:rsid w:val="362BD45A"/>
    <w:rsid w:val="363098F7"/>
    <w:rsid w:val="3630BD8E"/>
    <w:rsid w:val="363210E5"/>
    <w:rsid w:val="3633A3C6"/>
    <w:rsid w:val="363962CF"/>
    <w:rsid w:val="36442CD1"/>
    <w:rsid w:val="364B62E0"/>
    <w:rsid w:val="365087D3"/>
    <w:rsid w:val="36527915"/>
    <w:rsid w:val="36797981"/>
    <w:rsid w:val="36857F6C"/>
    <w:rsid w:val="36893B88"/>
    <w:rsid w:val="36944324"/>
    <w:rsid w:val="3695A146"/>
    <w:rsid w:val="369724BF"/>
    <w:rsid w:val="36AB735E"/>
    <w:rsid w:val="36ABD097"/>
    <w:rsid w:val="36B8B51E"/>
    <w:rsid w:val="36D08132"/>
    <w:rsid w:val="36DDFFFB"/>
    <w:rsid w:val="36F287B7"/>
    <w:rsid w:val="36FFD857"/>
    <w:rsid w:val="36FFEF0D"/>
    <w:rsid w:val="3709E37A"/>
    <w:rsid w:val="37137701"/>
    <w:rsid w:val="371AA884"/>
    <w:rsid w:val="37241A61"/>
    <w:rsid w:val="3727BDA0"/>
    <w:rsid w:val="372B82C1"/>
    <w:rsid w:val="37306455"/>
    <w:rsid w:val="3736DE0E"/>
    <w:rsid w:val="373EC8AF"/>
    <w:rsid w:val="37489190"/>
    <w:rsid w:val="374B67B3"/>
    <w:rsid w:val="3753C34F"/>
    <w:rsid w:val="375A5819"/>
    <w:rsid w:val="375B2188"/>
    <w:rsid w:val="37616097"/>
    <w:rsid w:val="3761F953"/>
    <w:rsid w:val="376618F6"/>
    <w:rsid w:val="3767605B"/>
    <w:rsid w:val="376E3A4E"/>
    <w:rsid w:val="3783B4DA"/>
    <w:rsid w:val="37865984"/>
    <w:rsid w:val="3789CC5F"/>
    <w:rsid w:val="378A8C70"/>
    <w:rsid w:val="378DC81D"/>
    <w:rsid w:val="379D487C"/>
    <w:rsid w:val="37AA3FB9"/>
    <w:rsid w:val="37B2659D"/>
    <w:rsid w:val="37BA6145"/>
    <w:rsid w:val="37C070EA"/>
    <w:rsid w:val="37C36C8D"/>
    <w:rsid w:val="37C9AE99"/>
    <w:rsid w:val="37CDE27C"/>
    <w:rsid w:val="37D423EC"/>
    <w:rsid w:val="37D859BD"/>
    <w:rsid w:val="37ED28B9"/>
    <w:rsid w:val="37FD0077"/>
    <w:rsid w:val="38025775"/>
    <w:rsid w:val="38077A47"/>
    <w:rsid w:val="380C646A"/>
    <w:rsid w:val="38113218"/>
    <w:rsid w:val="381218DF"/>
    <w:rsid w:val="381A5646"/>
    <w:rsid w:val="381B2886"/>
    <w:rsid w:val="382BAAAC"/>
    <w:rsid w:val="3841F4B5"/>
    <w:rsid w:val="38538CB5"/>
    <w:rsid w:val="38566030"/>
    <w:rsid w:val="38593D7F"/>
    <w:rsid w:val="385BE1F0"/>
    <w:rsid w:val="386CB1B7"/>
    <w:rsid w:val="3871CA3E"/>
    <w:rsid w:val="3877EEE8"/>
    <w:rsid w:val="3880318A"/>
    <w:rsid w:val="388469F9"/>
    <w:rsid w:val="38927C52"/>
    <w:rsid w:val="3893AA18"/>
    <w:rsid w:val="389E8F6C"/>
    <w:rsid w:val="38A57F3C"/>
    <w:rsid w:val="38B55B2E"/>
    <w:rsid w:val="38C35A74"/>
    <w:rsid w:val="38CB01A5"/>
    <w:rsid w:val="38D022BB"/>
    <w:rsid w:val="38D119B4"/>
    <w:rsid w:val="38DC09E8"/>
    <w:rsid w:val="38DF56A2"/>
    <w:rsid w:val="38F812CC"/>
    <w:rsid w:val="38FCC5E7"/>
    <w:rsid w:val="3900A71B"/>
    <w:rsid w:val="39064C10"/>
    <w:rsid w:val="390DCA2B"/>
    <w:rsid w:val="390EDF8E"/>
    <w:rsid w:val="3926E9B6"/>
    <w:rsid w:val="39307A49"/>
    <w:rsid w:val="39371D93"/>
    <w:rsid w:val="393BED2F"/>
    <w:rsid w:val="393CEE70"/>
    <w:rsid w:val="3954BC93"/>
    <w:rsid w:val="3957B439"/>
    <w:rsid w:val="395A1B3E"/>
    <w:rsid w:val="395B7714"/>
    <w:rsid w:val="3979B71C"/>
    <w:rsid w:val="3980742D"/>
    <w:rsid w:val="3985B2C5"/>
    <w:rsid w:val="3986FF67"/>
    <w:rsid w:val="398C3732"/>
    <w:rsid w:val="398C5048"/>
    <w:rsid w:val="39917047"/>
    <w:rsid w:val="399CB17A"/>
    <w:rsid w:val="399E5737"/>
    <w:rsid w:val="39A0A06E"/>
    <w:rsid w:val="39A1C910"/>
    <w:rsid w:val="39AA03BE"/>
    <w:rsid w:val="39AC78DB"/>
    <w:rsid w:val="39B5364E"/>
    <w:rsid w:val="39BACC47"/>
    <w:rsid w:val="39C3C189"/>
    <w:rsid w:val="39C47F32"/>
    <w:rsid w:val="39C95FDB"/>
    <w:rsid w:val="39D76822"/>
    <w:rsid w:val="39D8804D"/>
    <w:rsid w:val="39D99F64"/>
    <w:rsid w:val="39DE8287"/>
    <w:rsid w:val="39E09F8C"/>
    <w:rsid w:val="39E1C03A"/>
    <w:rsid w:val="39F40FEF"/>
    <w:rsid w:val="3A00F586"/>
    <w:rsid w:val="3A0681C1"/>
    <w:rsid w:val="3A14498E"/>
    <w:rsid w:val="3A1A3049"/>
    <w:rsid w:val="3A1D5578"/>
    <w:rsid w:val="3A2D372E"/>
    <w:rsid w:val="3A2F88A8"/>
    <w:rsid w:val="3A371FDB"/>
    <w:rsid w:val="3A37C221"/>
    <w:rsid w:val="3A3D1FAE"/>
    <w:rsid w:val="3A4C9830"/>
    <w:rsid w:val="3A4D3B59"/>
    <w:rsid w:val="3A4D8AB2"/>
    <w:rsid w:val="3A4FBDB1"/>
    <w:rsid w:val="3A518CDB"/>
    <w:rsid w:val="3A56B12D"/>
    <w:rsid w:val="3A5A58C3"/>
    <w:rsid w:val="3A5F2157"/>
    <w:rsid w:val="3A61BAF0"/>
    <w:rsid w:val="3A6BD6A4"/>
    <w:rsid w:val="3A7252BB"/>
    <w:rsid w:val="3A7A8917"/>
    <w:rsid w:val="3A84A9B7"/>
    <w:rsid w:val="3A87C9E9"/>
    <w:rsid w:val="3A8D368F"/>
    <w:rsid w:val="3A90742B"/>
    <w:rsid w:val="3AA3D0EE"/>
    <w:rsid w:val="3AB066DA"/>
    <w:rsid w:val="3AB7134C"/>
    <w:rsid w:val="3ABDB218"/>
    <w:rsid w:val="3AC8E128"/>
    <w:rsid w:val="3AD2AAEA"/>
    <w:rsid w:val="3AD953DD"/>
    <w:rsid w:val="3ADBF0D4"/>
    <w:rsid w:val="3ADF1FB3"/>
    <w:rsid w:val="3AF4B9A1"/>
    <w:rsid w:val="3AFD47F1"/>
    <w:rsid w:val="3B090238"/>
    <w:rsid w:val="3B09C9E2"/>
    <w:rsid w:val="3B14CC1B"/>
    <w:rsid w:val="3B1FE2A2"/>
    <w:rsid w:val="3B20C809"/>
    <w:rsid w:val="3B28C5E9"/>
    <w:rsid w:val="3B327726"/>
    <w:rsid w:val="3B4E67BC"/>
    <w:rsid w:val="3B5E0763"/>
    <w:rsid w:val="3B652535"/>
    <w:rsid w:val="3B6CF9BB"/>
    <w:rsid w:val="3B7E2491"/>
    <w:rsid w:val="3B8E2488"/>
    <w:rsid w:val="3B96AAEA"/>
    <w:rsid w:val="3B9BE3AB"/>
    <w:rsid w:val="3B9DDB40"/>
    <w:rsid w:val="3BA74B7F"/>
    <w:rsid w:val="3BAB6EB5"/>
    <w:rsid w:val="3BAF9CA6"/>
    <w:rsid w:val="3BB204F2"/>
    <w:rsid w:val="3BC329AE"/>
    <w:rsid w:val="3BCB171A"/>
    <w:rsid w:val="3BDAC85B"/>
    <w:rsid w:val="3BDCCB33"/>
    <w:rsid w:val="3BDE9B7D"/>
    <w:rsid w:val="3BE0ECBC"/>
    <w:rsid w:val="3BE50CA3"/>
    <w:rsid w:val="3BEBF02B"/>
    <w:rsid w:val="3BF4EEF1"/>
    <w:rsid w:val="3BF5DB11"/>
    <w:rsid w:val="3BFA07D6"/>
    <w:rsid w:val="3BFA4AD6"/>
    <w:rsid w:val="3BFDBFFF"/>
    <w:rsid w:val="3C05D60C"/>
    <w:rsid w:val="3C0812D6"/>
    <w:rsid w:val="3C0890C2"/>
    <w:rsid w:val="3C0ED646"/>
    <w:rsid w:val="3C117E42"/>
    <w:rsid w:val="3C1C09DB"/>
    <w:rsid w:val="3C1D774E"/>
    <w:rsid w:val="3C318911"/>
    <w:rsid w:val="3C36D984"/>
    <w:rsid w:val="3C435285"/>
    <w:rsid w:val="3C49535A"/>
    <w:rsid w:val="3C5AD09B"/>
    <w:rsid w:val="3C5CA452"/>
    <w:rsid w:val="3C601904"/>
    <w:rsid w:val="3C64E177"/>
    <w:rsid w:val="3C655B53"/>
    <w:rsid w:val="3C6665AC"/>
    <w:rsid w:val="3C6F7C9A"/>
    <w:rsid w:val="3C740D1E"/>
    <w:rsid w:val="3C7674E2"/>
    <w:rsid w:val="3C8181E7"/>
    <w:rsid w:val="3C86560B"/>
    <w:rsid w:val="3C9586B2"/>
    <w:rsid w:val="3CA04B7E"/>
    <w:rsid w:val="3CAE0958"/>
    <w:rsid w:val="3CAEF1AD"/>
    <w:rsid w:val="3CB18725"/>
    <w:rsid w:val="3CB7B96F"/>
    <w:rsid w:val="3CBED7C8"/>
    <w:rsid w:val="3CC40D08"/>
    <w:rsid w:val="3CCB8DFC"/>
    <w:rsid w:val="3CD15810"/>
    <w:rsid w:val="3CD8EA70"/>
    <w:rsid w:val="3CDB2B8E"/>
    <w:rsid w:val="3D0EFBB8"/>
    <w:rsid w:val="3D143819"/>
    <w:rsid w:val="3D27DBBF"/>
    <w:rsid w:val="3D2D8EFA"/>
    <w:rsid w:val="3D33D6E3"/>
    <w:rsid w:val="3D433259"/>
    <w:rsid w:val="3D43ABB5"/>
    <w:rsid w:val="3D455170"/>
    <w:rsid w:val="3D472B34"/>
    <w:rsid w:val="3D55A7BC"/>
    <w:rsid w:val="3D5A4BFA"/>
    <w:rsid w:val="3D651DD6"/>
    <w:rsid w:val="3D6884FC"/>
    <w:rsid w:val="3D6F9529"/>
    <w:rsid w:val="3D84670B"/>
    <w:rsid w:val="3D88EBA2"/>
    <w:rsid w:val="3DA6B0BB"/>
    <w:rsid w:val="3DADEABF"/>
    <w:rsid w:val="3DB65F1E"/>
    <w:rsid w:val="3DC14B88"/>
    <w:rsid w:val="3DCA4827"/>
    <w:rsid w:val="3DCF1377"/>
    <w:rsid w:val="3DD94966"/>
    <w:rsid w:val="3DDE55AE"/>
    <w:rsid w:val="3DF1A150"/>
    <w:rsid w:val="3DF40348"/>
    <w:rsid w:val="3DFE7709"/>
    <w:rsid w:val="3E0B4ADA"/>
    <w:rsid w:val="3E2F18BB"/>
    <w:rsid w:val="3E31401B"/>
    <w:rsid w:val="3E510583"/>
    <w:rsid w:val="3E512332"/>
    <w:rsid w:val="3E5B2E01"/>
    <w:rsid w:val="3E634C1C"/>
    <w:rsid w:val="3E63797A"/>
    <w:rsid w:val="3E657379"/>
    <w:rsid w:val="3E662064"/>
    <w:rsid w:val="3E6D3D82"/>
    <w:rsid w:val="3E7382EF"/>
    <w:rsid w:val="3E7990F8"/>
    <w:rsid w:val="3E79B866"/>
    <w:rsid w:val="3E7BF267"/>
    <w:rsid w:val="3E84DDE8"/>
    <w:rsid w:val="3E8B0360"/>
    <w:rsid w:val="3E93FF9B"/>
    <w:rsid w:val="3E96324F"/>
    <w:rsid w:val="3E9BAF67"/>
    <w:rsid w:val="3EAA8CCE"/>
    <w:rsid w:val="3EB3FC53"/>
    <w:rsid w:val="3EB4500D"/>
    <w:rsid w:val="3EC4622D"/>
    <w:rsid w:val="3EC594A6"/>
    <w:rsid w:val="3ECBC488"/>
    <w:rsid w:val="3ED64F7F"/>
    <w:rsid w:val="3ED81B8C"/>
    <w:rsid w:val="3EFCF9DD"/>
    <w:rsid w:val="3EFDB079"/>
    <w:rsid w:val="3F0B73B2"/>
    <w:rsid w:val="3F435B5A"/>
    <w:rsid w:val="3F45E8DE"/>
    <w:rsid w:val="3F46C3A5"/>
    <w:rsid w:val="3F49DFF1"/>
    <w:rsid w:val="3F4C077A"/>
    <w:rsid w:val="3F4F8FC0"/>
    <w:rsid w:val="3F54F263"/>
    <w:rsid w:val="3F57C815"/>
    <w:rsid w:val="3F59EB9C"/>
    <w:rsid w:val="3F663040"/>
    <w:rsid w:val="3F6DE4E1"/>
    <w:rsid w:val="3F876550"/>
    <w:rsid w:val="3F8BE6B3"/>
    <w:rsid w:val="3F92AC15"/>
    <w:rsid w:val="3F96ACB4"/>
    <w:rsid w:val="3FA0C602"/>
    <w:rsid w:val="3FA10281"/>
    <w:rsid w:val="3FA15F01"/>
    <w:rsid w:val="3FA46D15"/>
    <w:rsid w:val="3FA4F9C1"/>
    <w:rsid w:val="3FACA723"/>
    <w:rsid w:val="3FB2AFC9"/>
    <w:rsid w:val="3FC1095D"/>
    <w:rsid w:val="3FC8870B"/>
    <w:rsid w:val="3FC9577F"/>
    <w:rsid w:val="3FD1E00F"/>
    <w:rsid w:val="3FD5219B"/>
    <w:rsid w:val="3FD5A3EA"/>
    <w:rsid w:val="3FDA6493"/>
    <w:rsid w:val="3FDEED7E"/>
    <w:rsid w:val="3FE4ECFF"/>
    <w:rsid w:val="3FE5C85F"/>
    <w:rsid w:val="3FE89652"/>
    <w:rsid w:val="3FF1F6B6"/>
    <w:rsid w:val="3FF91A50"/>
    <w:rsid w:val="3FFC6C0E"/>
    <w:rsid w:val="4003045F"/>
    <w:rsid w:val="4005F7C7"/>
    <w:rsid w:val="401CE665"/>
    <w:rsid w:val="402ACEC1"/>
    <w:rsid w:val="403A216D"/>
    <w:rsid w:val="40468178"/>
    <w:rsid w:val="406FE3C1"/>
    <w:rsid w:val="40783760"/>
    <w:rsid w:val="407879DD"/>
    <w:rsid w:val="4088E224"/>
    <w:rsid w:val="408F4352"/>
    <w:rsid w:val="4094579B"/>
    <w:rsid w:val="409ADAC7"/>
    <w:rsid w:val="40A79CB4"/>
    <w:rsid w:val="40A8062B"/>
    <w:rsid w:val="40AB1937"/>
    <w:rsid w:val="40ADB5B9"/>
    <w:rsid w:val="40C04EF9"/>
    <w:rsid w:val="40C0E641"/>
    <w:rsid w:val="40CA85CD"/>
    <w:rsid w:val="40EBC417"/>
    <w:rsid w:val="40EE4ACE"/>
    <w:rsid w:val="40F2BE2B"/>
    <w:rsid w:val="40F35B7C"/>
    <w:rsid w:val="40F6134C"/>
    <w:rsid w:val="410A02BE"/>
    <w:rsid w:val="410EA9D8"/>
    <w:rsid w:val="411DC5BB"/>
    <w:rsid w:val="411FDE11"/>
    <w:rsid w:val="412C2AF0"/>
    <w:rsid w:val="412CE4EC"/>
    <w:rsid w:val="413394A9"/>
    <w:rsid w:val="4136AE27"/>
    <w:rsid w:val="4139A8F4"/>
    <w:rsid w:val="4139AB6B"/>
    <w:rsid w:val="4140949C"/>
    <w:rsid w:val="4145F833"/>
    <w:rsid w:val="4154BB2D"/>
    <w:rsid w:val="41554D68"/>
    <w:rsid w:val="4159B85E"/>
    <w:rsid w:val="4163CE31"/>
    <w:rsid w:val="416F76BA"/>
    <w:rsid w:val="41701F94"/>
    <w:rsid w:val="4177C90E"/>
    <w:rsid w:val="418575BD"/>
    <w:rsid w:val="418932BC"/>
    <w:rsid w:val="41897F0A"/>
    <w:rsid w:val="41990F4D"/>
    <w:rsid w:val="419F80B7"/>
    <w:rsid w:val="41B15381"/>
    <w:rsid w:val="41BB1B0B"/>
    <w:rsid w:val="41C7BBA8"/>
    <w:rsid w:val="41D47635"/>
    <w:rsid w:val="41DD47AE"/>
    <w:rsid w:val="41E07BF3"/>
    <w:rsid w:val="41E2D675"/>
    <w:rsid w:val="41EE4B2D"/>
    <w:rsid w:val="41FD0860"/>
    <w:rsid w:val="4201C0FF"/>
    <w:rsid w:val="420EB355"/>
    <w:rsid w:val="421602AA"/>
    <w:rsid w:val="421CC53B"/>
    <w:rsid w:val="42286DB5"/>
    <w:rsid w:val="422DA5A2"/>
    <w:rsid w:val="423257A7"/>
    <w:rsid w:val="4240D209"/>
    <w:rsid w:val="42632FD6"/>
    <w:rsid w:val="4263429D"/>
    <w:rsid w:val="426DD202"/>
    <w:rsid w:val="42793F4A"/>
    <w:rsid w:val="4281B06B"/>
    <w:rsid w:val="428A7017"/>
    <w:rsid w:val="4298109A"/>
    <w:rsid w:val="429F6A11"/>
    <w:rsid w:val="42A0CC6B"/>
    <w:rsid w:val="42AC5A49"/>
    <w:rsid w:val="42B86123"/>
    <w:rsid w:val="42BCF78C"/>
    <w:rsid w:val="42C1A724"/>
    <w:rsid w:val="42C2A3F6"/>
    <w:rsid w:val="42C80014"/>
    <w:rsid w:val="42D45C49"/>
    <w:rsid w:val="42DC899E"/>
    <w:rsid w:val="42E48FE2"/>
    <w:rsid w:val="42E683AD"/>
    <w:rsid w:val="42EDD0FF"/>
    <w:rsid w:val="42EF010B"/>
    <w:rsid w:val="42F606B5"/>
    <w:rsid w:val="42FB9DCB"/>
    <w:rsid w:val="42FDD2AC"/>
    <w:rsid w:val="43024393"/>
    <w:rsid w:val="43133AC2"/>
    <w:rsid w:val="4317B360"/>
    <w:rsid w:val="431E97C4"/>
    <w:rsid w:val="432C36DB"/>
    <w:rsid w:val="432E8522"/>
    <w:rsid w:val="432EBB58"/>
    <w:rsid w:val="4346D8D0"/>
    <w:rsid w:val="434D9161"/>
    <w:rsid w:val="43532E9B"/>
    <w:rsid w:val="436A9456"/>
    <w:rsid w:val="4374BB7B"/>
    <w:rsid w:val="43758F8F"/>
    <w:rsid w:val="4379532C"/>
    <w:rsid w:val="4381A117"/>
    <w:rsid w:val="4390B88F"/>
    <w:rsid w:val="439D024C"/>
    <w:rsid w:val="43A2A9D2"/>
    <w:rsid w:val="43A2C01D"/>
    <w:rsid w:val="43AA9F88"/>
    <w:rsid w:val="43AFC29F"/>
    <w:rsid w:val="43B46C52"/>
    <w:rsid w:val="43BBC4DE"/>
    <w:rsid w:val="43C42C1C"/>
    <w:rsid w:val="43C76DD6"/>
    <w:rsid w:val="440C266B"/>
    <w:rsid w:val="440CF639"/>
    <w:rsid w:val="4410A497"/>
    <w:rsid w:val="44139EF4"/>
    <w:rsid w:val="4423E8AC"/>
    <w:rsid w:val="4427D8B6"/>
    <w:rsid w:val="442A7C1F"/>
    <w:rsid w:val="4433B965"/>
    <w:rsid w:val="443BF92D"/>
    <w:rsid w:val="44513147"/>
    <w:rsid w:val="4456360C"/>
    <w:rsid w:val="4468A379"/>
    <w:rsid w:val="44693C20"/>
    <w:rsid w:val="446AB627"/>
    <w:rsid w:val="4471C17B"/>
    <w:rsid w:val="4473D59C"/>
    <w:rsid w:val="4476DA09"/>
    <w:rsid w:val="4477A408"/>
    <w:rsid w:val="4479BB3B"/>
    <w:rsid w:val="4481550E"/>
    <w:rsid w:val="44827CD6"/>
    <w:rsid w:val="44930B69"/>
    <w:rsid w:val="449716A4"/>
    <w:rsid w:val="449EFFA0"/>
    <w:rsid w:val="44A14A94"/>
    <w:rsid w:val="44A18FF6"/>
    <w:rsid w:val="44A6ACE9"/>
    <w:rsid w:val="44B70748"/>
    <w:rsid w:val="44B802C8"/>
    <w:rsid w:val="44C77579"/>
    <w:rsid w:val="44D0F5CE"/>
    <w:rsid w:val="44D23D2E"/>
    <w:rsid w:val="44D92D7B"/>
    <w:rsid w:val="44D9F914"/>
    <w:rsid w:val="44DA1FF2"/>
    <w:rsid w:val="44E11F79"/>
    <w:rsid w:val="44E674CE"/>
    <w:rsid w:val="44E8A5A7"/>
    <w:rsid w:val="44EFBC49"/>
    <w:rsid w:val="44FBBF91"/>
    <w:rsid w:val="44FE5E2A"/>
    <w:rsid w:val="45036E67"/>
    <w:rsid w:val="4509BB2E"/>
    <w:rsid w:val="450B786B"/>
    <w:rsid w:val="451236D9"/>
    <w:rsid w:val="454352BF"/>
    <w:rsid w:val="4546DED7"/>
    <w:rsid w:val="455DF129"/>
    <w:rsid w:val="45625A36"/>
    <w:rsid w:val="456A102F"/>
    <w:rsid w:val="4578EFEA"/>
    <w:rsid w:val="457B94FB"/>
    <w:rsid w:val="457DA234"/>
    <w:rsid w:val="457F55E7"/>
    <w:rsid w:val="45914A17"/>
    <w:rsid w:val="4592822C"/>
    <w:rsid w:val="459365E4"/>
    <w:rsid w:val="459D9EEC"/>
    <w:rsid w:val="459E9E93"/>
    <w:rsid w:val="459EBB50"/>
    <w:rsid w:val="45A4857D"/>
    <w:rsid w:val="45A9F4E9"/>
    <w:rsid w:val="45ACF88B"/>
    <w:rsid w:val="45B10D6D"/>
    <w:rsid w:val="45BA0503"/>
    <w:rsid w:val="45BFA887"/>
    <w:rsid w:val="45C3DE7A"/>
    <w:rsid w:val="45DE061C"/>
    <w:rsid w:val="45DF15CC"/>
    <w:rsid w:val="45EA0F8B"/>
    <w:rsid w:val="45FB141F"/>
    <w:rsid w:val="4617BCD6"/>
    <w:rsid w:val="461C01F0"/>
    <w:rsid w:val="461EB653"/>
    <w:rsid w:val="461F4EEA"/>
    <w:rsid w:val="46204C4C"/>
    <w:rsid w:val="46235A8B"/>
    <w:rsid w:val="4625673F"/>
    <w:rsid w:val="4625D14D"/>
    <w:rsid w:val="46297CB2"/>
    <w:rsid w:val="463D5701"/>
    <w:rsid w:val="463F98C0"/>
    <w:rsid w:val="464E0EAE"/>
    <w:rsid w:val="4658AAD7"/>
    <w:rsid w:val="465A648D"/>
    <w:rsid w:val="46630A57"/>
    <w:rsid w:val="466448D1"/>
    <w:rsid w:val="4667988A"/>
    <w:rsid w:val="46685B2E"/>
    <w:rsid w:val="466AFC1F"/>
    <w:rsid w:val="467080F9"/>
    <w:rsid w:val="4670C1BF"/>
    <w:rsid w:val="46724835"/>
    <w:rsid w:val="4675B84E"/>
    <w:rsid w:val="467A2874"/>
    <w:rsid w:val="467B9584"/>
    <w:rsid w:val="4680D4AD"/>
    <w:rsid w:val="4681F63F"/>
    <w:rsid w:val="468C9AD8"/>
    <w:rsid w:val="469E26C0"/>
    <w:rsid w:val="469E4B03"/>
    <w:rsid w:val="46A7EC8F"/>
    <w:rsid w:val="46AAFDE8"/>
    <w:rsid w:val="46AD737C"/>
    <w:rsid w:val="46AE30B5"/>
    <w:rsid w:val="46B259EA"/>
    <w:rsid w:val="46C388CF"/>
    <w:rsid w:val="46C7BEFA"/>
    <w:rsid w:val="46CBBA13"/>
    <w:rsid w:val="46CC0A3C"/>
    <w:rsid w:val="46CC87AF"/>
    <w:rsid w:val="46D9C28B"/>
    <w:rsid w:val="46DCAF4F"/>
    <w:rsid w:val="46E82E10"/>
    <w:rsid w:val="46EC3A3F"/>
    <w:rsid w:val="470580D0"/>
    <w:rsid w:val="4706B4F1"/>
    <w:rsid w:val="4714D621"/>
    <w:rsid w:val="471CD0C7"/>
    <w:rsid w:val="4724AB95"/>
    <w:rsid w:val="4724D3C5"/>
    <w:rsid w:val="472B4734"/>
    <w:rsid w:val="473EAAC1"/>
    <w:rsid w:val="475FDBBE"/>
    <w:rsid w:val="47698FF9"/>
    <w:rsid w:val="4770908B"/>
    <w:rsid w:val="477F755C"/>
    <w:rsid w:val="4781F91F"/>
    <w:rsid w:val="47883B3D"/>
    <w:rsid w:val="47988A16"/>
    <w:rsid w:val="47990CD4"/>
    <w:rsid w:val="479D6CE2"/>
    <w:rsid w:val="479DCF84"/>
    <w:rsid w:val="47A1D6CD"/>
    <w:rsid w:val="47AB44BD"/>
    <w:rsid w:val="47B49423"/>
    <w:rsid w:val="47B9D685"/>
    <w:rsid w:val="47BB35D2"/>
    <w:rsid w:val="47C17764"/>
    <w:rsid w:val="47C88EC0"/>
    <w:rsid w:val="47C904AE"/>
    <w:rsid w:val="47CC2975"/>
    <w:rsid w:val="47CD295A"/>
    <w:rsid w:val="47D1514F"/>
    <w:rsid w:val="47D81000"/>
    <w:rsid w:val="47DA6233"/>
    <w:rsid w:val="47DBEC38"/>
    <w:rsid w:val="47E017E2"/>
    <w:rsid w:val="47EC75A1"/>
    <w:rsid w:val="47F084BF"/>
    <w:rsid w:val="47F0930D"/>
    <w:rsid w:val="4805D59E"/>
    <w:rsid w:val="480D7B4F"/>
    <w:rsid w:val="4814CDF4"/>
    <w:rsid w:val="4814DAAD"/>
    <w:rsid w:val="48183190"/>
    <w:rsid w:val="481F0163"/>
    <w:rsid w:val="48286823"/>
    <w:rsid w:val="4829650D"/>
    <w:rsid w:val="48408B56"/>
    <w:rsid w:val="48426783"/>
    <w:rsid w:val="4849E8D2"/>
    <w:rsid w:val="484F53F4"/>
    <w:rsid w:val="4850E8E2"/>
    <w:rsid w:val="485682BC"/>
    <w:rsid w:val="48598A95"/>
    <w:rsid w:val="4860162F"/>
    <w:rsid w:val="4860C73E"/>
    <w:rsid w:val="4861C80D"/>
    <w:rsid w:val="4872FEF4"/>
    <w:rsid w:val="48737D39"/>
    <w:rsid w:val="4877E8E2"/>
    <w:rsid w:val="487D5535"/>
    <w:rsid w:val="4881D0CD"/>
    <w:rsid w:val="488DB200"/>
    <w:rsid w:val="489B7ACB"/>
    <w:rsid w:val="489B7ACD"/>
    <w:rsid w:val="48A9C2D7"/>
    <w:rsid w:val="48AA2D88"/>
    <w:rsid w:val="48AA87ED"/>
    <w:rsid w:val="48AD9640"/>
    <w:rsid w:val="48AF90A2"/>
    <w:rsid w:val="48B215AE"/>
    <w:rsid w:val="48B36636"/>
    <w:rsid w:val="48B54FDC"/>
    <w:rsid w:val="48BF1E1D"/>
    <w:rsid w:val="48C1758B"/>
    <w:rsid w:val="48C2173C"/>
    <w:rsid w:val="48C40F52"/>
    <w:rsid w:val="48C5AC96"/>
    <w:rsid w:val="48DE5827"/>
    <w:rsid w:val="48E564F7"/>
    <w:rsid w:val="48E880CF"/>
    <w:rsid w:val="48EAE4D5"/>
    <w:rsid w:val="48EB8EB3"/>
    <w:rsid w:val="48ED1C0E"/>
    <w:rsid w:val="4903DF94"/>
    <w:rsid w:val="49040E6D"/>
    <w:rsid w:val="4904690D"/>
    <w:rsid w:val="49266FA8"/>
    <w:rsid w:val="492EC2A4"/>
    <w:rsid w:val="49399FA6"/>
    <w:rsid w:val="493E927D"/>
    <w:rsid w:val="494F4104"/>
    <w:rsid w:val="49581730"/>
    <w:rsid w:val="496231E8"/>
    <w:rsid w:val="496F2C91"/>
    <w:rsid w:val="496F794F"/>
    <w:rsid w:val="497188DF"/>
    <w:rsid w:val="4982FA46"/>
    <w:rsid w:val="49872982"/>
    <w:rsid w:val="498A39B6"/>
    <w:rsid w:val="498C6244"/>
    <w:rsid w:val="498D6C4C"/>
    <w:rsid w:val="499080D0"/>
    <w:rsid w:val="499224BB"/>
    <w:rsid w:val="49999641"/>
    <w:rsid w:val="499C7235"/>
    <w:rsid w:val="499E9E38"/>
    <w:rsid w:val="49A01633"/>
    <w:rsid w:val="49A3190B"/>
    <w:rsid w:val="49A69702"/>
    <w:rsid w:val="49A7C3AF"/>
    <w:rsid w:val="49A8F0A5"/>
    <w:rsid w:val="49BBF853"/>
    <w:rsid w:val="49BFD2AE"/>
    <w:rsid w:val="49CA863B"/>
    <w:rsid w:val="49D419C5"/>
    <w:rsid w:val="49D7A0DF"/>
    <w:rsid w:val="49D87BD5"/>
    <w:rsid w:val="49DB3F61"/>
    <w:rsid w:val="49E343D3"/>
    <w:rsid w:val="49EE924A"/>
    <w:rsid w:val="4A0431FC"/>
    <w:rsid w:val="4A0CD4A2"/>
    <w:rsid w:val="4A10E436"/>
    <w:rsid w:val="4A208802"/>
    <w:rsid w:val="4A227F1E"/>
    <w:rsid w:val="4A3661E1"/>
    <w:rsid w:val="4A380B29"/>
    <w:rsid w:val="4A429EEA"/>
    <w:rsid w:val="4A46C738"/>
    <w:rsid w:val="4A4B7F57"/>
    <w:rsid w:val="4A4E76F6"/>
    <w:rsid w:val="4A52FDCC"/>
    <w:rsid w:val="4A568F46"/>
    <w:rsid w:val="4A628D0D"/>
    <w:rsid w:val="4A78D4C3"/>
    <w:rsid w:val="4A7B1A83"/>
    <w:rsid w:val="4A7B4B2C"/>
    <w:rsid w:val="4A7E2C6C"/>
    <w:rsid w:val="4A8143A8"/>
    <w:rsid w:val="4A877287"/>
    <w:rsid w:val="4A8E4924"/>
    <w:rsid w:val="4A9832A4"/>
    <w:rsid w:val="4A9B5806"/>
    <w:rsid w:val="4A9E80AB"/>
    <w:rsid w:val="4A9F074A"/>
    <w:rsid w:val="4AB1F3B7"/>
    <w:rsid w:val="4AB4EDF8"/>
    <w:rsid w:val="4AB8F008"/>
    <w:rsid w:val="4AC498C7"/>
    <w:rsid w:val="4AC52779"/>
    <w:rsid w:val="4AD0DF28"/>
    <w:rsid w:val="4AD4B377"/>
    <w:rsid w:val="4ADC00FA"/>
    <w:rsid w:val="4AF16D3C"/>
    <w:rsid w:val="4AF24C10"/>
    <w:rsid w:val="4AFD37BC"/>
    <w:rsid w:val="4AFF0FF7"/>
    <w:rsid w:val="4B0DA3F9"/>
    <w:rsid w:val="4B134B73"/>
    <w:rsid w:val="4B14D4AE"/>
    <w:rsid w:val="4B1DD9C3"/>
    <w:rsid w:val="4B2684DD"/>
    <w:rsid w:val="4B424952"/>
    <w:rsid w:val="4B4367C8"/>
    <w:rsid w:val="4B4D62E9"/>
    <w:rsid w:val="4B51905D"/>
    <w:rsid w:val="4B76D6CE"/>
    <w:rsid w:val="4B82E1A7"/>
    <w:rsid w:val="4B93E564"/>
    <w:rsid w:val="4B99BA39"/>
    <w:rsid w:val="4BC1E410"/>
    <w:rsid w:val="4BCA502E"/>
    <w:rsid w:val="4BE7B15C"/>
    <w:rsid w:val="4BF60494"/>
    <w:rsid w:val="4BFA499E"/>
    <w:rsid w:val="4BFA6F31"/>
    <w:rsid w:val="4C004D9D"/>
    <w:rsid w:val="4C024D18"/>
    <w:rsid w:val="4C0BE61C"/>
    <w:rsid w:val="4C184923"/>
    <w:rsid w:val="4C1972DC"/>
    <w:rsid w:val="4C1A4667"/>
    <w:rsid w:val="4C29876E"/>
    <w:rsid w:val="4C36743F"/>
    <w:rsid w:val="4C3CDCBE"/>
    <w:rsid w:val="4C3E0C64"/>
    <w:rsid w:val="4C42243C"/>
    <w:rsid w:val="4C5C6698"/>
    <w:rsid w:val="4C60FE31"/>
    <w:rsid w:val="4C754529"/>
    <w:rsid w:val="4C85A6F9"/>
    <w:rsid w:val="4C867EF5"/>
    <w:rsid w:val="4C8CA617"/>
    <w:rsid w:val="4C906A08"/>
    <w:rsid w:val="4C962BA7"/>
    <w:rsid w:val="4C966A25"/>
    <w:rsid w:val="4C9B8202"/>
    <w:rsid w:val="4CA301A6"/>
    <w:rsid w:val="4CA8956D"/>
    <w:rsid w:val="4CB3276B"/>
    <w:rsid w:val="4CB95EFB"/>
    <w:rsid w:val="4CBE382F"/>
    <w:rsid w:val="4CCB7F8A"/>
    <w:rsid w:val="4CDAD207"/>
    <w:rsid w:val="4CE2B0FE"/>
    <w:rsid w:val="4CEB2673"/>
    <w:rsid w:val="4CFC2A43"/>
    <w:rsid w:val="4D02AA0D"/>
    <w:rsid w:val="4D031BEE"/>
    <w:rsid w:val="4D0A49AB"/>
    <w:rsid w:val="4D0C912E"/>
    <w:rsid w:val="4D0E3C81"/>
    <w:rsid w:val="4D0E43F8"/>
    <w:rsid w:val="4D25BEBB"/>
    <w:rsid w:val="4D2627DC"/>
    <w:rsid w:val="4D2ABEF4"/>
    <w:rsid w:val="4D3921FF"/>
    <w:rsid w:val="4D3D8461"/>
    <w:rsid w:val="4D3DD45A"/>
    <w:rsid w:val="4D3FFFB2"/>
    <w:rsid w:val="4D4B337F"/>
    <w:rsid w:val="4D502ACA"/>
    <w:rsid w:val="4D623CDB"/>
    <w:rsid w:val="4D758F60"/>
    <w:rsid w:val="4D7889E4"/>
    <w:rsid w:val="4D7DB758"/>
    <w:rsid w:val="4D80553C"/>
    <w:rsid w:val="4D82A172"/>
    <w:rsid w:val="4D82E333"/>
    <w:rsid w:val="4D8F0B04"/>
    <w:rsid w:val="4D9B7977"/>
    <w:rsid w:val="4D9C9D73"/>
    <w:rsid w:val="4DA7F648"/>
    <w:rsid w:val="4DACD147"/>
    <w:rsid w:val="4DB55219"/>
    <w:rsid w:val="4DC5576B"/>
    <w:rsid w:val="4DC928E8"/>
    <w:rsid w:val="4DC99B92"/>
    <w:rsid w:val="4DCAB2B2"/>
    <w:rsid w:val="4DD0E28B"/>
    <w:rsid w:val="4DE29E9C"/>
    <w:rsid w:val="4DEBAAC7"/>
    <w:rsid w:val="4DEE3E25"/>
    <w:rsid w:val="4DF3A50B"/>
    <w:rsid w:val="4DF99FB7"/>
    <w:rsid w:val="4DF9E14E"/>
    <w:rsid w:val="4DFAEA97"/>
    <w:rsid w:val="4DFDD718"/>
    <w:rsid w:val="4E050021"/>
    <w:rsid w:val="4E0D677E"/>
    <w:rsid w:val="4E103219"/>
    <w:rsid w:val="4E1B3E77"/>
    <w:rsid w:val="4E25B96E"/>
    <w:rsid w:val="4E2A8F46"/>
    <w:rsid w:val="4E369E4A"/>
    <w:rsid w:val="4E3B2767"/>
    <w:rsid w:val="4E3D1F8E"/>
    <w:rsid w:val="4E446EF0"/>
    <w:rsid w:val="4E5579B8"/>
    <w:rsid w:val="4E5CB8E3"/>
    <w:rsid w:val="4E5DDB45"/>
    <w:rsid w:val="4E61B419"/>
    <w:rsid w:val="4E61FDDE"/>
    <w:rsid w:val="4E625DA1"/>
    <w:rsid w:val="4E79919C"/>
    <w:rsid w:val="4E79D824"/>
    <w:rsid w:val="4E79E509"/>
    <w:rsid w:val="4E896C89"/>
    <w:rsid w:val="4E8ED9D9"/>
    <w:rsid w:val="4E9C495A"/>
    <w:rsid w:val="4E9F484B"/>
    <w:rsid w:val="4E9FDC85"/>
    <w:rsid w:val="4EA53662"/>
    <w:rsid w:val="4EA747D3"/>
    <w:rsid w:val="4EC28BE4"/>
    <w:rsid w:val="4ECD61C9"/>
    <w:rsid w:val="4EE7802A"/>
    <w:rsid w:val="4EE7D272"/>
    <w:rsid w:val="4EEC9F73"/>
    <w:rsid w:val="4F017E23"/>
    <w:rsid w:val="4F0432E8"/>
    <w:rsid w:val="4F04D9E4"/>
    <w:rsid w:val="4F14C688"/>
    <w:rsid w:val="4F1537D2"/>
    <w:rsid w:val="4F1547F7"/>
    <w:rsid w:val="4F1D89E6"/>
    <w:rsid w:val="4F2AD786"/>
    <w:rsid w:val="4F30E991"/>
    <w:rsid w:val="4F354981"/>
    <w:rsid w:val="4F43FD4D"/>
    <w:rsid w:val="4F4FDD4D"/>
    <w:rsid w:val="4F506C60"/>
    <w:rsid w:val="4F7AADBF"/>
    <w:rsid w:val="4F7D6887"/>
    <w:rsid w:val="4F7F1830"/>
    <w:rsid w:val="4F9847DC"/>
    <w:rsid w:val="4F9F2D43"/>
    <w:rsid w:val="4FA001EE"/>
    <w:rsid w:val="4FABEEB3"/>
    <w:rsid w:val="4FAF73BE"/>
    <w:rsid w:val="4FB01E4C"/>
    <w:rsid w:val="4FBB0287"/>
    <w:rsid w:val="4FC72665"/>
    <w:rsid w:val="4FC82CBB"/>
    <w:rsid w:val="4FCA3D5D"/>
    <w:rsid w:val="4FD0D715"/>
    <w:rsid w:val="4FE6D0C3"/>
    <w:rsid w:val="4FF0091F"/>
    <w:rsid w:val="50039A5A"/>
    <w:rsid w:val="50058FE0"/>
    <w:rsid w:val="500913F3"/>
    <w:rsid w:val="500B27C3"/>
    <w:rsid w:val="502BD725"/>
    <w:rsid w:val="5037E59C"/>
    <w:rsid w:val="50409A74"/>
    <w:rsid w:val="504AD5B2"/>
    <w:rsid w:val="504E2D1A"/>
    <w:rsid w:val="50502A8B"/>
    <w:rsid w:val="50555614"/>
    <w:rsid w:val="505AA80F"/>
    <w:rsid w:val="505F9C85"/>
    <w:rsid w:val="50610AF7"/>
    <w:rsid w:val="506689FE"/>
    <w:rsid w:val="5072DF4D"/>
    <w:rsid w:val="50738F6E"/>
    <w:rsid w:val="509E64E1"/>
    <w:rsid w:val="50A72B98"/>
    <w:rsid w:val="50B9B19F"/>
    <w:rsid w:val="50C6AFBF"/>
    <w:rsid w:val="50C6E4B5"/>
    <w:rsid w:val="50CC8C1B"/>
    <w:rsid w:val="50D01CC9"/>
    <w:rsid w:val="50DA746B"/>
    <w:rsid w:val="50DDF4AD"/>
    <w:rsid w:val="50E7A47C"/>
    <w:rsid w:val="50E8ECC0"/>
    <w:rsid w:val="50FA7218"/>
    <w:rsid w:val="510021EC"/>
    <w:rsid w:val="510EAAB8"/>
    <w:rsid w:val="510FC80F"/>
    <w:rsid w:val="511E07DD"/>
    <w:rsid w:val="5128B828"/>
    <w:rsid w:val="512C8232"/>
    <w:rsid w:val="512FAA8B"/>
    <w:rsid w:val="51370C6D"/>
    <w:rsid w:val="51379371"/>
    <w:rsid w:val="51464647"/>
    <w:rsid w:val="514AF798"/>
    <w:rsid w:val="514D4532"/>
    <w:rsid w:val="5159602B"/>
    <w:rsid w:val="5159AB8D"/>
    <w:rsid w:val="5169D2A6"/>
    <w:rsid w:val="516FEC1D"/>
    <w:rsid w:val="518C3B46"/>
    <w:rsid w:val="51976D26"/>
    <w:rsid w:val="5199E9AE"/>
    <w:rsid w:val="519C51AF"/>
    <w:rsid w:val="51A01332"/>
    <w:rsid w:val="51A06BF0"/>
    <w:rsid w:val="51A13EFB"/>
    <w:rsid w:val="51A3EE48"/>
    <w:rsid w:val="51A62ADE"/>
    <w:rsid w:val="51A9D4FC"/>
    <w:rsid w:val="51B22173"/>
    <w:rsid w:val="51BDDC1D"/>
    <w:rsid w:val="51BF0F19"/>
    <w:rsid w:val="51D07517"/>
    <w:rsid w:val="51DF6416"/>
    <w:rsid w:val="51ED0E86"/>
    <w:rsid w:val="51F867C8"/>
    <w:rsid w:val="51FCF3DA"/>
    <w:rsid w:val="52056F65"/>
    <w:rsid w:val="520D04CF"/>
    <w:rsid w:val="52199618"/>
    <w:rsid w:val="5222C8C8"/>
    <w:rsid w:val="52346168"/>
    <w:rsid w:val="52360BAC"/>
    <w:rsid w:val="52378A4A"/>
    <w:rsid w:val="524267C6"/>
    <w:rsid w:val="5251C8F6"/>
    <w:rsid w:val="5253C46E"/>
    <w:rsid w:val="5254397F"/>
    <w:rsid w:val="525B294B"/>
    <w:rsid w:val="525DE716"/>
    <w:rsid w:val="52619EE6"/>
    <w:rsid w:val="526308EB"/>
    <w:rsid w:val="526518AF"/>
    <w:rsid w:val="5270CFE0"/>
    <w:rsid w:val="527A582A"/>
    <w:rsid w:val="5285BD95"/>
    <w:rsid w:val="529A4093"/>
    <w:rsid w:val="529CCA57"/>
    <w:rsid w:val="529DD05E"/>
    <w:rsid w:val="529E6F84"/>
    <w:rsid w:val="529E8497"/>
    <w:rsid w:val="52A16F62"/>
    <w:rsid w:val="52A6C774"/>
    <w:rsid w:val="52AA2796"/>
    <w:rsid w:val="52AA49DF"/>
    <w:rsid w:val="52AFEC4C"/>
    <w:rsid w:val="52B86981"/>
    <w:rsid w:val="52BB6E47"/>
    <w:rsid w:val="52C6F130"/>
    <w:rsid w:val="52CA512E"/>
    <w:rsid w:val="52CBD472"/>
    <w:rsid w:val="530AD5DF"/>
    <w:rsid w:val="53121F7D"/>
    <w:rsid w:val="531391BE"/>
    <w:rsid w:val="5320D07A"/>
    <w:rsid w:val="5328E0C8"/>
    <w:rsid w:val="5331C3BC"/>
    <w:rsid w:val="53482373"/>
    <w:rsid w:val="534BB4DB"/>
    <w:rsid w:val="5389F245"/>
    <w:rsid w:val="5391513B"/>
    <w:rsid w:val="53917470"/>
    <w:rsid w:val="539232BD"/>
    <w:rsid w:val="5398F5EC"/>
    <w:rsid w:val="539C6AF3"/>
    <w:rsid w:val="539FB076"/>
    <w:rsid w:val="53A07670"/>
    <w:rsid w:val="53A18E0D"/>
    <w:rsid w:val="53A2919F"/>
    <w:rsid w:val="53B39D70"/>
    <w:rsid w:val="53B9C02E"/>
    <w:rsid w:val="53BD46AF"/>
    <w:rsid w:val="53CB961B"/>
    <w:rsid w:val="53D15827"/>
    <w:rsid w:val="53D24CB1"/>
    <w:rsid w:val="53D5ABB8"/>
    <w:rsid w:val="53DABAF7"/>
    <w:rsid w:val="53EE3E01"/>
    <w:rsid w:val="53EE84C9"/>
    <w:rsid w:val="53F4878A"/>
    <w:rsid w:val="53FD2D63"/>
    <w:rsid w:val="53FF7A3B"/>
    <w:rsid w:val="54096176"/>
    <w:rsid w:val="540C28F4"/>
    <w:rsid w:val="5410E15B"/>
    <w:rsid w:val="5412E16D"/>
    <w:rsid w:val="54137EE8"/>
    <w:rsid w:val="5415CBEC"/>
    <w:rsid w:val="5429C6DB"/>
    <w:rsid w:val="542ABCE1"/>
    <w:rsid w:val="5435515E"/>
    <w:rsid w:val="543A8769"/>
    <w:rsid w:val="543E54B8"/>
    <w:rsid w:val="544437AB"/>
    <w:rsid w:val="5445ACF9"/>
    <w:rsid w:val="544A836B"/>
    <w:rsid w:val="544FB3F7"/>
    <w:rsid w:val="5466E081"/>
    <w:rsid w:val="546905B1"/>
    <w:rsid w:val="5471ECBC"/>
    <w:rsid w:val="54776D2C"/>
    <w:rsid w:val="547B896E"/>
    <w:rsid w:val="547BAD79"/>
    <w:rsid w:val="547F28A2"/>
    <w:rsid w:val="54839C09"/>
    <w:rsid w:val="548A697D"/>
    <w:rsid w:val="548B8DD0"/>
    <w:rsid w:val="54B85D2D"/>
    <w:rsid w:val="54C674F0"/>
    <w:rsid w:val="54CB29A6"/>
    <w:rsid w:val="54CD3B5E"/>
    <w:rsid w:val="54D0B612"/>
    <w:rsid w:val="54E06A75"/>
    <w:rsid w:val="54E53628"/>
    <w:rsid w:val="54F0B52F"/>
    <w:rsid w:val="54FE4EEA"/>
    <w:rsid w:val="5502187E"/>
    <w:rsid w:val="55094851"/>
    <w:rsid w:val="550A5366"/>
    <w:rsid w:val="550CCCD6"/>
    <w:rsid w:val="552136F8"/>
    <w:rsid w:val="552984C4"/>
    <w:rsid w:val="552C25EF"/>
    <w:rsid w:val="552E62B3"/>
    <w:rsid w:val="5539119A"/>
    <w:rsid w:val="553B5D29"/>
    <w:rsid w:val="554213E3"/>
    <w:rsid w:val="554215BA"/>
    <w:rsid w:val="554AD5FD"/>
    <w:rsid w:val="555D077F"/>
    <w:rsid w:val="556EECE5"/>
    <w:rsid w:val="55748040"/>
    <w:rsid w:val="55823D56"/>
    <w:rsid w:val="55829BDE"/>
    <w:rsid w:val="5588594C"/>
    <w:rsid w:val="558C0D05"/>
    <w:rsid w:val="5595D280"/>
    <w:rsid w:val="55A5A88E"/>
    <w:rsid w:val="55A6F4D6"/>
    <w:rsid w:val="55AAF92F"/>
    <w:rsid w:val="55ADF470"/>
    <w:rsid w:val="55B0469C"/>
    <w:rsid w:val="55B5309D"/>
    <w:rsid w:val="55BF2AE0"/>
    <w:rsid w:val="55BF60F8"/>
    <w:rsid w:val="55D56432"/>
    <w:rsid w:val="55E4A2C5"/>
    <w:rsid w:val="55E8E2C1"/>
    <w:rsid w:val="55F42BBB"/>
    <w:rsid w:val="55F54206"/>
    <w:rsid w:val="55F5A183"/>
    <w:rsid w:val="55F7E1D1"/>
    <w:rsid w:val="55FEECCC"/>
    <w:rsid w:val="5602762F"/>
    <w:rsid w:val="56032762"/>
    <w:rsid w:val="561F497F"/>
    <w:rsid w:val="561FB50D"/>
    <w:rsid w:val="5631BACA"/>
    <w:rsid w:val="5633639F"/>
    <w:rsid w:val="56347107"/>
    <w:rsid w:val="5638A91A"/>
    <w:rsid w:val="563B0718"/>
    <w:rsid w:val="564E1256"/>
    <w:rsid w:val="56541241"/>
    <w:rsid w:val="5658549D"/>
    <w:rsid w:val="56715522"/>
    <w:rsid w:val="56843244"/>
    <w:rsid w:val="5686A068"/>
    <w:rsid w:val="5687A8E2"/>
    <w:rsid w:val="5689288F"/>
    <w:rsid w:val="568BB55B"/>
    <w:rsid w:val="56A53488"/>
    <w:rsid w:val="56B341E2"/>
    <w:rsid w:val="56CEE05B"/>
    <w:rsid w:val="56D16EF4"/>
    <w:rsid w:val="56DDF028"/>
    <w:rsid w:val="56DE8EC0"/>
    <w:rsid w:val="56EA3BC0"/>
    <w:rsid w:val="56FC74BD"/>
    <w:rsid w:val="5705C2A0"/>
    <w:rsid w:val="570D58AF"/>
    <w:rsid w:val="57147B3A"/>
    <w:rsid w:val="571510EE"/>
    <w:rsid w:val="5721F827"/>
    <w:rsid w:val="572D60F5"/>
    <w:rsid w:val="573762FB"/>
    <w:rsid w:val="5738C399"/>
    <w:rsid w:val="573E853E"/>
    <w:rsid w:val="574607DB"/>
    <w:rsid w:val="574C2AA7"/>
    <w:rsid w:val="575420D1"/>
    <w:rsid w:val="575BE152"/>
    <w:rsid w:val="575ED681"/>
    <w:rsid w:val="577DF082"/>
    <w:rsid w:val="5786848C"/>
    <w:rsid w:val="578B1AD4"/>
    <w:rsid w:val="578E7118"/>
    <w:rsid w:val="5790984B"/>
    <w:rsid w:val="579559CE"/>
    <w:rsid w:val="57A3938B"/>
    <w:rsid w:val="57A480DC"/>
    <w:rsid w:val="57B265FC"/>
    <w:rsid w:val="57B288A1"/>
    <w:rsid w:val="57B84966"/>
    <w:rsid w:val="57BD5AA1"/>
    <w:rsid w:val="57C02EAF"/>
    <w:rsid w:val="57C5A22F"/>
    <w:rsid w:val="57D9C021"/>
    <w:rsid w:val="57DF4737"/>
    <w:rsid w:val="57E5FC9D"/>
    <w:rsid w:val="57EDF788"/>
    <w:rsid w:val="57F67ED3"/>
    <w:rsid w:val="57FF59E1"/>
    <w:rsid w:val="580E14A4"/>
    <w:rsid w:val="581F0BA6"/>
    <w:rsid w:val="582221E9"/>
    <w:rsid w:val="5823FC58"/>
    <w:rsid w:val="582D53BE"/>
    <w:rsid w:val="5845C4C5"/>
    <w:rsid w:val="584FCFC5"/>
    <w:rsid w:val="58567255"/>
    <w:rsid w:val="5857C30C"/>
    <w:rsid w:val="58594267"/>
    <w:rsid w:val="58607660"/>
    <w:rsid w:val="58644C0C"/>
    <w:rsid w:val="586F49E5"/>
    <w:rsid w:val="5875DD53"/>
    <w:rsid w:val="5878F6B3"/>
    <w:rsid w:val="587A61C8"/>
    <w:rsid w:val="587AE632"/>
    <w:rsid w:val="588ACC13"/>
    <w:rsid w:val="58942F2A"/>
    <w:rsid w:val="58958E01"/>
    <w:rsid w:val="58959D62"/>
    <w:rsid w:val="589752C3"/>
    <w:rsid w:val="58A083A6"/>
    <w:rsid w:val="58A22A19"/>
    <w:rsid w:val="58A2EE98"/>
    <w:rsid w:val="58A6F88A"/>
    <w:rsid w:val="58AB18FF"/>
    <w:rsid w:val="58B8A44E"/>
    <w:rsid w:val="58BBBAB7"/>
    <w:rsid w:val="58D46BCD"/>
    <w:rsid w:val="58D75082"/>
    <w:rsid w:val="58EC76E9"/>
    <w:rsid w:val="58F1338C"/>
    <w:rsid w:val="58F30C3D"/>
    <w:rsid w:val="58F68C62"/>
    <w:rsid w:val="58F7A3F0"/>
    <w:rsid w:val="58F7FC7B"/>
    <w:rsid w:val="58FB74C4"/>
    <w:rsid w:val="58FF3F51"/>
    <w:rsid w:val="591B1C17"/>
    <w:rsid w:val="591F16B4"/>
    <w:rsid w:val="591F6E70"/>
    <w:rsid w:val="5921E31D"/>
    <w:rsid w:val="59322C67"/>
    <w:rsid w:val="5933398A"/>
    <w:rsid w:val="593DBA8D"/>
    <w:rsid w:val="593EFD9C"/>
    <w:rsid w:val="594D9869"/>
    <w:rsid w:val="5953B6FF"/>
    <w:rsid w:val="595B12D0"/>
    <w:rsid w:val="595D52BE"/>
    <w:rsid w:val="5962AC90"/>
    <w:rsid w:val="596DE162"/>
    <w:rsid w:val="596EBC72"/>
    <w:rsid w:val="597CC89F"/>
    <w:rsid w:val="59933728"/>
    <w:rsid w:val="59975753"/>
    <w:rsid w:val="599AACB4"/>
    <w:rsid w:val="59A0D740"/>
    <w:rsid w:val="59A9A5D1"/>
    <w:rsid w:val="59C347AE"/>
    <w:rsid w:val="59C41BAA"/>
    <w:rsid w:val="59C67308"/>
    <w:rsid w:val="59DDE250"/>
    <w:rsid w:val="59DFE3BE"/>
    <w:rsid w:val="59E7B43E"/>
    <w:rsid w:val="59EC04E8"/>
    <w:rsid w:val="5A02B3D6"/>
    <w:rsid w:val="5A099AD3"/>
    <w:rsid w:val="5A138E96"/>
    <w:rsid w:val="5A252F4D"/>
    <w:rsid w:val="5A2BAC14"/>
    <w:rsid w:val="5A2CD530"/>
    <w:rsid w:val="5A2CD935"/>
    <w:rsid w:val="5A39D7C6"/>
    <w:rsid w:val="5A3AF48A"/>
    <w:rsid w:val="5A4AD873"/>
    <w:rsid w:val="5A50F394"/>
    <w:rsid w:val="5A519F35"/>
    <w:rsid w:val="5A529EE7"/>
    <w:rsid w:val="5A52DD1C"/>
    <w:rsid w:val="5A60EF29"/>
    <w:rsid w:val="5A63F144"/>
    <w:rsid w:val="5A7906F1"/>
    <w:rsid w:val="5A794DEA"/>
    <w:rsid w:val="5A79518E"/>
    <w:rsid w:val="5A7B2F48"/>
    <w:rsid w:val="5A7BC02D"/>
    <w:rsid w:val="5A98C899"/>
    <w:rsid w:val="5A9C8FC8"/>
    <w:rsid w:val="5A9F7AA0"/>
    <w:rsid w:val="5AAD3B19"/>
    <w:rsid w:val="5AB41855"/>
    <w:rsid w:val="5AC00E5A"/>
    <w:rsid w:val="5ACD9189"/>
    <w:rsid w:val="5AD94286"/>
    <w:rsid w:val="5AE66003"/>
    <w:rsid w:val="5AE7CC49"/>
    <w:rsid w:val="5AEFD153"/>
    <w:rsid w:val="5AF28BE7"/>
    <w:rsid w:val="5AF6B843"/>
    <w:rsid w:val="5AFB417D"/>
    <w:rsid w:val="5AFBD242"/>
    <w:rsid w:val="5B014B53"/>
    <w:rsid w:val="5B07CE4F"/>
    <w:rsid w:val="5B0CD728"/>
    <w:rsid w:val="5B12CFF7"/>
    <w:rsid w:val="5B173C4A"/>
    <w:rsid w:val="5B22E474"/>
    <w:rsid w:val="5B234DEF"/>
    <w:rsid w:val="5B29699D"/>
    <w:rsid w:val="5B304AA8"/>
    <w:rsid w:val="5B378BDD"/>
    <w:rsid w:val="5B42175C"/>
    <w:rsid w:val="5B464918"/>
    <w:rsid w:val="5B5C89A1"/>
    <w:rsid w:val="5B5F8965"/>
    <w:rsid w:val="5B6408B4"/>
    <w:rsid w:val="5B6C0378"/>
    <w:rsid w:val="5B713A8D"/>
    <w:rsid w:val="5B75E96B"/>
    <w:rsid w:val="5B7BF323"/>
    <w:rsid w:val="5B886DA7"/>
    <w:rsid w:val="5B8D6281"/>
    <w:rsid w:val="5B994665"/>
    <w:rsid w:val="5B9C048F"/>
    <w:rsid w:val="5B9DB095"/>
    <w:rsid w:val="5B9DE8A3"/>
    <w:rsid w:val="5BAFEBE2"/>
    <w:rsid w:val="5BB030E4"/>
    <w:rsid w:val="5BB2EB23"/>
    <w:rsid w:val="5BC27403"/>
    <w:rsid w:val="5BCC119D"/>
    <w:rsid w:val="5BCD47EA"/>
    <w:rsid w:val="5BCD5F00"/>
    <w:rsid w:val="5BCFE7A4"/>
    <w:rsid w:val="5BDB2901"/>
    <w:rsid w:val="5BE0836E"/>
    <w:rsid w:val="5BE2337C"/>
    <w:rsid w:val="5BEFC246"/>
    <w:rsid w:val="5BF732E2"/>
    <w:rsid w:val="5C03B1E1"/>
    <w:rsid w:val="5C064DC0"/>
    <w:rsid w:val="5C15C7A8"/>
    <w:rsid w:val="5C1DDEA4"/>
    <w:rsid w:val="5C2AB857"/>
    <w:rsid w:val="5C318D88"/>
    <w:rsid w:val="5C3E55E7"/>
    <w:rsid w:val="5C3FF7D2"/>
    <w:rsid w:val="5C406F78"/>
    <w:rsid w:val="5C421547"/>
    <w:rsid w:val="5C4AE424"/>
    <w:rsid w:val="5C4BC66A"/>
    <w:rsid w:val="5C59F1E3"/>
    <w:rsid w:val="5C62F15C"/>
    <w:rsid w:val="5C6BF0F6"/>
    <w:rsid w:val="5C737106"/>
    <w:rsid w:val="5C8185DA"/>
    <w:rsid w:val="5C84BBAF"/>
    <w:rsid w:val="5C91ED66"/>
    <w:rsid w:val="5C9FB8AF"/>
    <w:rsid w:val="5CAB43A4"/>
    <w:rsid w:val="5CAF5F38"/>
    <w:rsid w:val="5CBC3538"/>
    <w:rsid w:val="5CBCE95F"/>
    <w:rsid w:val="5CC41292"/>
    <w:rsid w:val="5CC54BA7"/>
    <w:rsid w:val="5CDDBD25"/>
    <w:rsid w:val="5CE25600"/>
    <w:rsid w:val="5CE28578"/>
    <w:rsid w:val="5CEF0FBB"/>
    <w:rsid w:val="5CFA955E"/>
    <w:rsid w:val="5CFAEB62"/>
    <w:rsid w:val="5CFF47D3"/>
    <w:rsid w:val="5D084D0A"/>
    <w:rsid w:val="5D129C49"/>
    <w:rsid w:val="5D182CCE"/>
    <w:rsid w:val="5D1F8084"/>
    <w:rsid w:val="5D20B972"/>
    <w:rsid w:val="5D216071"/>
    <w:rsid w:val="5D2FD1CA"/>
    <w:rsid w:val="5D348EB2"/>
    <w:rsid w:val="5D37AD77"/>
    <w:rsid w:val="5D37AF0F"/>
    <w:rsid w:val="5D3C1707"/>
    <w:rsid w:val="5D43DA4C"/>
    <w:rsid w:val="5D590FED"/>
    <w:rsid w:val="5D63DB07"/>
    <w:rsid w:val="5D69754D"/>
    <w:rsid w:val="5D6B2890"/>
    <w:rsid w:val="5D741C13"/>
    <w:rsid w:val="5D764FC5"/>
    <w:rsid w:val="5D7A4208"/>
    <w:rsid w:val="5D7CB48B"/>
    <w:rsid w:val="5D7D5052"/>
    <w:rsid w:val="5D8C3838"/>
    <w:rsid w:val="5D98AA17"/>
    <w:rsid w:val="5DA07CBC"/>
    <w:rsid w:val="5DA73334"/>
    <w:rsid w:val="5DAA9688"/>
    <w:rsid w:val="5DBA30E3"/>
    <w:rsid w:val="5DBCAE1B"/>
    <w:rsid w:val="5DC04C2B"/>
    <w:rsid w:val="5DCDB1BF"/>
    <w:rsid w:val="5DD41AF9"/>
    <w:rsid w:val="5DD9CF08"/>
    <w:rsid w:val="5DDC29CA"/>
    <w:rsid w:val="5DF53C0C"/>
    <w:rsid w:val="5E01C81E"/>
    <w:rsid w:val="5E0C6BD1"/>
    <w:rsid w:val="5E1A4627"/>
    <w:rsid w:val="5E215D09"/>
    <w:rsid w:val="5E224361"/>
    <w:rsid w:val="5E2FD786"/>
    <w:rsid w:val="5E353694"/>
    <w:rsid w:val="5E377224"/>
    <w:rsid w:val="5E57CD21"/>
    <w:rsid w:val="5E66466F"/>
    <w:rsid w:val="5E7827AE"/>
    <w:rsid w:val="5E7CC896"/>
    <w:rsid w:val="5E853198"/>
    <w:rsid w:val="5E88CFF0"/>
    <w:rsid w:val="5E8CD74B"/>
    <w:rsid w:val="5E90ACA7"/>
    <w:rsid w:val="5E92B496"/>
    <w:rsid w:val="5E9BFEC6"/>
    <w:rsid w:val="5E9FB804"/>
    <w:rsid w:val="5EA7EDA0"/>
    <w:rsid w:val="5EB33448"/>
    <w:rsid w:val="5EB4598F"/>
    <w:rsid w:val="5EBE2A1D"/>
    <w:rsid w:val="5EC29B37"/>
    <w:rsid w:val="5ED1229B"/>
    <w:rsid w:val="5EDB979F"/>
    <w:rsid w:val="5EF1C248"/>
    <w:rsid w:val="5EF42064"/>
    <w:rsid w:val="5EFB87D1"/>
    <w:rsid w:val="5EFF11A6"/>
    <w:rsid w:val="5F0B5D74"/>
    <w:rsid w:val="5F1D71FA"/>
    <w:rsid w:val="5F225007"/>
    <w:rsid w:val="5F2701BF"/>
    <w:rsid w:val="5F2F2ACF"/>
    <w:rsid w:val="5F31EC34"/>
    <w:rsid w:val="5F3DE236"/>
    <w:rsid w:val="5F5A743B"/>
    <w:rsid w:val="5F5E4B3F"/>
    <w:rsid w:val="5F6B6713"/>
    <w:rsid w:val="5F77D16B"/>
    <w:rsid w:val="5F77D4C5"/>
    <w:rsid w:val="5F7AAB69"/>
    <w:rsid w:val="5F82E34E"/>
    <w:rsid w:val="5F84C194"/>
    <w:rsid w:val="5F854A90"/>
    <w:rsid w:val="5F8926BA"/>
    <w:rsid w:val="5F946876"/>
    <w:rsid w:val="5F974987"/>
    <w:rsid w:val="5F9E951C"/>
    <w:rsid w:val="5FA1ED9F"/>
    <w:rsid w:val="5FBBB3D4"/>
    <w:rsid w:val="5FC5D724"/>
    <w:rsid w:val="5FCC4137"/>
    <w:rsid w:val="5FF70EB3"/>
    <w:rsid w:val="5FFBCE3E"/>
    <w:rsid w:val="6000587F"/>
    <w:rsid w:val="601629CC"/>
    <w:rsid w:val="6019374B"/>
    <w:rsid w:val="6023E0BF"/>
    <w:rsid w:val="60265768"/>
    <w:rsid w:val="60272DC6"/>
    <w:rsid w:val="602FBD1C"/>
    <w:rsid w:val="603711BB"/>
    <w:rsid w:val="60373830"/>
    <w:rsid w:val="6038A8AF"/>
    <w:rsid w:val="603B5F6D"/>
    <w:rsid w:val="604AF7B8"/>
    <w:rsid w:val="60508953"/>
    <w:rsid w:val="60523427"/>
    <w:rsid w:val="605AA536"/>
    <w:rsid w:val="6071BF59"/>
    <w:rsid w:val="6078B6E9"/>
    <w:rsid w:val="607AF6BC"/>
    <w:rsid w:val="6082AD88"/>
    <w:rsid w:val="608B3F94"/>
    <w:rsid w:val="60903DCF"/>
    <w:rsid w:val="6092BB7D"/>
    <w:rsid w:val="6095915D"/>
    <w:rsid w:val="609BA1EF"/>
    <w:rsid w:val="60A10057"/>
    <w:rsid w:val="60A31085"/>
    <w:rsid w:val="60AA2A69"/>
    <w:rsid w:val="60B8F5FB"/>
    <w:rsid w:val="60C12008"/>
    <w:rsid w:val="60C1DC56"/>
    <w:rsid w:val="60C1F62F"/>
    <w:rsid w:val="60C243D4"/>
    <w:rsid w:val="60C48DAC"/>
    <w:rsid w:val="60C8D32E"/>
    <w:rsid w:val="60D49067"/>
    <w:rsid w:val="60D7D13C"/>
    <w:rsid w:val="60DD547E"/>
    <w:rsid w:val="60DEBA61"/>
    <w:rsid w:val="60E08D21"/>
    <w:rsid w:val="60E4A2E3"/>
    <w:rsid w:val="610FBA92"/>
    <w:rsid w:val="611C3B54"/>
    <w:rsid w:val="6124369B"/>
    <w:rsid w:val="6126960E"/>
    <w:rsid w:val="6138DCBE"/>
    <w:rsid w:val="6142A662"/>
    <w:rsid w:val="614508CF"/>
    <w:rsid w:val="61457EFF"/>
    <w:rsid w:val="6149638D"/>
    <w:rsid w:val="6151A314"/>
    <w:rsid w:val="6154B0D4"/>
    <w:rsid w:val="615E9614"/>
    <w:rsid w:val="61605204"/>
    <w:rsid w:val="61628677"/>
    <w:rsid w:val="616391A4"/>
    <w:rsid w:val="617049F1"/>
    <w:rsid w:val="6176AA3C"/>
    <w:rsid w:val="61818DAE"/>
    <w:rsid w:val="6195284B"/>
    <w:rsid w:val="61A80F7F"/>
    <w:rsid w:val="61AF06BC"/>
    <w:rsid w:val="61B365CA"/>
    <w:rsid w:val="61B80B8E"/>
    <w:rsid w:val="61BFF23D"/>
    <w:rsid w:val="61DB5672"/>
    <w:rsid w:val="61E51456"/>
    <w:rsid w:val="61EA7459"/>
    <w:rsid w:val="61F05951"/>
    <w:rsid w:val="6204783F"/>
    <w:rsid w:val="6205FE9C"/>
    <w:rsid w:val="620B4792"/>
    <w:rsid w:val="620D3AE0"/>
    <w:rsid w:val="62367BC1"/>
    <w:rsid w:val="623CF45B"/>
    <w:rsid w:val="6241EF61"/>
    <w:rsid w:val="624C5B40"/>
    <w:rsid w:val="6255AF54"/>
    <w:rsid w:val="6258A9B0"/>
    <w:rsid w:val="625BFA80"/>
    <w:rsid w:val="625DF750"/>
    <w:rsid w:val="62665DBD"/>
    <w:rsid w:val="627D48CD"/>
    <w:rsid w:val="627E7BDD"/>
    <w:rsid w:val="6282F806"/>
    <w:rsid w:val="628B60C3"/>
    <w:rsid w:val="628BA061"/>
    <w:rsid w:val="6298B53A"/>
    <w:rsid w:val="62996D7A"/>
    <w:rsid w:val="629B07B9"/>
    <w:rsid w:val="629B4E96"/>
    <w:rsid w:val="629CFC78"/>
    <w:rsid w:val="62A573F2"/>
    <w:rsid w:val="62A71C91"/>
    <w:rsid w:val="62B08D74"/>
    <w:rsid w:val="62BCF734"/>
    <w:rsid w:val="62C55DA4"/>
    <w:rsid w:val="62CB3075"/>
    <w:rsid w:val="62CFB9E0"/>
    <w:rsid w:val="62D01326"/>
    <w:rsid w:val="62D56784"/>
    <w:rsid w:val="62D88C4E"/>
    <w:rsid w:val="62E2F31B"/>
    <w:rsid w:val="62F65A1C"/>
    <w:rsid w:val="6300B68F"/>
    <w:rsid w:val="630E40D2"/>
    <w:rsid w:val="6319B5AA"/>
    <w:rsid w:val="631A9FF1"/>
    <w:rsid w:val="63248887"/>
    <w:rsid w:val="6324961C"/>
    <w:rsid w:val="632526F2"/>
    <w:rsid w:val="6326AC8F"/>
    <w:rsid w:val="633053EE"/>
    <w:rsid w:val="63328590"/>
    <w:rsid w:val="63379571"/>
    <w:rsid w:val="633D3866"/>
    <w:rsid w:val="63405C2A"/>
    <w:rsid w:val="6345924C"/>
    <w:rsid w:val="6346BA45"/>
    <w:rsid w:val="634760B4"/>
    <w:rsid w:val="634E354C"/>
    <w:rsid w:val="6352E0E0"/>
    <w:rsid w:val="635B69C9"/>
    <w:rsid w:val="635D8B57"/>
    <w:rsid w:val="635E8D50"/>
    <w:rsid w:val="635EEA64"/>
    <w:rsid w:val="63619F73"/>
    <w:rsid w:val="636483A4"/>
    <w:rsid w:val="6364F5A1"/>
    <w:rsid w:val="637B5B1C"/>
    <w:rsid w:val="637E8E80"/>
    <w:rsid w:val="6380F3A8"/>
    <w:rsid w:val="638660DC"/>
    <w:rsid w:val="638B7563"/>
    <w:rsid w:val="6392AAEC"/>
    <w:rsid w:val="639EAC98"/>
    <w:rsid w:val="63ABA24F"/>
    <w:rsid w:val="63AF4502"/>
    <w:rsid w:val="63AF4ED4"/>
    <w:rsid w:val="63AF5F4F"/>
    <w:rsid w:val="63B5CF15"/>
    <w:rsid w:val="63BB3A5C"/>
    <w:rsid w:val="63BBFB8E"/>
    <w:rsid w:val="63BCB7F1"/>
    <w:rsid w:val="63D4DD3C"/>
    <w:rsid w:val="63E75601"/>
    <w:rsid w:val="63EC0F8A"/>
    <w:rsid w:val="63FAA068"/>
    <w:rsid w:val="641C8391"/>
    <w:rsid w:val="641D94BE"/>
    <w:rsid w:val="641E81AB"/>
    <w:rsid w:val="64328C1F"/>
    <w:rsid w:val="6437053D"/>
    <w:rsid w:val="645BD07D"/>
    <w:rsid w:val="645EAE93"/>
    <w:rsid w:val="6467DFCA"/>
    <w:rsid w:val="64788671"/>
    <w:rsid w:val="64810313"/>
    <w:rsid w:val="648143B2"/>
    <w:rsid w:val="648670B4"/>
    <w:rsid w:val="648722C9"/>
    <w:rsid w:val="648D0A95"/>
    <w:rsid w:val="649573A8"/>
    <w:rsid w:val="649FDA1E"/>
    <w:rsid w:val="64A11264"/>
    <w:rsid w:val="64ACA05F"/>
    <w:rsid w:val="64B4DDC1"/>
    <w:rsid w:val="64BABC9A"/>
    <w:rsid w:val="64BD523A"/>
    <w:rsid w:val="64C11F87"/>
    <w:rsid w:val="64CB67D5"/>
    <w:rsid w:val="64CE8A4D"/>
    <w:rsid w:val="64D26991"/>
    <w:rsid w:val="64DF9C3F"/>
    <w:rsid w:val="64E80637"/>
    <w:rsid w:val="64FF8704"/>
    <w:rsid w:val="650B3736"/>
    <w:rsid w:val="650E5043"/>
    <w:rsid w:val="650F7C5C"/>
    <w:rsid w:val="651552BF"/>
    <w:rsid w:val="6517C0C5"/>
    <w:rsid w:val="6519A23E"/>
    <w:rsid w:val="65244AA4"/>
    <w:rsid w:val="6548DE9D"/>
    <w:rsid w:val="6556BE31"/>
    <w:rsid w:val="6556E416"/>
    <w:rsid w:val="6559590E"/>
    <w:rsid w:val="65646A47"/>
    <w:rsid w:val="65691D51"/>
    <w:rsid w:val="656AEEF0"/>
    <w:rsid w:val="656D295A"/>
    <w:rsid w:val="65725974"/>
    <w:rsid w:val="6573D57C"/>
    <w:rsid w:val="6574BD8A"/>
    <w:rsid w:val="6580AA7C"/>
    <w:rsid w:val="658731EB"/>
    <w:rsid w:val="658775C9"/>
    <w:rsid w:val="658DB445"/>
    <w:rsid w:val="658F117F"/>
    <w:rsid w:val="6590C9B5"/>
    <w:rsid w:val="65929C3D"/>
    <w:rsid w:val="65A03E1E"/>
    <w:rsid w:val="65A9A6A4"/>
    <w:rsid w:val="65AA8F72"/>
    <w:rsid w:val="65C72681"/>
    <w:rsid w:val="65D09BA7"/>
    <w:rsid w:val="65D6170E"/>
    <w:rsid w:val="65DE9E07"/>
    <w:rsid w:val="65E82BD0"/>
    <w:rsid w:val="65EECB78"/>
    <w:rsid w:val="65F04819"/>
    <w:rsid w:val="65F41717"/>
    <w:rsid w:val="66023F27"/>
    <w:rsid w:val="66030AD0"/>
    <w:rsid w:val="66050BBB"/>
    <w:rsid w:val="66055426"/>
    <w:rsid w:val="660A2BC1"/>
    <w:rsid w:val="660BAF91"/>
    <w:rsid w:val="661C246E"/>
    <w:rsid w:val="662853BE"/>
    <w:rsid w:val="6630B638"/>
    <w:rsid w:val="6631719B"/>
    <w:rsid w:val="66360032"/>
    <w:rsid w:val="663B34C0"/>
    <w:rsid w:val="664A373B"/>
    <w:rsid w:val="665FF9D8"/>
    <w:rsid w:val="6663F662"/>
    <w:rsid w:val="6670ED36"/>
    <w:rsid w:val="66911902"/>
    <w:rsid w:val="6695E74D"/>
    <w:rsid w:val="6698F15B"/>
    <w:rsid w:val="66A27FA9"/>
    <w:rsid w:val="66A3A018"/>
    <w:rsid w:val="66AC88A0"/>
    <w:rsid w:val="66B45751"/>
    <w:rsid w:val="66B6CA50"/>
    <w:rsid w:val="66BB374E"/>
    <w:rsid w:val="66C4CD35"/>
    <w:rsid w:val="66C99812"/>
    <w:rsid w:val="66D04048"/>
    <w:rsid w:val="66D1450F"/>
    <w:rsid w:val="66D16951"/>
    <w:rsid w:val="66D24589"/>
    <w:rsid w:val="66E7DCBB"/>
    <w:rsid w:val="66EB1E25"/>
    <w:rsid w:val="66F83FBB"/>
    <w:rsid w:val="66FDFF29"/>
    <w:rsid w:val="6702BA60"/>
    <w:rsid w:val="6703B1BE"/>
    <w:rsid w:val="67099144"/>
    <w:rsid w:val="6710D33E"/>
    <w:rsid w:val="6714C8EF"/>
    <w:rsid w:val="671ACD52"/>
    <w:rsid w:val="672F5BFA"/>
    <w:rsid w:val="673033AA"/>
    <w:rsid w:val="67383E88"/>
    <w:rsid w:val="674286A9"/>
    <w:rsid w:val="675EEC3A"/>
    <w:rsid w:val="676D6B0E"/>
    <w:rsid w:val="676DD547"/>
    <w:rsid w:val="6779BD63"/>
    <w:rsid w:val="677C9163"/>
    <w:rsid w:val="677EA580"/>
    <w:rsid w:val="6789DE5E"/>
    <w:rsid w:val="6799BD36"/>
    <w:rsid w:val="679D4398"/>
    <w:rsid w:val="67A1D424"/>
    <w:rsid w:val="67A9482F"/>
    <w:rsid w:val="67B2528F"/>
    <w:rsid w:val="67C06D6B"/>
    <w:rsid w:val="67CF02DC"/>
    <w:rsid w:val="67D8E65A"/>
    <w:rsid w:val="67E8B59C"/>
    <w:rsid w:val="67ED5CB1"/>
    <w:rsid w:val="67F1E70D"/>
    <w:rsid w:val="67F50FF2"/>
    <w:rsid w:val="67F79DCB"/>
    <w:rsid w:val="67F8925A"/>
    <w:rsid w:val="67F9FC03"/>
    <w:rsid w:val="67FCD87C"/>
    <w:rsid w:val="67FDB178"/>
    <w:rsid w:val="680C88A8"/>
    <w:rsid w:val="680D37BE"/>
    <w:rsid w:val="6812C426"/>
    <w:rsid w:val="68136AD0"/>
    <w:rsid w:val="681DF297"/>
    <w:rsid w:val="6822C983"/>
    <w:rsid w:val="683232B6"/>
    <w:rsid w:val="683D4DF6"/>
    <w:rsid w:val="6842D31D"/>
    <w:rsid w:val="684BD279"/>
    <w:rsid w:val="685D8386"/>
    <w:rsid w:val="68632917"/>
    <w:rsid w:val="6864AA86"/>
    <w:rsid w:val="686878AB"/>
    <w:rsid w:val="68704D74"/>
    <w:rsid w:val="6870A0A5"/>
    <w:rsid w:val="6877FC4D"/>
    <w:rsid w:val="688B29D4"/>
    <w:rsid w:val="688B386F"/>
    <w:rsid w:val="688ECFC5"/>
    <w:rsid w:val="689AEE79"/>
    <w:rsid w:val="689D589B"/>
    <w:rsid w:val="68A1E7F7"/>
    <w:rsid w:val="68A97A82"/>
    <w:rsid w:val="68C2131E"/>
    <w:rsid w:val="68CCD038"/>
    <w:rsid w:val="68D29EF6"/>
    <w:rsid w:val="68D3C6FA"/>
    <w:rsid w:val="68D4303E"/>
    <w:rsid w:val="68DBDABC"/>
    <w:rsid w:val="68F4C324"/>
    <w:rsid w:val="68FE3449"/>
    <w:rsid w:val="691AE823"/>
    <w:rsid w:val="691E8EAB"/>
    <w:rsid w:val="6921D241"/>
    <w:rsid w:val="6922CA89"/>
    <w:rsid w:val="69293DAF"/>
    <w:rsid w:val="692BA5AD"/>
    <w:rsid w:val="692DEB10"/>
    <w:rsid w:val="69345D7B"/>
    <w:rsid w:val="693AEF73"/>
    <w:rsid w:val="693D6FD3"/>
    <w:rsid w:val="6944E305"/>
    <w:rsid w:val="694951D2"/>
    <w:rsid w:val="694BD21A"/>
    <w:rsid w:val="695418A4"/>
    <w:rsid w:val="6959A6DB"/>
    <w:rsid w:val="695BDDB2"/>
    <w:rsid w:val="69617733"/>
    <w:rsid w:val="6962C7B3"/>
    <w:rsid w:val="69652903"/>
    <w:rsid w:val="6971A6B9"/>
    <w:rsid w:val="698BF79D"/>
    <w:rsid w:val="698F1E0A"/>
    <w:rsid w:val="698F507E"/>
    <w:rsid w:val="6999D53D"/>
    <w:rsid w:val="699BDC21"/>
    <w:rsid w:val="699E0476"/>
    <w:rsid w:val="69B7C304"/>
    <w:rsid w:val="69BE122E"/>
    <w:rsid w:val="69CE4507"/>
    <w:rsid w:val="69D099BB"/>
    <w:rsid w:val="69D50EEE"/>
    <w:rsid w:val="69D58F14"/>
    <w:rsid w:val="69DC3D91"/>
    <w:rsid w:val="69DF3FBB"/>
    <w:rsid w:val="69E1C0F9"/>
    <w:rsid w:val="69E1E2AB"/>
    <w:rsid w:val="69EE9252"/>
    <w:rsid w:val="69F1B1E9"/>
    <w:rsid w:val="6A016A5D"/>
    <w:rsid w:val="6A03AFE1"/>
    <w:rsid w:val="6A13DC87"/>
    <w:rsid w:val="6A279716"/>
    <w:rsid w:val="6A3CA255"/>
    <w:rsid w:val="6A419C01"/>
    <w:rsid w:val="6A4A8085"/>
    <w:rsid w:val="6A51E3E0"/>
    <w:rsid w:val="6A714EE2"/>
    <w:rsid w:val="6A796904"/>
    <w:rsid w:val="6A7D06E4"/>
    <w:rsid w:val="6A8440EC"/>
    <w:rsid w:val="6AA34749"/>
    <w:rsid w:val="6AB5BE9E"/>
    <w:rsid w:val="6AB9A2E6"/>
    <w:rsid w:val="6AC02620"/>
    <w:rsid w:val="6ACA228F"/>
    <w:rsid w:val="6AD1D67E"/>
    <w:rsid w:val="6AD49D32"/>
    <w:rsid w:val="6AD9A66D"/>
    <w:rsid w:val="6AE24C2D"/>
    <w:rsid w:val="6AE40967"/>
    <w:rsid w:val="6AE94932"/>
    <w:rsid w:val="6AEB9EC1"/>
    <w:rsid w:val="6AECBB65"/>
    <w:rsid w:val="6AF2682E"/>
    <w:rsid w:val="6B06ADFE"/>
    <w:rsid w:val="6B0E5289"/>
    <w:rsid w:val="6B11CA8B"/>
    <w:rsid w:val="6B167D99"/>
    <w:rsid w:val="6B1C54F7"/>
    <w:rsid w:val="6B36F5E4"/>
    <w:rsid w:val="6B3CCE9A"/>
    <w:rsid w:val="6B410B3C"/>
    <w:rsid w:val="6B548EFA"/>
    <w:rsid w:val="6B56A3B2"/>
    <w:rsid w:val="6B679D05"/>
    <w:rsid w:val="6B6D77D4"/>
    <w:rsid w:val="6B7C150E"/>
    <w:rsid w:val="6B7EC9C6"/>
    <w:rsid w:val="6B877AAE"/>
    <w:rsid w:val="6B95BCEA"/>
    <w:rsid w:val="6BABABB8"/>
    <w:rsid w:val="6BC46886"/>
    <w:rsid w:val="6BCBE5BA"/>
    <w:rsid w:val="6BD53E2E"/>
    <w:rsid w:val="6BDB9CF0"/>
    <w:rsid w:val="6BE13BD9"/>
    <w:rsid w:val="6BF6FD97"/>
    <w:rsid w:val="6BFFF82A"/>
    <w:rsid w:val="6C14C2C3"/>
    <w:rsid w:val="6C19148D"/>
    <w:rsid w:val="6C4DA95C"/>
    <w:rsid w:val="6C52D5BB"/>
    <w:rsid w:val="6C5519D6"/>
    <w:rsid w:val="6C566D1C"/>
    <w:rsid w:val="6C568B15"/>
    <w:rsid w:val="6C5A6654"/>
    <w:rsid w:val="6C5B0443"/>
    <w:rsid w:val="6C5E1EF1"/>
    <w:rsid w:val="6C610B59"/>
    <w:rsid w:val="6C6B1B04"/>
    <w:rsid w:val="6C6CE66B"/>
    <w:rsid w:val="6C6D2B8D"/>
    <w:rsid w:val="6C7319E1"/>
    <w:rsid w:val="6C801C62"/>
    <w:rsid w:val="6C860FA1"/>
    <w:rsid w:val="6C8851B3"/>
    <w:rsid w:val="6C958BC6"/>
    <w:rsid w:val="6C97FF26"/>
    <w:rsid w:val="6CA5F7FA"/>
    <w:rsid w:val="6CB1BE40"/>
    <w:rsid w:val="6CB1E584"/>
    <w:rsid w:val="6CBE01A6"/>
    <w:rsid w:val="6CD15D1E"/>
    <w:rsid w:val="6CD1785C"/>
    <w:rsid w:val="6CDA1BA1"/>
    <w:rsid w:val="6CDAF9B2"/>
    <w:rsid w:val="6CDE6040"/>
    <w:rsid w:val="6CDF0692"/>
    <w:rsid w:val="6CE195A7"/>
    <w:rsid w:val="6CEC8CA1"/>
    <w:rsid w:val="6CEDEA9F"/>
    <w:rsid w:val="6CF087F3"/>
    <w:rsid w:val="6CFA893D"/>
    <w:rsid w:val="6CFE237F"/>
    <w:rsid w:val="6D0F07D4"/>
    <w:rsid w:val="6D12C20E"/>
    <w:rsid w:val="6D213185"/>
    <w:rsid w:val="6D213C50"/>
    <w:rsid w:val="6D2D0BFC"/>
    <w:rsid w:val="6D339654"/>
    <w:rsid w:val="6D44AE71"/>
    <w:rsid w:val="6D491306"/>
    <w:rsid w:val="6D5490C2"/>
    <w:rsid w:val="6D557816"/>
    <w:rsid w:val="6D61C0C4"/>
    <w:rsid w:val="6D638451"/>
    <w:rsid w:val="6D6A6456"/>
    <w:rsid w:val="6D6F3A92"/>
    <w:rsid w:val="6D70A546"/>
    <w:rsid w:val="6D7EE7BF"/>
    <w:rsid w:val="6D83D746"/>
    <w:rsid w:val="6D874535"/>
    <w:rsid w:val="6D9C05F2"/>
    <w:rsid w:val="6D9D20F6"/>
    <w:rsid w:val="6D9F468A"/>
    <w:rsid w:val="6DA12CD1"/>
    <w:rsid w:val="6DA32FCA"/>
    <w:rsid w:val="6DA825E2"/>
    <w:rsid w:val="6DAB357A"/>
    <w:rsid w:val="6DB07FC7"/>
    <w:rsid w:val="6DBBDFAB"/>
    <w:rsid w:val="6DBE9106"/>
    <w:rsid w:val="6DBEB808"/>
    <w:rsid w:val="6DBFC5AA"/>
    <w:rsid w:val="6DC0A61E"/>
    <w:rsid w:val="6DD1EB9D"/>
    <w:rsid w:val="6DDFEE10"/>
    <w:rsid w:val="6DF52F46"/>
    <w:rsid w:val="6DF8D8FA"/>
    <w:rsid w:val="6E0BC92F"/>
    <w:rsid w:val="6E1A7A2B"/>
    <w:rsid w:val="6E1AB41C"/>
    <w:rsid w:val="6E1D032A"/>
    <w:rsid w:val="6E1E9A3A"/>
    <w:rsid w:val="6E331D72"/>
    <w:rsid w:val="6E334B3D"/>
    <w:rsid w:val="6E36F1F6"/>
    <w:rsid w:val="6E4CE810"/>
    <w:rsid w:val="6E5066C1"/>
    <w:rsid w:val="6E54C538"/>
    <w:rsid w:val="6E56F58B"/>
    <w:rsid w:val="6E6FAA6F"/>
    <w:rsid w:val="6E731530"/>
    <w:rsid w:val="6E74ACDA"/>
    <w:rsid w:val="6E7DC3E7"/>
    <w:rsid w:val="6E89360C"/>
    <w:rsid w:val="6E98F7EF"/>
    <w:rsid w:val="6EA1207C"/>
    <w:rsid w:val="6EA46020"/>
    <w:rsid w:val="6EBD46C9"/>
    <w:rsid w:val="6EC0F5B0"/>
    <w:rsid w:val="6ECF0459"/>
    <w:rsid w:val="6ED06C08"/>
    <w:rsid w:val="6ED9CAD2"/>
    <w:rsid w:val="6EDA176A"/>
    <w:rsid w:val="6EDC5139"/>
    <w:rsid w:val="6EE24C71"/>
    <w:rsid w:val="6EE7F1A0"/>
    <w:rsid w:val="6EF22FDF"/>
    <w:rsid w:val="6F095187"/>
    <w:rsid w:val="6F108027"/>
    <w:rsid w:val="6F1338F6"/>
    <w:rsid w:val="6F1350C4"/>
    <w:rsid w:val="6F21AB99"/>
    <w:rsid w:val="6F22666D"/>
    <w:rsid w:val="6F227122"/>
    <w:rsid w:val="6F27D21C"/>
    <w:rsid w:val="6F2CB2EA"/>
    <w:rsid w:val="6F2E051B"/>
    <w:rsid w:val="6F361482"/>
    <w:rsid w:val="6F3B919D"/>
    <w:rsid w:val="6F3F225E"/>
    <w:rsid w:val="6F49BCFE"/>
    <w:rsid w:val="6F544E1F"/>
    <w:rsid w:val="6F5F8828"/>
    <w:rsid w:val="6F6083FD"/>
    <w:rsid w:val="6F65AD1F"/>
    <w:rsid w:val="6F684D5C"/>
    <w:rsid w:val="6F76FC52"/>
    <w:rsid w:val="6F77FD16"/>
    <w:rsid w:val="6F781A70"/>
    <w:rsid w:val="6F79BADA"/>
    <w:rsid w:val="6F82DA42"/>
    <w:rsid w:val="6F860C46"/>
    <w:rsid w:val="6F863EAF"/>
    <w:rsid w:val="6F8E1A19"/>
    <w:rsid w:val="6F90C423"/>
    <w:rsid w:val="6F995E91"/>
    <w:rsid w:val="6FA180CE"/>
    <w:rsid w:val="6FA58740"/>
    <w:rsid w:val="6FAE40D4"/>
    <w:rsid w:val="6FCE522F"/>
    <w:rsid w:val="6FD307DD"/>
    <w:rsid w:val="6FD7DEB6"/>
    <w:rsid w:val="6FDC4161"/>
    <w:rsid w:val="6FF20235"/>
    <w:rsid w:val="6FF49C74"/>
    <w:rsid w:val="70127E21"/>
    <w:rsid w:val="7026CD1C"/>
    <w:rsid w:val="702C3B9E"/>
    <w:rsid w:val="7034CAB9"/>
    <w:rsid w:val="7035EC0C"/>
    <w:rsid w:val="7038F835"/>
    <w:rsid w:val="7050F4A3"/>
    <w:rsid w:val="70520FDE"/>
    <w:rsid w:val="705BC109"/>
    <w:rsid w:val="7065E36B"/>
    <w:rsid w:val="706DBE29"/>
    <w:rsid w:val="70704DB2"/>
    <w:rsid w:val="7071F6C6"/>
    <w:rsid w:val="7076AF99"/>
    <w:rsid w:val="7084BC0E"/>
    <w:rsid w:val="70867E39"/>
    <w:rsid w:val="708A92AD"/>
    <w:rsid w:val="7091D195"/>
    <w:rsid w:val="7092ED95"/>
    <w:rsid w:val="70AC485C"/>
    <w:rsid w:val="70B40C9D"/>
    <w:rsid w:val="70B90A47"/>
    <w:rsid w:val="70BD23A6"/>
    <w:rsid w:val="70C2D007"/>
    <w:rsid w:val="70C2D712"/>
    <w:rsid w:val="70C94D62"/>
    <w:rsid w:val="70CE5728"/>
    <w:rsid w:val="70D0791D"/>
    <w:rsid w:val="70D712CA"/>
    <w:rsid w:val="70E0AACA"/>
    <w:rsid w:val="70E25BDD"/>
    <w:rsid w:val="70EE21C1"/>
    <w:rsid w:val="710702D7"/>
    <w:rsid w:val="7108557C"/>
    <w:rsid w:val="710E9327"/>
    <w:rsid w:val="7113DA21"/>
    <w:rsid w:val="71230847"/>
    <w:rsid w:val="7123D0CC"/>
    <w:rsid w:val="7123F6CD"/>
    <w:rsid w:val="712BA3DD"/>
    <w:rsid w:val="7131DC8A"/>
    <w:rsid w:val="7132FA2D"/>
    <w:rsid w:val="713BBD4B"/>
    <w:rsid w:val="713D444B"/>
    <w:rsid w:val="713F10D6"/>
    <w:rsid w:val="7140A7DA"/>
    <w:rsid w:val="714E83A3"/>
    <w:rsid w:val="7154471B"/>
    <w:rsid w:val="7167B8EF"/>
    <w:rsid w:val="7169CFEC"/>
    <w:rsid w:val="7179B8D1"/>
    <w:rsid w:val="717CE15D"/>
    <w:rsid w:val="717F04CD"/>
    <w:rsid w:val="7181F075"/>
    <w:rsid w:val="718FD955"/>
    <w:rsid w:val="71975FB1"/>
    <w:rsid w:val="719DF065"/>
    <w:rsid w:val="71BF7DAC"/>
    <w:rsid w:val="71C03A89"/>
    <w:rsid w:val="71C11976"/>
    <w:rsid w:val="71C4969B"/>
    <w:rsid w:val="71C64E7D"/>
    <w:rsid w:val="71CC814F"/>
    <w:rsid w:val="71D3ED31"/>
    <w:rsid w:val="71D5377A"/>
    <w:rsid w:val="71D6E100"/>
    <w:rsid w:val="71D8F658"/>
    <w:rsid w:val="71DB6A16"/>
    <w:rsid w:val="71DC6695"/>
    <w:rsid w:val="71E0B67A"/>
    <w:rsid w:val="71ECF739"/>
    <w:rsid w:val="71F31854"/>
    <w:rsid w:val="71F696B4"/>
    <w:rsid w:val="71FA6E89"/>
    <w:rsid w:val="72112183"/>
    <w:rsid w:val="721AB325"/>
    <w:rsid w:val="721BAC0A"/>
    <w:rsid w:val="7221E1CD"/>
    <w:rsid w:val="722B5BF2"/>
    <w:rsid w:val="724ED82E"/>
    <w:rsid w:val="725AD73B"/>
    <w:rsid w:val="72658F6A"/>
    <w:rsid w:val="7276E523"/>
    <w:rsid w:val="727A481B"/>
    <w:rsid w:val="728793A8"/>
    <w:rsid w:val="729194B4"/>
    <w:rsid w:val="72935156"/>
    <w:rsid w:val="729F6E59"/>
    <w:rsid w:val="72B512BD"/>
    <w:rsid w:val="72D0A343"/>
    <w:rsid w:val="72D1B2E1"/>
    <w:rsid w:val="72DE56C4"/>
    <w:rsid w:val="72E0A12E"/>
    <w:rsid w:val="72E66785"/>
    <w:rsid w:val="72E8B0FC"/>
    <w:rsid w:val="72E8DE4D"/>
    <w:rsid w:val="72E94845"/>
    <w:rsid w:val="72E9F35E"/>
    <w:rsid w:val="72F2CF6A"/>
    <w:rsid w:val="73011FE0"/>
    <w:rsid w:val="7305C675"/>
    <w:rsid w:val="7309C40B"/>
    <w:rsid w:val="73191919"/>
    <w:rsid w:val="7319AF68"/>
    <w:rsid w:val="732903D9"/>
    <w:rsid w:val="732FDA62"/>
    <w:rsid w:val="7336C643"/>
    <w:rsid w:val="733CEBDC"/>
    <w:rsid w:val="73432D63"/>
    <w:rsid w:val="73436BFD"/>
    <w:rsid w:val="734C748B"/>
    <w:rsid w:val="7353AB94"/>
    <w:rsid w:val="735492E8"/>
    <w:rsid w:val="735644C6"/>
    <w:rsid w:val="7358EFE9"/>
    <w:rsid w:val="73620BA1"/>
    <w:rsid w:val="736E3EFA"/>
    <w:rsid w:val="7373C2DA"/>
    <w:rsid w:val="737D728D"/>
    <w:rsid w:val="73829F0F"/>
    <w:rsid w:val="7388DB71"/>
    <w:rsid w:val="739217A2"/>
    <w:rsid w:val="73932076"/>
    <w:rsid w:val="739D7B30"/>
    <w:rsid w:val="73A7C619"/>
    <w:rsid w:val="73AC7183"/>
    <w:rsid w:val="73B57714"/>
    <w:rsid w:val="73BD4BFF"/>
    <w:rsid w:val="73C1E9CA"/>
    <w:rsid w:val="73C863E9"/>
    <w:rsid w:val="73D310BA"/>
    <w:rsid w:val="73DD9484"/>
    <w:rsid w:val="7405566E"/>
    <w:rsid w:val="74155AD6"/>
    <w:rsid w:val="741C52A7"/>
    <w:rsid w:val="741E6B14"/>
    <w:rsid w:val="7428D4AC"/>
    <w:rsid w:val="742AC7C4"/>
    <w:rsid w:val="742D42BA"/>
    <w:rsid w:val="74349E1C"/>
    <w:rsid w:val="74380588"/>
    <w:rsid w:val="743E18A7"/>
    <w:rsid w:val="7441EEC2"/>
    <w:rsid w:val="744E6634"/>
    <w:rsid w:val="74536765"/>
    <w:rsid w:val="745DD981"/>
    <w:rsid w:val="74611904"/>
    <w:rsid w:val="7464EBC5"/>
    <w:rsid w:val="7465A1CF"/>
    <w:rsid w:val="74754E91"/>
    <w:rsid w:val="747E432F"/>
    <w:rsid w:val="747EE73B"/>
    <w:rsid w:val="747F4011"/>
    <w:rsid w:val="74823801"/>
    <w:rsid w:val="7490D18C"/>
    <w:rsid w:val="749C4C3F"/>
    <w:rsid w:val="749D5DEE"/>
    <w:rsid w:val="74A04938"/>
    <w:rsid w:val="74A4FC63"/>
    <w:rsid w:val="74A7A565"/>
    <w:rsid w:val="74AF621C"/>
    <w:rsid w:val="74B0D2AB"/>
    <w:rsid w:val="74BFFE96"/>
    <w:rsid w:val="74C4B488"/>
    <w:rsid w:val="74CFA469"/>
    <w:rsid w:val="74D657D4"/>
    <w:rsid w:val="74DDFB1B"/>
    <w:rsid w:val="74DE98B4"/>
    <w:rsid w:val="74FA2E15"/>
    <w:rsid w:val="750FCCB2"/>
    <w:rsid w:val="75105268"/>
    <w:rsid w:val="751874D2"/>
    <w:rsid w:val="75261327"/>
    <w:rsid w:val="75404999"/>
    <w:rsid w:val="754E3BE2"/>
    <w:rsid w:val="755A227E"/>
    <w:rsid w:val="755B8AF6"/>
    <w:rsid w:val="75651C27"/>
    <w:rsid w:val="75669E3C"/>
    <w:rsid w:val="7589D051"/>
    <w:rsid w:val="75900595"/>
    <w:rsid w:val="759C352D"/>
    <w:rsid w:val="759D796F"/>
    <w:rsid w:val="75A6DE5E"/>
    <w:rsid w:val="75A70A5D"/>
    <w:rsid w:val="75B85AB8"/>
    <w:rsid w:val="75B8B104"/>
    <w:rsid w:val="75BC3FA2"/>
    <w:rsid w:val="75C69EDC"/>
    <w:rsid w:val="75CB8B9F"/>
    <w:rsid w:val="75D3326C"/>
    <w:rsid w:val="75D5CB22"/>
    <w:rsid w:val="75D649B2"/>
    <w:rsid w:val="75E2D9FA"/>
    <w:rsid w:val="75EE0377"/>
    <w:rsid w:val="75FA3024"/>
    <w:rsid w:val="75FFAEEB"/>
    <w:rsid w:val="76061B2A"/>
    <w:rsid w:val="760DC5F6"/>
    <w:rsid w:val="76111D17"/>
    <w:rsid w:val="761B568D"/>
    <w:rsid w:val="7620C096"/>
    <w:rsid w:val="7627535A"/>
    <w:rsid w:val="7627AD08"/>
    <w:rsid w:val="763187E4"/>
    <w:rsid w:val="76425E8A"/>
    <w:rsid w:val="7651E365"/>
    <w:rsid w:val="76571ED1"/>
    <w:rsid w:val="766264C7"/>
    <w:rsid w:val="7663ECAB"/>
    <w:rsid w:val="766B419F"/>
    <w:rsid w:val="767278B7"/>
    <w:rsid w:val="7676769B"/>
    <w:rsid w:val="76770AFB"/>
    <w:rsid w:val="76812CE6"/>
    <w:rsid w:val="76850D3A"/>
    <w:rsid w:val="76921BFB"/>
    <w:rsid w:val="7694C92F"/>
    <w:rsid w:val="76AE1D4A"/>
    <w:rsid w:val="76B5F624"/>
    <w:rsid w:val="76C1AD04"/>
    <w:rsid w:val="76C5023F"/>
    <w:rsid w:val="76C53BB5"/>
    <w:rsid w:val="76CDDC38"/>
    <w:rsid w:val="76CE5E7F"/>
    <w:rsid w:val="76D08D11"/>
    <w:rsid w:val="76DD2E17"/>
    <w:rsid w:val="76E287F3"/>
    <w:rsid w:val="76E72B2A"/>
    <w:rsid w:val="76F57377"/>
    <w:rsid w:val="76FCF086"/>
    <w:rsid w:val="77029AEF"/>
    <w:rsid w:val="77099E4B"/>
    <w:rsid w:val="770BE3DB"/>
    <w:rsid w:val="7719EEAB"/>
    <w:rsid w:val="77210DD8"/>
    <w:rsid w:val="7727CBD6"/>
    <w:rsid w:val="7735DE8E"/>
    <w:rsid w:val="7739FE2F"/>
    <w:rsid w:val="77415A22"/>
    <w:rsid w:val="7754B599"/>
    <w:rsid w:val="77599474"/>
    <w:rsid w:val="77600580"/>
    <w:rsid w:val="7762048C"/>
    <w:rsid w:val="776291E9"/>
    <w:rsid w:val="7762C9C4"/>
    <w:rsid w:val="776FE9EF"/>
    <w:rsid w:val="7772512F"/>
    <w:rsid w:val="7790483F"/>
    <w:rsid w:val="779C46DF"/>
    <w:rsid w:val="77A6FC0C"/>
    <w:rsid w:val="77A84E6B"/>
    <w:rsid w:val="77AB1FBE"/>
    <w:rsid w:val="77AB80C9"/>
    <w:rsid w:val="77BBB89A"/>
    <w:rsid w:val="77C5D9A3"/>
    <w:rsid w:val="77C70753"/>
    <w:rsid w:val="77E38D13"/>
    <w:rsid w:val="77EB842E"/>
    <w:rsid w:val="77EBFE9E"/>
    <w:rsid w:val="7805A8DF"/>
    <w:rsid w:val="78099744"/>
    <w:rsid w:val="78176AEC"/>
    <w:rsid w:val="7821933B"/>
    <w:rsid w:val="7823E66B"/>
    <w:rsid w:val="782DB29A"/>
    <w:rsid w:val="782E0F77"/>
    <w:rsid w:val="783F651D"/>
    <w:rsid w:val="7856F39D"/>
    <w:rsid w:val="785E8715"/>
    <w:rsid w:val="78610B21"/>
    <w:rsid w:val="78658C07"/>
    <w:rsid w:val="786D80F8"/>
    <w:rsid w:val="7873B5E8"/>
    <w:rsid w:val="787C36BE"/>
    <w:rsid w:val="787E7A2E"/>
    <w:rsid w:val="78804439"/>
    <w:rsid w:val="78806ABE"/>
    <w:rsid w:val="788B6AC4"/>
    <w:rsid w:val="788B6FE2"/>
    <w:rsid w:val="78956E9C"/>
    <w:rsid w:val="7899757C"/>
    <w:rsid w:val="78A1064C"/>
    <w:rsid w:val="78A4FFB6"/>
    <w:rsid w:val="78B690F8"/>
    <w:rsid w:val="78C1741A"/>
    <w:rsid w:val="78C226A8"/>
    <w:rsid w:val="78D3C49A"/>
    <w:rsid w:val="78D9CFA8"/>
    <w:rsid w:val="78DF897E"/>
    <w:rsid w:val="78EF305A"/>
    <w:rsid w:val="78F1EEAB"/>
    <w:rsid w:val="78F69ED0"/>
    <w:rsid w:val="790B5049"/>
    <w:rsid w:val="790B5C96"/>
    <w:rsid w:val="790FCDE7"/>
    <w:rsid w:val="791B2542"/>
    <w:rsid w:val="79204A68"/>
    <w:rsid w:val="7920AABD"/>
    <w:rsid w:val="79268573"/>
    <w:rsid w:val="7929BB64"/>
    <w:rsid w:val="7934196A"/>
    <w:rsid w:val="7936FFC6"/>
    <w:rsid w:val="79389066"/>
    <w:rsid w:val="79452F3A"/>
    <w:rsid w:val="7948F1AD"/>
    <w:rsid w:val="795A5DF0"/>
    <w:rsid w:val="795A7A08"/>
    <w:rsid w:val="795C431E"/>
    <w:rsid w:val="795CDBE0"/>
    <w:rsid w:val="79625C4B"/>
    <w:rsid w:val="7966DD6E"/>
    <w:rsid w:val="79684642"/>
    <w:rsid w:val="79691393"/>
    <w:rsid w:val="796F8429"/>
    <w:rsid w:val="79735D8C"/>
    <w:rsid w:val="7976204F"/>
    <w:rsid w:val="797BD8F3"/>
    <w:rsid w:val="799F04CF"/>
    <w:rsid w:val="79A13791"/>
    <w:rsid w:val="79A456F1"/>
    <w:rsid w:val="79B779D6"/>
    <w:rsid w:val="79C025FE"/>
    <w:rsid w:val="79C20A6C"/>
    <w:rsid w:val="79C44E52"/>
    <w:rsid w:val="79D35B81"/>
    <w:rsid w:val="79D7283C"/>
    <w:rsid w:val="79D9D605"/>
    <w:rsid w:val="79E417DA"/>
    <w:rsid w:val="79E7C446"/>
    <w:rsid w:val="79F4755E"/>
    <w:rsid w:val="79FB227E"/>
    <w:rsid w:val="7A08DF0D"/>
    <w:rsid w:val="7A14E4EC"/>
    <w:rsid w:val="7A150224"/>
    <w:rsid w:val="7A3A1EFF"/>
    <w:rsid w:val="7A4F34D7"/>
    <w:rsid w:val="7A585A1C"/>
    <w:rsid w:val="7A5DCDF1"/>
    <w:rsid w:val="7A67575E"/>
    <w:rsid w:val="7A68F2B4"/>
    <w:rsid w:val="7A7A7FEC"/>
    <w:rsid w:val="7A7D499B"/>
    <w:rsid w:val="7A805222"/>
    <w:rsid w:val="7A9E0FC4"/>
    <w:rsid w:val="7AAB7D07"/>
    <w:rsid w:val="7AAE8E3E"/>
    <w:rsid w:val="7AB9BDE4"/>
    <w:rsid w:val="7ACD0B91"/>
    <w:rsid w:val="7AD60A6C"/>
    <w:rsid w:val="7AD7491D"/>
    <w:rsid w:val="7AF41CF0"/>
    <w:rsid w:val="7B048F0A"/>
    <w:rsid w:val="7B0B5CA1"/>
    <w:rsid w:val="7B1129D2"/>
    <w:rsid w:val="7B1756DE"/>
    <w:rsid w:val="7B3FCB07"/>
    <w:rsid w:val="7B4353E3"/>
    <w:rsid w:val="7B486F5D"/>
    <w:rsid w:val="7B56D48A"/>
    <w:rsid w:val="7B5D25E2"/>
    <w:rsid w:val="7B5D3783"/>
    <w:rsid w:val="7B63BAAB"/>
    <w:rsid w:val="7B67D193"/>
    <w:rsid w:val="7B8119BE"/>
    <w:rsid w:val="7B871291"/>
    <w:rsid w:val="7B87A8DB"/>
    <w:rsid w:val="7B8E4078"/>
    <w:rsid w:val="7B9D37EB"/>
    <w:rsid w:val="7BA717D6"/>
    <w:rsid w:val="7BABDD3A"/>
    <w:rsid w:val="7BB1EBDC"/>
    <w:rsid w:val="7BCF302C"/>
    <w:rsid w:val="7BDCF28E"/>
    <w:rsid w:val="7BE3FCC4"/>
    <w:rsid w:val="7BF1D631"/>
    <w:rsid w:val="7BF4C0F7"/>
    <w:rsid w:val="7BF7A313"/>
    <w:rsid w:val="7BF828F7"/>
    <w:rsid w:val="7C1519D5"/>
    <w:rsid w:val="7C202A7E"/>
    <w:rsid w:val="7C25DA18"/>
    <w:rsid w:val="7C350B67"/>
    <w:rsid w:val="7C39CE80"/>
    <w:rsid w:val="7C3B7845"/>
    <w:rsid w:val="7C4507FA"/>
    <w:rsid w:val="7C467751"/>
    <w:rsid w:val="7C4916D2"/>
    <w:rsid w:val="7C50722D"/>
    <w:rsid w:val="7C53D2FC"/>
    <w:rsid w:val="7C59C72A"/>
    <w:rsid w:val="7C5E9F5E"/>
    <w:rsid w:val="7C670014"/>
    <w:rsid w:val="7C71C2A8"/>
    <w:rsid w:val="7C7CA7C2"/>
    <w:rsid w:val="7C825426"/>
    <w:rsid w:val="7C8E0E0D"/>
    <w:rsid w:val="7C9F1000"/>
    <w:rsid w:val="7CA57DCC"/>
    <w:rsid w:val="7CAF5CC1"/>
    <w:rsid w:val="7CB0A355"/>
    <w:rsid w:val="7CB5580A"/>
    <w:rsid w:val="7CBD32F4"/>
    <w:rsid w:val="7CBF2304"/>
    <w:rsid w:val="7CC6977B"/>
    <w:rsid w:val="7CCA1411"/>
    <w:rsid w:val="7CCDEF32"/>
    <w:rsid w:val="7CD05638"/>
    <w:rsid w:val="7CDB56B0"/>
    <w:rsid w:val="7CDBA17E"/>
    <w:rsid w:val="7CE34E67"/>
    <w:rsid w:val="7CE5C914"/>
    <w:rsid w:val="7CE5FE3A"/>
    <w:rsid w:val="7CEF664F"/>
    <w:rsid w:val="7CF5ED2A"/>
    <w:rsid w:val="7D0484B6"/>
    <w:rsid w:val="7D09521B"/>
    <w:rsid w:val="7D0C47B4"/>
    <w:rsid w:val="7D0F5834"/>
    <w:rsid w:val="7D239930"/>
    <w:rsid w:val="7D266E4F"/>
    <w:rsid w:val="7D2B4B84"/>
    <w:rsid w:val="7D2D5F85"/>
    <w:rsid w:val="7D2D8ECB"/>
    <w:rsid w:val="7D4E4709"/>
    <w:rsid w:val="7D5CADDD"/>
    <w:rsid w:val="7D635F49"/>
    <w:rsid w:val="7D6C9015"/>
    <w:rsid w:val="7D6D6A44"/>
    <w:rsid w:val="7D716434"/>
    <w:rsid w:val="7D793D85"/>
    <w:rsid w:val="7D79965B"/>
    <w:rsid w:val="7D7DEF88"/>
    <w:rsid w:val="7D808FCF"/>
    <w:rsid w:val="7D80D444"/>
    <w:rsid w:val="7D81390F"/>
    <w:rsid w:val="7D86E957"/>
    <w:rsid w:val="7D8CE05B"/>
    <w:rsid w:val="7D8DB32F"/>
    <w:rsid w:val="7D8DF5A1"/>
    <w:rsid w:val="7D908976"/>
    <w:rsid w:val="7D91BF98"/>
    <w:rsid w:val="7D960FA6"/>
    <w:rsid w:val="7D9B06CC"/>
    <w:rsid w:val="7DA40281"/>
    <w:rsid w:val="7DB6F4DC"/>
    <w:rsid w:val="7DB7E174"/>
    <w:rsid w:val="7DBEAF05"/>
    <w:rsid w:val="7DBFBDF5"/>
    <w:rsid w:val="7DCA2840"/>
    <w:rsid w:val="7DCC6C73"/>
    <w:rsid w:val="7DDA2606"/>
    <w:rsid w:val="7DDA5AA6"/>
    <w:rsid w:val="7DDAD6D2"/>
    <w:rsid w:val="7DE00B26"/>
    <w:rsid w:val="7DE8D228"/>
    <w:rsid w:val="7DEE5F29"/>
    <w:rsid w:val="7DEF520D"/>
    <w:rsid w:val="7E0A45A8"/>
    <w:rsid w:val="7E19F8C2"/>
    <w:rsid w:val="7E1B4F7B"/>
    <w:rsid w:val="7E1EC26E"/>
    <w:rsid w:val="7E1F81A9"/>
    <w:rsid w:val="7E2DB41C"/>
    <w:rsid w:val="7E300C93"/>
    <w:rsid w:val="7E306E69"/>
    <w:rsid w:val="7E386794"/>
    <w:rsid w:val="7E3E3EEF"/>
    <w:rsid w:val="7E40E4DF"/>
    <w:rsid w:val="7E4CA217"/>
    <w:rsid w:val="7E53DE80"/>
    <w:rsid w:val="7E566E38"/>
    <w:rsid w:val="7E5F9168"/>
    <w:rsid w:val="7E74BEC0"/>
    <w:rsid w:val="7E7660A0"/>
    <w:rsid w:val="7E7781A5"/>
    <w:rsid w:val="7E7B24FB"/>
    <w:rsid w:val="7E7E4F20"/>
    <w:rsid w:val="7E947E97"/>
    <w:rsid w:val="7EA85131"/>
    <w:rsid w:val="7EB0E6C3"/>
    <w:rsid w:val="7EB6B406"/>
    <w:rsid w:val="7EB9DCBC"/>
    <w:rsid w:val="7EE3A2D3"/>
    <w:rsid w:val="7EEC9E5A"/>
    <w:rsid w:val="7EF096D9"/>
    <w:rsid w:val="7EF8273F"/>
    <w:rsid w:val="7F004059"/>
    <w:rsid w:val="7F019BD2"/>
    <w:rsid w:val="7F20DE7D"/>
    <w:rsid w:val="7F2483F6"/>
    <w:rsid w:val="7F28F214"/>
    <w:rsid w:val="7F3194DB"/>
    <w:rsid w:val="7F36C234"/>
    <w:rsid w:val="7F372628"/>
    <w:rsid w:val="7F3AAA29"/>
    <w:rsid w:val="7F41B46D"/>
    <w:rsid w:val="7F42621B"/>
    <w:rsid w:val="7F580B5A"/>
    <w:rsid w:val="7F632EED"/>
    <w:rsid w:val="7F66C316"/>
    <w:rsid w:val="7F698217"/>
    <w:rsid w:val="7F6B66F9"/>
    <w:rsid w:val="7F6C6322"/>
    <w:rsid w:val="7F8413B7"/>
    <w:rsid w:val="7F95B459"/>
    <w:rsid w:val="7F995000"/>
    <w:rsid w:val="7F9D6B82"/>
    <w:rsid w:val="7F9E6746"/>
    <w:rsid w:val="7FA02C65"/>
    <w:rsid w:val="7FA28F6D"/>
    <w:rsid w:val="7FA3DD3D"/>
    <w:rsid w:val="7FAA95AD"/>
    <w:rsid w:val="7FC36309"/>
    <w:rsid w:val="7FCFD967"/>
    <w:rsid w:val="7FD70433"/>
    <w:rsid w:val="7FE41FA3"/>
    <w:rsid w:val="7FEF1B46"/>
    <w:rsid w:val="7FFCC86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BCE9A8F9-5432-4436-9759-839275331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C95"/>
    <w:pPr>
      <w:spacing w:line="278" w:lineRule="auto"/>
    </w:pPr>
    <w:rPr>
      <w:rFonts w:ascii="Arial" w:eastAsia="Arial" w:hAnsi="Arial"/>
      <w:sz w:val="24"/>
    </w:rPr>
  </w:style>
  <w:style w:type="paragraph" w:styleId="Heading1">
    <w:name w:val="heading 1"/>
    <w:basedOn w:val="Normal"/>
    <w:next w:val="Normal"/>
    <w:link w:val="Heading1Char"/>
    <w:autoRedefine/>
    <w:uiPriority w:val="9"/>
    <w:qFormat/>
    <w:rsid w:val="007E1303"/>
    <w:pPr>
      <w:keepNext/>
      <w:keepLines/>
      <w:spacing w:before="120" w:after="120" w:line="360" w:lineRule="auto"/>
      <w:outlineLvl w:val="0"/>
    </w:pPr>
    <w:rPr>
      <w:rFonts w:eastAsiaTheme="majorEastAsia" w:cstheme="majorBidi"/>
      <w:b/>
      <w:bCs/>
      <w:color w:val="236D75"/>
      <w:sz w:val="32"/>
      <w:szCs w:val="28"/>
    </w:rPr>
  </w:style>
  <w:style w:type="paragraph" w:styleId="Heading2">
    <w:name w:val="heading 2"/>
    <w:basedOn w:val="Normal"/>
    <w:next w:val="Normal"/>
    <w:link w:val="Heading2Char"/>
    <w:autoRedefine/>
    <w:uiPriority w:val="9"/>
    <w:unhideWhenUsed/>
    <w:qFormat/>
    <w:rsid w:val="00AA2D64"/>
    <w:pPr>
      <w:keepNext/>
      <w:keepLines/>
      <w:spacing w:before="200" w:after="0" w:line="360" w:lineRule="auto"/>
      <w:outlineLvl w:val="1"/>
    </w:pPr>
    <w:rPr>
      <w:rFonts w:eastAsiaTheme="majorEastAsia" w:cstheme="majorBidi"/>
      <w:b/>
      <w:bCs/>
      <w:color w:val="236D75"/>
      <w:sz w:val="28"/>
      <w:szCs w:val="26"/>
      <w:lang w:val="en-GB"/>
    </w:rPr>
  </w:style>
  <w:style w:type="paragraph" w:styleId="Heading3">
    <w:name w:val="heading 3"/>
    <w:basedOn w:val="Normal"/>
    <w:next w:val="Normal"/>
    <w:link w:val="Heading3Char"/>
    <w:autoRedefine/>
    <w:uiPriority w:val="9"/>
    <w:unhideWhenUsed/>
    <w:qFormat/>
    <w:rsid w:val="00D22376"/>
    <w:pPr>
      <w:keepNext/>
      <w:keepLines/>
      <w:spacing w:before="320" w:after="120"/>
      <w:outlineLvl w:val="2"/>
    </w:pPr>
    <w:rPr>
      <w:rFonts w:eastAsiaTheme="majorEastAsia" w:cstheme="majorBidi"/>
      <w:b/>
      <w:bCs/>
      <w:color w:val="215868" w:themeColor="accent5" w:themeShade="8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7E1303"/>
    <w:rPr>
      <w:rFonts w:ascii="Arial" w:eastAsiaTheme="majorEastAsia" w:hAnsi="Arial" w:cstheme="majorBidi"/>
      <w:b/>
      <w:bCs/>
      <w:color w:val="236D75"/>
      <w:sz w:val="32"/>
      <w:szCs w:val="28"/>
    </w:rPr>
  </w:style>
  <w:style w:type="character" w:customStyle="1" w:styleId="Heading2Char">
    <w:name w:val="Heading 2 Char"/>
    <w:basedOn w:val="DefaultParagraphFont"/>
    <w:link w:val="Heading2"/>
    <w:uiPriority w:val="9"/>
    <w:rsid w:val="00AA2D64"/>
    <w:rPr>
      <w:rFonts w:ascii="Arial" w:eastAsiaTheme="majorEastAsia" w:hAnsi="Arial" w:cstheme="majorBidi"/>
      <w:b/>
      <w:bCs/>
      <w:color w:val="236D75"/>
      <w:sz w:val="28"/>
      <w:szCs w:val="26"/>
      <w:lang w:val="en-GB"/>
    </w:rPr>
  </w:style>
  <w:style w:type="character" w:customStyle="1" w:styleId="Heading3Char">
    <w:name w:val="Heading 3 Char"/>
    <w:basedOn w:val="DefaultParagraphFont"/>
    <w:link w:val="Heading3"/>
    <w:uiPriority w:val="9"/>
    <w:rsid w:val="00D22376"/>
    <w:rPr>
      <w:rFonts w:ascii="Arial" w:eastAsiaTheme="majorEastAsia" w:hAnsi="Arial" w:cstheme="majorBidi"/>
      <w:b/>
      <w:bCs/>
      <w:color w:val="215868" w:themeColor="accent5" w:themeShade="80"/>
      <w:sz w:val="24"/>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9"/>
      </w:numPr>
      <w:contextualSpacing/>
    </w:pPr>
  </w:style>
  <w:style w:type="paragraph" w:styleId="ListBullet2">
    <w:name w:val="List Bullet 2"/>
    <w:basedOn w:val="Normal"/>
    <w:uiPriority w:val="99"/>
    <w:unhideWhenUsed/>
    <w:rsid w:val="00326F90"/>
    <w:pPr>
      <w:numPr>
        <w:numId w:val="28"/>
      </w:numPr>
      <w:contextualSpacing/>
    </w:pPr>
  </w:style>
  <w:style w:type="paragraph" w:styleId="ListBullet3">
    <w:name w:val="List Bullet 3"/>
    <w:basedOn w:val="Normal"/>
    <w:uiPriority w:val="99"/>
    <w:unhideWhenUsed/>
    <w:rsid w:val="00326F90"/>
    <w:pPr>
      <w:numPr>
        <w:numId w:val="25"/>
      </w:numPr>
      <w:contextualSpacing/>
    </w:pPr>
  </w:style>
  <w:style w:type="paragraph" w:styleId="ListNumber">
    <w:name w:val="List Number"/>
    <w:basedOn w:val="Normal"/>
    <w:uiPriority w:val="99"/>
    <w:unhideWhenUsed/>
    <w:rsid w:val="00326F90"/>
    <w:pPr>
      <w:numPr>
        <w:numId w:val="18"/>
      </w:numPr>
      <w:contextualSpacing/>
    </w:pPr>
  </w:style>
  <w:style w:type="paragraph" w:styleId="ListNumber2">
    <w:name w:val="List Number 2"/>
    <w:basedOn w:val="Normal"/>
    <w:uiPriority w:val="99"/>
    <w:unhideWhenUsed/>
    <w:rsid w:val="0029639D"/>
    <w:pPr>
      <w:numPr>
        <w:numId w:val="26"/>
      </w:numPr>
      <w:contextualSpacing/>
    </w:pPr>
  </w:style>
  <w:style w:type="paragraph" w:styleId="ListNumber3">
    <w:name w:val="List Number 3"/>
    <w:basedOn w:val="Normal"/>
    <w:uiPriority w:val="99"/>
    <w:unhideWhenUsed/>
    <w:rsid w:val="0029639D"/>
    <w:pPr>
      <w:numPr>
        <w:numId w:val="23"/>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styleId="Hyperlink">
    <w:name w:val="Hyperlink"/>
    <w:basedOn w:val="DefaultParagraphFont"/>
    <w:uiPriority w:val="99"/>
    <w:unhideWhenUsed/>
    <w:rsid w:val="00A27E83"/>
    <w:rPr>
      <w:color w:val="0000FF" w:themeColor="hyperlink"/>
      <w:u w:val="single"/>
    </w:rPr>
  </w:style>
  <w:style w:type="character" w:styleId="UnresolvedMention">
    <w:name w:val="Unresolved Mention"/>
    <w:basedOn w:val="DefaultParagraphFont"/>
    <w:uiPriority w:val="99"/>
    <w:semiHidden/>
    <w:unhideWhenUsed/>
    <w:rsid w:val="00A27E83"/>
    <w:rPr>
      <w:color w:val="605E5C"/>
      <w:shd w:val="clear" w:color="auto" w:fill="E1DFDD"/>
    </w:rPr>
  </w:style>
  <w:style w:type="paragraph" w:styleId="CommentText">
    <w:name w:val="annotation text"/>
    <w:basedOn w:val="Normal"/>
    <w:link w:val="CommentTextChar"/>
    <w:uiPriority w:val="99"/>
    <w:unhideWhenUsed/>
    <w:rsid w:val="001C29FB"/>
    <w:pPr>
      <w:spacing w:after="160" w:line="240" w:lineRule="auto"/>
    </w:pPr>
    <w:rPr>
      <w:rFonts w:eastAsia="Aptos" w:cs="Aptos"/>
      <w:sz w:val="20"/>
      <w:szCs w:val="20"/>
      <w:lang w:eastAsia="en-GB"/>
    </w:rPr>
  </w:style>
  <w:style w:type="character" w:customStyle="1" w:styleId="CommentTextChar">
    <w:name w:val="Comment Text Char"/>
    <w:basedOn w:val="DefaultParagraphFont"/>
    <w:link w:val="CommentText"/>
    <w:uiPriority w:val="99"/>
    <w:rsid w:val="001C29FB"/>
    <w:rPr>
      <w:rFonts w:ascii="Arial" w:eastAsia="Aptos" w:hAnsi="Arial" w:cs="Aptos"/>
      <w:sz w:val="20"/>
      <w:szCs w:val="20"/>
      <w:lang w:eastAsia="en-GB"/>
    </w:rPr>
  </w:style>
  <w:style w:type="character" w:styleId="CommentReference">
    <w:name w:val="annotation reference"/>
    <w:basedOn w:val="DefaultParagraphFont"/>
    <w:uiPriority w:val="99"/>
    <w:semiHidden/>
    <w:unhideWhenUsed/>
    <w:rsid w:val="001C29FB"/>
    <w:rPr>
      <w:sz w:val="16"/>
      <w:szCs w:val="16"/>
    </w:rPr>
  </w:style>
  <w:style w:type="paragraph" w:styleId="CommentSubject">
    <w:name w:val="annotation subject"/>
    <w:basedOn w:val="CommentText"/>
    <w:next w:val="CommentText"/>
    <w:link w:val="CommentSubjectChar"/>
    <w:uiPriority w:val="99"/>
    <w:semiHidden/>
    <w:unhideWhenUsed/>
    <w:rsid w:val="009660B4"/>
    <w:pPr>
      <w:spacing w:after="200"/>
    </w:pPr>
    <w:rPr>
      <w:rFonts w:eastAsia="Arial" w:cstheme="minorBidi"/>
      <w:b/>
      <w:bCs/>
      <w:lang w:eastAsia="en-US"/>
    </w:rPr>
  </w:style>
  <w:style w:type="character" w:customStyle="1" w:styleId="CommentSubjectChar">
    <w:name w:val="Comment Subject Char"/>
    <w:basedOn w:val="CommentTextChar"/>
    <w:link w:val="CommentSubject"/>
    <w:uiPriority w:val="99"/>
    <w:semiHidden/>
    <w:rsid w:val="009660B4"/>
    <w:rPr>
      <w:rFonts w:ascii="Arial" w:eastAsia="Arial" w:hAnsi="Arial" w:cs="Aptos"/>
      <w:b/>
      <w:bCs/>
      <w:sz w:val="20"/>
      <w:szCs w:val="20"/>
      <w:lang w:eastAsia="en-GB"/>
    </w:rPr>
  </w:style>
  <w:style w:type="table" w:customStyle="1" w:styleId="ColorfulShading-Accent11">
    <w:name w:val="Colorful Shading - Accent 11"/>
    <w:basedOn w:val="TableNormal"/>
    <w:uiPriority w:val="71"/>
    <w:rsid w:val="00F1006E"/>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customStyle="1" w:styleId="ColorfulShading-Accent21">
    <w:name w:val="Colorful Shading - Accent 21"/>
    <w:basedOn w:val="TableNormal"/>
    <w:uiPriority w:val="71"/>
    <w:rsid w:val="00F1006E"/>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customStyle="1" w:styleId="ColorfulShading-Accent31">
    <w:name w:val="Colorful Shading - Accent 31"/>
    <w:basedOn w:val="TableNormal"/>
    <w:uiPriority w:val="71"/>
    <w:rsid w:val="00F1006E"/>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customStyle="1" w:styleId="ColorfulShading-Accent41">
    <w:name w:val="Colorful Shading - Accent 41"/>
    <w:basedOn w:val="TableNormal"/>
    <w:uiPriority w:val="71"/>
    <w:rsid w:val="00F1006E"/>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customStyle="1" w:styleId="ColorfulShading-Accent51">
    <w:name w:val="Colorful Shading - Accent 51"/>
    <w:basedOn w:val="TableNormal"/>
    <w:uiPriority w:val="71"/>
    <w:rsid w:val="00F1006E"/>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customStyle="1" w:styleId="ColorfulShading-Accent61">
    <w:name w:val="Colorful Shading - Accent 61"/>
    <w:basedOn w:val="TableNormal"/>
    <w:uiPriority w:val="71"/>
    <w:rsid w:val="00F1006E"/>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ColorfulList-Accent11">
    <w:name w:val="Colorful List - Accent 11"/>
    <w:basedOn w:val="TableNormal"/>
    <w:uiPriority w:val="72"/>
    <w:rsid w:val="00F1006E"/>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customStyle="1" w:styleId="ColorfulList-Accent21">
    <w:name w:val="Colorful List - Accent 21"/>
    <w:basedOn w:val="TableNormal"/>
    <w:uiPriority w:val="72"/>
    <w:rsid w:val="00F1006E"/>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customStyle="1" w:styleId="ColorfulList-Accent31">
    <w:name w:val="Colorful List - Accent 31"/>
    <w:basedOn w:val="TableNormal"/>
    <w:uiPriority w:val="72"/>
    <w:rsid w:val="00F1006E"/>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customStyle="1" w:styleId="ColorfulList-Accent41">
    <w:name w:val="Colorful List - Accent 41"/>
    <w:basedOn w:val="TableNormal"/>
    <w:uiPriority w:val="72"/>
    <w:rsid w:val="00F1006E"/>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customStyle="1" w:styleId="ColorfulList-Accent51">
    <w:name w:val="Colorful List - Accent 51"/>
    <w:basedOn w:val="TableNormal"/>
    <w:uiPriority w:val="72"/>
    <w:rsid w:val="00F1006E"/>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customStyle="1" w:styleId="ColorfulList-Accent61">
    <w:name w:val="Colorful List - Accent 61"/>
    <w:basedOn w:val="TableNormal"/>
    <w:uiPriority w:val="72"/>
    <w:rsid w:val="00F1006E"/>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customStyle="1" w:styleId="ColorfulGrid-Accent11">
    <w:name w:val="Colorful Grid - Accent 11"/>
    <w:basedOn w:val="TableNormal"/>
    <w:uiPriority w:val="73"/>
    <w:rsid w:val="00F1006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ColorfulGrid-Accent21">
    <w:name w:val="Colorful Grid - Accent 21"/>
    <w:basedOn w:val="TableNormal"/>
    <w:uiPriority w:val="73"/>
    <w:rsid w:val="00F1006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ColorfulGrid-Accent31">
    <w:name w:val="Colorful Grid - Accent 31"/>
    <w:basedOn w:val="TableNormal"/>
    <w:uiPriority w:val="73"/>
    <w:rsid w:val="00F1006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ColorfulGrid-Accent41">
    <w:name w:val="Colorful Grid - Accent 41"/>
    <w:basedOn w:val="TableNormal"/>
    <w:uiPriority w:val="73"/>
    <w:rsid w:val="00F1006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ColorfulGrid-Accent51">
    <w:name w:val="Colorful Grid - Accent 51"/>
    <w:basedOn w:val="TableNormal"/>
    <w:uiPriority w:val="73"/>
    <w:rsid w:val="00F1006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ColorfulGrid-Accent61">
    <w:name w:val="Colorful Grid - Accent 61"/>
    <w:basedOn w:val="TableNormal"/>
    <w:uiPriority w:val="73"/>
    <w:rsid w:val="00F1006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pf0">
    <w:name w:val="pf0"/>
    <w:basedOn w:val="Normal"/>
    <w:rsid w:val="00DE1D70"/>
    <w:pPr>
      <w:spacing w:before="100" w:beforeAutospacing="1" w:after="100" w:afterAutospacing="1" w:line="240" w:lineRule="auto"/>
    </w:pPr>
    <w:rPr>
      <w:rFonts w:ascii="Times New Roman" w:eastAsia="Times New Roman" w:hAnsi="Times New Roman" w:cs="Times New Roman"/>
      <w:szCs w:val="24"/>
      <w:lang w:val="en-GB" w:eastAsia="en-GB"/>
    </w:rPr>
  </w:style>
  <w:style w:type="character" w:customStyle="1" w:styleId="cf01">
    <w:name w:val="cf01"/>
    <w:basedOn w:val="DefaultParagraphFont"/>
    <w:rsid w:val="00DE1D70"/>
    <w:rPr>
      <w:rFonts w:ascii="Segoe UI" w:hAnsi="Segoe UI" w:cs="Segoe UI" w:hint="default"/>
      <w:sz w:val="18"/>
      <w:szCs w:val="18"/>
    </w:rPr>
  </w:style>
  <w:style w:type="paragraph" w:styleId="NormalWeb">
    <w:name w:val="Normal (Web)"/>
    <w:basedOn w:val="Normal"/>
    <w:uiPriority w:val="99"/>
    <w:semiHidden/>
    <w:unhideWhenUsed/>
    <w:rsid w:val="00143EFF"/>
    <w:rPr>
      <w:rFonts w:ascii="Times New Roman" w:hAnsi="Times New Roman" w:cs="Times New Roman"/>
      <w:szCs w:val="24"/>
    </w:rPr>
  </w:style>
  <w:style w:type="character" w:styleId="FollowedHyperlink">
    <w:name w:val="FollowedHyperlink"/>
    <w:basedOn w:val="DefaultParagraphFont"/>
    <w:uiPriority w:val="99"/>
    <w:semiHidden/>
    <w:unhideWhenUsed/>
    <w:rsid w:val="008523AC"/>
    <w:rPr>
      <w:color w:val="800080" w:themeColor="followedHyperlink"/>
      <w:u w:val="single"/>
    </w:rPr>
  </w:style>
  <w:style w:type="paragraph" w:styleId="FootnoteText">
    <w:name w:val="footnote text"/>
    <w:basedOn w:val="Normal"/>
    <w:link w:val="FootnoteTextChar"/>
    <w:uiPriority w:val="99"/>
    <w:unhideWhenUsed/>
    <w:rsid w:val="00FE02F6"/>
    <w:pPr>
      <w:spacing w:after="0" w:line="240" w:lineRule="auto"/>
    </w:pPr>
    <w:rPr>
      <w:sz w:val="20"/>
      <w:szCs w:val="20"/>
    </w:rPr>
  </w:style>
  <w:style w:type="character" w:customStyle="1" w:styleId="FootnoteTextChar">
    <w:name w:val="Footnote Text Char"/>
    <w:basedOn w:val="DefaultParagraphFont"/>
    <w:link w:val="FootnoteText"/>
    <w:uiPriority w:val="99"/>
    <w:rsid w:val="00FE02F6"/>
    <w:rPr>
      <w:rFonts w:ascii="Arial" w:eastAsia="Arial" w:hAnsi="Arial"/>
      <w:sz w:val="20"/>
      <w:szCs w:val="20"/>
    </w:rPr>
  </w:style>
  <w:style w:type="character" w:styleId="FootnoteReference">
    <w:name w:val="footnote reference"/>
    <w:basedOn w:val="DefaultParagraphFont"/>
    <w:uiPriority w:val="99"/>
    <w:semiHidden/>
    <w:unhideWhenUsed/>
    <w:rsid w:val="00FE02F6"/>
    <w:rPr>
      <w:vertAlign w:val="superscript"/>
    </w:rPr>
  </w:style>
  <w:style w:type="paragraph" w:styleId="TOC1">
    <w:name w:val="toc 1"/>
    <w:basedOn w:val="Normal"/>
    <w:next w:val="Normal"/>
    <w:autoRedefine/>
    <w:uiPriority w:val="39"/>
    <w:unhideWhenUsed/>
    <w:rsid w:val="00AD335F"/>
    <w:pPr>
      <w:spacing w:after="100"/>
    </w:pPr>
  </w:style>
  <w:style w:type="paragraph" w:styleId="TOC2">
    <w:name w:val="toc 2"/>
    <w:basedOn w:val="Normal"/>
    <w:next w:val="Normal"/>
    <w:autoRedefine/>
    <w:uiPriority w:val="39"/>
    <w:unhideWhenUsed/>
    <w:rsid w:val="00854DAD"/>
    <w:pPr>
      <w:tabs>
        <w:tab w:val="right" w:leader="dot" w:pos="10070"/>
      </w:tabs>
      <w:spacing w:after="100"/>
    </w:pPr>
  </w:style>
  <w:style w:type="paragraph" w:styleId="TOC3">
    <w:name w:val="toc 3"/>
    <w:basedOn w:val="Normal"/>
    <w:next w:val="Normal"/>
    <w:uiPriority w:val="39"/>
    <w:unhideWhenUsed/>
    <w:rsid w:val="2F0A6821"/>
    <w:pPr>
      <w:spacing w:after="100"/>
      <w:ind w:left="440"/>
    </w:pPr>
  </w:style>
  <w:style w:type="paragraph" w:styleId="Revision">
    <w:name w:val="Revision"/>
    <w:hidden/>
    <w:uiPriority w:val="99"/>
    <w:semiHidden/>
    <w:rsid w:val="00EE41B4"/>
    <w:pPr>
      <w:spacing w:after="0" w:line="240" w:lineRule="auto"/>
    </w:pPr>
    <w:rPr>
      <w:rFonts w:ascii="Arial" w:eastAsia="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A549BFA40AD40C45A215F04BBFD52E6E" ma:contentTypeVersion="13" ma:contentTypeDescription="Create a new document." ma:contentTypeScope="" ma:versionID="af286c8435908b435f261a955fb1ad6a">
  <xsd:schema xmlns:xsd="http://www.w3.org/2001/XMLSchema" xmlns:xs="http://www.w3.org/2001/XMLSchema" xmlns:p="http://schemas.microsoft.com/office/2006/metadata/properties" xmlns:ns2="c862f198-7c1a-4383-9805-0618ba0c0694" xmlns:ns3="4efeab0f-a5af-4e16-a0ec-970e3e163e06" targetNamespace="http://schemas.microsoft.com/office/2006/metadata/properties" ma:root="true" ma:fieldsID="e704328374fd9d23203a7c3e50751c1a" ns2:_="" ns3:_="">
    <xsd:import namespace="c862f198-7c1a-4383-9805-0618ba0c0694"/>
    <xsd:import namespace="4efeab0f-a5af-4e16-a0ec-970e3e163e0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62f198-7c1a-4383-9805-0618ba0c06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bffba11-1d5b-460f-af58-139831bc532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efeab0f-a5af-4e16-a0ec-970e3e163e0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83e5646-dee9-4796-889b-cf388fb20800}" ma:internalName="TaxCatchAll" ma:showField="CatchAllData" ma:web="4efeab0f-a5af-4e16-a0ec-970e3e163e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4efeab0f-a5af-4e16-a0ec-970e3e163e06" xsi:nil="true"/>
    <lcf76f155ced4ddcb4097134ff3c332f xmlns="c862f198-7c1a-4383-9805-0618ba0c069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EFD8FC5-E489-41B4-9B55-742536AA9D28}">
  <ds:schemaRefs>
    <ds:schemaRef ds:uri="http://schemas.microsoft.com/sharepoint/v3/contenttype/forms"/>
  </ds:schemaRefs>
</ds:datastoreItem>
</file>

<file path=customXml/itemProps2.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3.xml><?xml version="1.0" encoding="utf-8"?>
<ds:datastoreItem xmlns:ds="http://schemas.openxmlformats.org/officeDocument/2006/customXml" ds:itemID="{49A67E7E-4E92-4427-9E2A-D959254B559E}"/>
</file>

<file path=customXml/itemProps4.xml><?xml version="1.0" encoding="utf-8"?>
<ds:datastoreItem xmlns:ds="http://schemas.openxmlformats.org/officeDocument/2006/customXml" ds:itemID="{68BF065D-FED2-4B60-8FB8-10A49D117F01}">
  <ds:schemaRefs>
    <ds:schemaRef ds:uri="http://schemas.microsoft.com/office/2006/metadata/properties"/>
    <ds:schemaRef ds:uri="http://schemas.microsoft.com/office/infopath/2007/PartnerControls"/>
    <ds:schemaRef ds:uri="fe509443-4ae6-4706-ae3d-83dea9fd1f1b"/>
    <ds:schemaRef ds:uri="1123d37b-88fc-4855-bfde-e7f6ac0a0f2e"/>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14</Pages>
  <Words>2571</Words>
  <Characters>13395</Characters>
  <Application>Microsoft Office Word</Application>
  <DocSecurity>0</DocSecurity>
  <Lines>608</Lines>
  <Paragraphs>290</Paragraphs>
  <ScaleCrop>false</ScaleCrop>
  <Manager/>
  <Company/>
  <LinksUpToDate>false</LinksUpToDate>
  <CharactersWithSpaces>15676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Smith, Lynn - Oxfordshire County Council</cp:lastModifiedBy>
  <cp:revision>4</cp:revision>
  <dcterms:created xsi:type="dcterms:W3CDTF">2026-05-11T12:04:00Z</dcterms:created>
  <dcterms:modified xsi:type="dcterms:W3CDTF">2026-05-18T12:46:00Z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0x010100A549BFA40AD40C45A215F04BBFD52E6E</vt:lpwstr>
  </property>
  <property fmtid="{D5CDD505-2E9C-101B-9397-08002B2CF9AE}" pid="3" name="MediaServiceImageTags">
    <vt:lpwstr/>
  </property>
  <property fmtid="{D5CDD505-2E9C-101B-9397-08002B2CF9AE}" pid="4" name="docLang">
    <vt:lpwstr>en</vt:lpwstr>
  </property>
</Properties>
</file>